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5879C3" w14:textId="77777777" w:rsidR="00680C58" w:rsidRPr="008E2AAE" w:rsidRDefault="00000000" w:rsidP="008E2AAE">
      <w:pPr>
        <w:pStyle w:val="Balk1"/>
        <w:jc w:val="both"/>
        <w:rPr>
          <w:lang w:val="tr-TR"/>
        </w:rPr>
      </w:pPr>
      <w:r w:rsidRPr="008E2AAE">
        <w:rPr>
          <w:lang w:val="tr-TR"/>
        </w:rPr>
        <w:t>ALANYA ALAADDİN KEYKUBAT ÜNİVERSİTESİ</w:t>
      </w:r>
    </w:p>
    <w:p w14:paraId="4844220E" w14:textId="77777777" w:rsidR="00680C58" w:rsidRPr="008E2AAE" w:rsidRDefault="00000000" w:rsidP="008E2AAE">
      <w:pPr>
        <w:pStyle w:val="Balk1"/>
        <w:jc w:val="both"/>
        <w:rPr>
          <w:lang w:val="tr-TR"/>
        </w:rPr>
      </w:pPr>
      <w:r w:rsidRPr="008E2AAE">
        <w:rPr>
          <w:lang w:val="tr-TR"/>
        </w:rPr>
        <w:t>Mezun Memnuniyeti Anketi Değerlendirme Raporu</w:t>
      </w:r>
    </w:p>
    <w:p w14:paraId="78DB425B" w14:textId="77777777" w:rsidR="00680C58" w:rsidRPr="008E2AAE" w:rsidRDefault="00000000" w:rsidP="008E2AAE">
      <w:pPr>
        <w:jc w:val="both"/>
        <w:rPr>
          <w:i/>
          <w:iCs/>
          <w:lang w:val="tr-TR"/>
        </w:rPr>
      </w:pPr>
      <w:r w:rsidRPr="008E2AAE">
        <w:rPr>
          <w:i/>
          <w:iCs/>
          <w:lang w:val="tr-TR"/>
        </w:rPr>
        <w:t>Yeni Mezun (0–1 Yıl) ve Geç Mezun (1–3 Yıl) Grupları: Genel ve Fakülte Bazında Karşılaştırmalı Sonuçlar ve İyileştirme Önerileri</w:t>
      </w:r>
    </w:p>
    <w:p w14:paraId="0E8DA402" w14:textId="6A44FA94" w:rsidR="00680C58" w:rsidRPr="008E2AAE" w:rsidRDefault="008E2AAE" w:rsidP="008E2AAE">
      <w:pPr>
        <w:jc w:val="both"/>
        <w:rPr>
          <w:lang w:val="tr-TR"/>
        </w:rPr>
      </w:pPr>
      <w:r w:rsidRPr="008E2AAE">
        <w:rPr>
          <w:lang w:val="tr-TR"/>
        </w:rPr>
        <w:t>Genel</w:t>
      </w:r>
      <w:r w:rsidR="00000000" w:rsidRPr="008E2AAE">
        <w:rPr>
          <w:lang w:val="tr-TR"/>
        </w:rPr>
        <w:t xml:space="preserve"> değerlendirme </w:t>
      </w:r>
      <w:r w:rsidRPr="008E2AAE">
        <w:rPr>
          <w:lang w:val="tr-TR"/>
        </w:rPr>
        <w:t>yapılmak</w:t>
      </w:r>
      <w:r w:rsidR="00000000" w:rsidRPr="008E2AAE">
        <w:rPr>
          <w:lang w:val="tr-TR"/>
        </w:rPr>
        <w:t xml:space="preserve"> üzere hazırlanmıştır. Rapor tarihi: 6 Ekim 2026. Veri kaynağı: kullanıcı tarafından sağlanan Mezun Memnuniyet Anket Formu dosyası. Yanıt dönemi: 24 Haziran 2025–2 Ekim 2026.</w:t>
      </w:r>
    </w:p>
    <w:p w14:paraId="6AD99972" w14:textId="701E78D7" w:rsidR="00680C58" w:rsidRPr="008E2AAE" w:rsidRDefault="00000000" w:rsidP="008E2AAE">
      <w:pPr>
        <w:jc w:val="both"/>
        <w:rPr>
          <w:lang w:val="tr-TR"/>
        </w:rPr>
      </w:pPr>
      <w:r w:rsidRPr="008E2AAE">
        <w:rPr>
          <w:lang w:val="tr-TR"/>
        </w:rPr>
        <w:t>Bu rapor tek bir anketin yanıtlarının mezuniyet süresine göre sonradan ayrıştırılmasına dayanır. İki ayrı tarihte uygulanmış veya aynı kişileri izleyen iki bağımsız anket yürütüldüğü anlamına gelmez. Grup adları talep edilen raporlama çerçevesiyle kullanılmıştır.</w:t>
      </w:r>
    </w:p>
    <w:p w14:paraId="38E09783" w14:textId="77777777" w:rsidR="00680C58" w:rsidRPr="008E2AAE" w:rsidRDefault="00000000" w:rsidP="008E2AAE">
      <w:pPr>
        <w:pStyle w:val="Balk1"/>
        <w:jc w:val="both"/>
        <w:rPr>
          <w:lang w:val="tr-TR"/>
        </w:rPr>
      </w:pPr>
      <w:r w:rsidRPr="008E2AAE">
        <w:rPr>
          <w:lang w:val="tr-TR"/>
        </w:rPr>
        <w:t>1. Yönetici özeti</w:t>
      </w:r>
    </w:p>
    <w:p w14:paraId="1B21420D" w14:textId="77777777" w:rsidR="00680C58" w:rsidRPr="008E2AAE" w:rsidRDefault="00000000" w:rsidP="008E2AAE">
      <w:pPr>
        <w:jc w:val="both"/>
        <w:rPr>
          <w:lang w:val="tr-TR"/>
        </w:rPr>
      </w:pPr>
      <w:r w:rsidRPr="008E2AAE">
        <w:rPr>
          <w:lang w:val="tr-TR"/>
        </w:rPr>
        <w:t>Toplam 253 yanıt kaydı değerlendirilmiştir. Bunların 228’i (%90,1) yeni mezun, 20’si (%7,9) geç mezun, 4’ü (%1,6) 3 yıldan eski mezun grubundadır. Bir kayıt (%0,4), anketin doldurulduğu yıldan sonraki 2029 mezuniyet yılını içerdiği için sınıflandırılamamıştır. İki ana grubun karşılaştırması 248 kayda dayanmaktadır. Kayıt sayıları doğrulanmış tekil kişi sayısı olarak sunulmamaktadır.</w:t>
      </w:r>
    </w:p>
    <w:p w14:paraId="65EFAECF" w14:textId="77777777" w:rsidR="00680C58" w:rsidRPr="008E2AAE" w:rsidRDefault="00000000" w:rsidP="008E2AAE">
      <w:pPr>
        <w:jc w:val="both"/>
        <w:rPr>
          <w:lang w:val="tr-TR"/>
        </w:rPr>
      </w:pPr>
      <w:r w:rsidRPr="008E2AAE">
        <w:rPr>
          <w:lang w:val="tr-TR"/>
        </w:rPr>
        <w:t>Yeni mezunlarda çalıştığını belirtenlerin oranı %43,4 (99/228), geç mezunlarda %75,0 (15/20) düzeyindedir. Çalışanlar içinde alanıyla ilgili çalıştığını belirtenlerin oranı sırasıyla %52,5 (52/99) ve %86,7 (13/15) olarak hesaplanmıştır. Daha uzun mezuniyet süresine sahip grubun çalışma ve alan uyumu göstergeleri daha yüksek görünmektedir; kesitsel tasarım bu farkın mezuniyet sonrasında zaman geçmesinden kaynaklandığını kanıtlamaz.</w:t>
      </w:r>
    </w:p>
    <w:p w14:paraId="37121CFB" w14:textId="77777777" w:rsidR="00680C58" w:rsidRPr="008E2AAE" w:rsidRDefault="00000000" w:rsidP="008E2AAE">
      <w:pPr>
        <w:jc w:val="both"/>
        <w:rPr>
          <w:lang w:val="tr-TR"/>
        </w:rPr>
      </w:pPr>
      <w:r w:rsidRPr="008E2AAE">
        <w:rPr>
          <w:lang w:val="tr-TR"/>
        </w:rPr>
        <w:t>Genel eğitim memnuniyeti ortalamaları yeni mezunlarda 3,68/5, geç mezunlarda 3,70/5 ile birbirine çok yakındır. Bununla birlikte olumlu yanıt oranı yeni mezunlarda %58,8, geç mezunlarda %50,0’dır. Ortalama ile olumlu yanıt oranı farklı bilgileri özetlediği için iki göstergenin birlikte değerlendirilmesi gerekir.</w:t>
      </w:r>
    </w:p>
    <w:p w14:paraId="4CEEA498" w14:textId="77777777" w:rsidR="00680C58" w:rsidRPr="008E2AAE" w:rsidRDefault="00000000" w:rsidP="008E2AAE">
      <w:pPr>
        <w:jc w:val="both"/>
        <w:rPr>
          <w:lang w:val="tr-TR"/>
        </w:rPr>
      </w:pPr>
      <w:r w:rsidRPr="008E2AAE">
        <w:rPr>
          <w:lang w:val="tr-TR"/>
        </w:rPr>
        <w:t>Her iki grupta iletişim becerileri ve etik–mesleki sorumluluk güçlü alanlar arasındadır. Mesleki yabancı dil, bilgisayar kullanma yetkinliği, eğitim sırasında sunulan olanaklar ve iş dünyasında mezunlara yönelik tutumlar görece düşük sonuç vermektedir. Bu alanlar için bulguya dayalı, sorumlusu ve izleme göstergesi tanımlı iyileştirme önerileri geliştirilmiştir.</w:t>
      </w:r>
    </w:p>
    <w:p w14:paraId="7A2D4C22" w14:textId="77777777" w:rsidR="00680C58" w:rsidRPr="008E2AAE" w:rsidRDefault="00000000" w:rsidP="008E2AAE">
      <w:pPr>
        <w:jc w:val="both"/>
        <w:rPr>
          <w:lang w:val="tr-TR"/>
        </w:rPr>
      </w:pPr>
      <w:r w:rsidRPr="008E2AAE">
        <w:rPr>
          <w:lang w:val="tr-TR"/>
        </w:rPr>
        <w:t>Geç mezun grubunda tek bir yanıt olumlu oranı 5 yüzde puan değiştirmektedir. Bu nedenle rapor, grup farklarını betimsel olarak sunar; üniversitenin bütün mezunlarına genellenmiş veya istatistiksel olarak kanıtlanmış sonuçlar ileri sürmez.</w:t>
      </w:r>
    </w:p>
    <w:p w14:paraId="36CEAA4A" w14:textId="77777777" w:rsidR="00680C58" w:rsidRPr="008E2AAE" w:rsidRDefault="00000000" w:rsidP="008E2AAE">
      <w:pPr>
        <w:pStyle w:val="Balk1"/>
        <w:jc w:val="both"/>
        <w:rPr>
          <w:lang w:val="tr-TR"/>
        </w:rPr>
      </w:pPr>
      <w:r w:rsidRPr="008E2AAE">
        <w:rPr>
          <w:lang w:val="tr-TR"/>
        </w:rPr>
        <w:t>2. Amaç, kapsam ve hesaplama yöntemi</w:t>
      </w:r>
    </w:p>
    <w:p w14:paraId="3167AEFA" w14:textId="77777777" w:rsidR="00680C58" w:rsidRPr="008E2AAE" w:rsidRDefault="00000000" w:rsidP="008E2AAE">
      <w:pPr>
        <w:jc w:val="both"/>
        <w:rPr>
          <w:lang w:val="tr-TR"/>
        </w:rPr>
      </w:pPr>
      <w:r w:rsidRPr="008E2AAE">
        <w:rPr>
          <w:lang w:val="tr-TR"/>
        </w:rPr>
        <w:t>Amaç; mezunların eğitim deneyimini, kazandıkları becerilere ilişkin değerlendirmelerini, üniversiteye bağlılıklarını ve mevcut çalışma durumlarını mezuniyet süresine göre görünür kılmak; kalite güvencesi kapsamında karar ve izleme süreçlerine kanıt sağlamaktır. Veri setinde 10 profil/çalışma alanı ve 17 sayısal değerlendirme maddesi olmak üzere 27 sütun bulunmaktadır; ilk sütun zaman damgasıdır.</w:t>
      </w:r>
    </w:p>
    <w:p w14:paraId="71B07B58" w14:textId="77777777" w:rsidR="00680C58" w:rsidRPr="008E2AAE" w:rsidRDefault="00000000" w:rsidP="008E2AAE">
      <w:pPr>
        <w:jc w:val="both"/>
        <w:rPr>
          <w:lang w:val="tr-TR"/>
        </w:rPr>
      </w:pPr>
      <w:r w:rsidRPr="008E2AAE">
        <w:rPr>
          <w:lang w:val="tr-TR"/>
        </w:rPr>
        <w:t>Sınıflandırma, raporun hazırlandığı 2026 yılına göre değil, her yanıtın verildiği yıl esas alınarak yapılmıştır. Böylece 2025’te alınan bir değerlendirme, 2026’da yeniden yaşlandırılarak farklı gruba taşınmamıştır. Yanıtların 233’ü 2025, 20’si 2026 yılında verilmiştir. Anket tarihi değerlendirme anını temsil eder.</w:t>
      </w:r>
    </w:p>
    <w:tbl>
      <w:tblPr>
        <w:tblStyle w:val="AkGlgeleme-Vurgu1"/>
        <w:tblW w:w="0" w:type="auto"/>
        <w:tblLook w:val="04A0" w:firstRow="1" w:lastRow="0" w:firstColumn="1" w:lastColumn="0" w:noHBand="0" w:noVBand="1"/>
      </w:tblPr>
      <w:tblGrid>
        <w:gridCol w:w="3408"/>
        <w:gridCol w:w="3408"/>
        <w:gridCol w:w="3408"/>
      </w:tblGrid>
      <w:tr w:rsidR="00680C58" w:rsidRPr="008E2AAE" w14:paraId="7EA79ED7"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8" w:type="dxa"/>
          </w:tcPr>
          <w:p w14:paraId="1A78C699" w14:textId="77777777" w:rsidR="00680C58" w:rsidRPr="008E2AAE" w:rsidRDefault="00000000" w:rsidP="008E2AAE">
            <w:pPr>
              <w:jc w:val="both"/>
              <w:rPr>
                <w:lang w:val="tr-TR"/>
              </w:rPr>
            </w:pPr>
            <w:r w:rsidRPr="008E2AAE">
              <w:rPr>
                <w:sz w:val="16"/>
                <w:lang w:val="tr-TR"/>
              </w:rPr>
              <w:t>Grup</w:t>
            </w:r>
          </w:p>
        </w:tc>
        <w:tc>
          <w:tcPr>
            <w:tcW w:w="3408" w:type="dxa"/>
          </w:tcPr>
          <w:p w14:paraId="26679727"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Operasyonel kural</w:t>
            </w:r>
          </w:p>
        </w:tc>
        <w:tc>
          <w:tcPr>
            <w:tcW w:w="3408" w:type="dxa"/>
          </w:tcPr>
          <w:p w14:paraId="6F1E7627"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Bu veri setindeki karşılığı</w:t>
            </w:r>
          </w:p>
        </w:tc>
      </w:tr>
      <w:tr w:rsidR="00680C58" w:rsidRPr="008E2AAE" w14:paraId="354DDB5B"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8" w:type="dxa"/>
          </w:tcPr>
          <w:p w14:paraId="7F8594DD" w14:textId="77777777" w:rsidR="00680C58" w:rsidRPr="008E2AAE" w:rsidRDefault="00000000" w:rsidP="008E2AAE">
            <w:pPr>
              <w:jc w:val="both"/>
              <w:rPr>
                <w:lang w:val="tr-TR"/>
              </w:rPr>
            </w:pPr>
            <w:r w:rsidRPr="008E2AAE">
              <w:rPr>
                <w:sz w:val="16"/>
                <w:lang w:val="tr-TR"/>
              </w:rPr>
              <w:t>Yeni mezun (0–1 yıl)</w:t>
            </w:r>
          </w:p>
        </w:tc>
        <w:tc>
          <w:tcPr>
            <w:tcW w:w="3408" w:type="dxa"/>
          </w:tcPr>
          <w:p w14:paraId="42ACDEB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Anket yılı − mezuniyet yılı = 0 veya 1</w:t>
            </w:r>
          </w:p>
        </w:tc>
        <w:tc>
          <w:tcPr>
            <w:tcW w:w="3408" w:type="dxa"/>
          </w:tcPr>
          <w:p w14:paraId="7CE9ED9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2025 yanıtlarında 2024/2025; 2026 yanıtlarında 2025/2026</w:t>
            </w:r>
          </w:p>
        </w:tc>
      </w:tr>
      <w:tr w:rsidR="00680C58" w:rsidRPr="008E2AAE" w14:paraId="2C0471A3" w14:textId="77777777" w:rsidTr="00680C58">
        <w:tc>
          <w:tcPr>
            <w:cnfStyle w:val="001000000000" w:firstRow="0" w:lastRow="0" w:firstColumn="1" w:lastColumn="0" w:oddVBand="0" w:evenVBand="0" w:oddHBand="0" w:evenHBand="0" w:firstRowFirstColumn="0" w:firstRowLastColumn="0" w:lastRowFirstColumn="0" w:lastRowLastColumn="0"/>
            <w:tcW w:w="3408" w:type="dxa"/>
          </w:tcPr>
          <w:p w14:paraId="06E50FCC" w14:textId="77777777" w:rsidR="00680C58" w:rsidRPr="008E2AAE" w:rsidRDefault="00000000" w:rsidP="008E2AAE">
            <w:pPr>
              <w:jc w:val="both"/>
              <w:rPr>
                <w:lang w:val="tr-TR"/>
              </w:rPr>
            </w:pPr>
            <w:r w:rsidRPr="008E2AAE">
              <w:rPr>
                <w:sz w:val="16"/>
                <w:lang w:val="tr-TR"/>
              </w:rPr>
              <w:lastRenderedPageBreak/>
              <w:t>Geç mezun (1–3 yıl)</w:t>
            </w:r>
          </w:p>
        </w:tc>
        <w:tc>
          <w:tcPr>
            <w:tcW w:w="3408" w:type="dxa"/>
          </w:tcPr>
          <w:p w14:paraId="1C9BC18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Anket yılı − mezuniyet yılı = 2 veya 3</w:t>
            </w:r>
          </w:p>
        </w:tc>
        <w:tc>
          <w:tcPr>
            <w:tcW w:w="3408" w:type="dxa"/>
          </w:tcPr>
          <w:p w14:paraId="1E5B34C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Bu dosyada 2025 yanıtı veren 2022/2023 mezunları</w:t>
            </w:r>
          </w:p>
        </w:tc>
      </w:tr>
      <w:tr w:rsidR="00680C58" w:rsidRPr="008E2AAE" w14:paraId="21954147"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8" w:type="dxa"/>
          </w:tcPr>
          <w:p w14:paraId="41884EA9" w14:textId="77777777" w:rsidR="00680C58" w:rsidRPr="008E2AAE" w:rsidRDefault="00000000" w:rsidP="008E2AAE">
            <w:pPr>
              <w:jc w:val="both"/>
              <w:rPr>
                <w:lang w:val="tr-TR"/>
              </w:rPr>
            </w:pPr>
            <w:r w:rsidRPr="008E2AAE">
              <w:rPr>
                <w:sz w:val="16"/>
                <w:lang w:val="tr-TR"/>
              </w:rPr>
              <w:t>3 yıldan eski</w:t>
            </w:r>
          </w:p>
        </w:tc>
        <w:tc>
          <w:tcPr>
            <w:tcW w:w="3408" w:type="dxa"/>
          </w:tcPr>
          <w:p w14:paraId="253E781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Yıl farkı 3’ten büyük</w:t>
            </w:r>
          </w:p>
        </w:tc>
        <w:tc>
          <w:tcPr>
            <w:tcW w:w="3408" w:type="dxa"/>
          </w:tcPr>
          <w:p w14:paraId="689119B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2025 yanıtı veren 2020/2021 mezunları</w:t>
            </w:r>
          </w:p>
        </w:tc>
      </w:tr>
      <w:tr w:rsidR="00680C58" w:rsidRPr="008E2AAE" w14:paraId="74A6C22A" w14:textId="77777777" w:rsidTr="00680C58">
        <w:tc>
          <w:tcPr>
            <w:cnfStyle w:val="001000000000" w:firstRow="0" w:lastRow="0" w:firstColumn="1" w:lastColumn="0" w:oddVBand="0" w:evenVBand="0" w:oddHBand="0" w:evenHBand="0" w:firstRowFirstColumn="0" w:firstRowLastColumn="0" w:lastRowFirstColumn="0" w:lastRowLastColumn="0"/>
            <w:tcW w:w="3408" w:type="dxa"/>
          </w:tcPr>
          <w:p w14:paraId="75F5FD8F" w14:textId="77777777" w:rsidR="00680C58" w:rsidRPr="008E2AAE" w:rsidRDefault="00000000" w:rsidP="008E2AAE">
            <w:pPr>
              <w:jc w:val="both"/>
              <w:rPr>
                <w:lang w:val="tr-TR"/>
              </w:rPr>
            </w:pPr>
            <w:r w:rsidRPr="008E2AAE">
              <w:rPr>
                <w:sz w:val="16"/>
                <w:lang w:val="tr-TR"/>
              </w:rPr>
              <w:t>Sınıflandırılamayan</w:t>
            </w:r>
          </w:p>
        </w:tc>
        <w:tc>
          <w:tcPr>
            <w:tcW w:w="3408" w:type="dxa"/>
          </w:tcPr>
          <w:p w14:paraId="790D3CB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İleri tarih veya çözülemeyen yıl</w:t>
            </w:r>
          </w:p>
        </w:tc>
        <w:tc>
          <w:tcPr>
            <w:tcW w:w="3408" w:type="dxa"/>
          </w:tcPr>
          <w:p w14:paraId="0BDE927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2026 yanıtında 2029 mezuniyet yılı</w:t>
            </w:r>
          </w:p>
        </w:tc>
      </w:tr>
    </w:tbl>
    <w:p w14:paraId="3C73AFA8" w14:textId="77777777" w:rsidR="00680C58" w:rsidRPr="008E2AAE" w:rsidRDefault="00000000" w:rsidP="008E2AAE">
      <w:pPr>
        <w:jc w:val="both"/>
        <w:rPr>
          <w:lang w:val="tr-TR"/>
        </w:rPr>
      </w:pPr>
      <w:r w:rsidRPr="008E2AAE">
        <w:rPr>
          <w:lang w:val="tr-TR"/>
        </w:rPr>
        <w:t>0–1 ve 1–3 yıl ifadeleri 1. yılda örtüşmektedir. Çifte sayımı önlemek için yıl farkı 1 olan kayıtlar yeni mezun grubuna atanmıştır. Kesin tarih olmadığından bu yaklaşım tamamlanmış ay/yıl hesabı değildir: aynı takvim yılı farkına sahip kişiler gerçekte farklı ay sürelerine sahip olabilir. Başlıklarda istenen adlandırma korunmuş, hesaplama kuralı açıkça belirtilmiştir. Kesin 12 ve 36 aylık sınırlar için mezuniyet gün/ay/yılı gereklidir.</w:t>
      </w:r>
    </w:p>
    <w:p w14:paraId="3D26972C" w14:textId="106A9567" w:rsidR="00680C58" w:rsidRPr="008E2AAE" w:rsidRDefault="00000000" w:rsidP="008E2AAE">
      <w:pPr>
        <w:jc w:val="both"/>
        <w:rPr>
          <w:lang w:val="tr-TR"/>
        </w:rPr>
      </w:pPr>
      <w:r w:rsidRPr="008E2AAE">
        <w:rPr>
          <w:lang w:val="tr-TR"/>
        </w:rPr>
        <w:t>Sayısal maddeler 1–5 aralığında değerlendirilmiştir. Olumlu yanıt 4 veya 5, orta yanıt 3, olumsuz yanıt 1 veya 2 olarak tanımlanmıştır. Formun seçenek açıklamaları bulunmadığından bu kategoriler analizde kullanılan kodlama varsayımıdır; 3 puanı doğrudan “fikrim yok” kabul etmek doğru değildir. Ortalama, örneklem standart sapması ve kategori frekansları birlikte verilmiştir. Hiçbir boş değer saptanmamış ve değer tahmini yapılmamıştır.</w:t>
      </w:r>
    </w:p>
    <w:p w14:paraId="0C825658" w14:textId="77777777" w:rsidR="00680C58" w:rsidRPr="008E2AAE" w:rsidRDefault="00000000" w:rsidP="008E2AAE">
      <w:pPr>
        <w:jc w:val="both"/>
        <w:rPr>
          <w:lang w:val="tr-TR"/>
        </w:rPr>
      </w:pPr>
      <w:r w:rsidRPr="008E2AAE">
        <w:rPr>
          <w:lang w:val="tr-TR"/>
        </w:rPr>
        <w:t>Yüzdeler ilgili grubun veya tabloda belirtilen alt grubun toplamına göre hesaplanmıştır. Farklar yüzde değişim değil, yüzde puan farkıdır; yön “geç mezun eksi yeni mezun” olarak tanımlanmıştır. Yuvarlama nedeniyle toplamlar %100’den çok küçük farklılık gösterebilir. 17 maddenin eşit ağırlıklı ortalaması yalnızca betimsel özet olup doğrulanmış bir memnuniyet ölçeği veya resmî performans puanı değildir.</w:t>
      </w:r>
    </w:p>
    <w:p w14:paraId="7F371BE5" w14:textId="77777777" w:rsidR="00680C58" w:rsidRPr="008E2AAE" w:rsidRDefault="00000000" w:rsidP="008E2AAE">
      <w:pPr>
        <w:pStyle w:val="Balk1"/>
        <w:jc w:val="both"/>
        <w:rPr>
          <w:lang w:val="tr-TR"/>
        </w:rPr>
      </w:pPr>
      <w:r w:rsidRPr="008E2AAE">
        <w:rPr>
          <w:lang w:val="tr-TR"/>
        </w:rPr>
        <w:t>3. Veri kalitesi, tutarlılık ve kapsam</w:t>
      </w:r>
    </w:p>
    <w:tbl>
      <w:tblPr>
        <w:tblStyle w:val="AkGlgeleme-Vurgu1"/>
        <w:tblW w:w="0" w:type="auto"/>
        <w:tblLook w:val="04A0" w:firstRow="1" w:lastRow="0" w:firstColumn="1" w:lastColumn="0" w:noHBand="0" w:noVBand="1"/>
      </w:tblPr>
      <w:tblGrid>
        <w:gridCol w:w="5112"/>
        <w:gridCol w:w="5112"/>
      </w:tblGrid>
      <w:tr w:rsidR="00680C58" w:rsidRPr="008E2AAE" w14:paraId="5948C3D2"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2" w:type="dxa"/>
          </w:tcPr>
          <w:p w14:paraId="00362DA9" w14:textId="77777777" w:rsidR="00680C58" w:rsidRPr="008E2AAE" w:rsidRDefault="00000000" w:rsidP="008E2AAE">
            <w:pPr>
              <w:jc w:val="both"/>
              <w:rPr>
                <w:lang w:val="tr-TR"/>
              </w:rPr>
            </w:pPr>
            <w:r w:rsidRPr="008E2AAE">
              <w:rPr>
                <w:sz w:val="16"/>
                <w:lang w:val="tr-TR"/>
              </w:rPr>
              <w:t>Kontrol</w:t>
            </w:r>
          </w:p>
        </w:tc>
        <w:tc>
          <w:tcPr>
            <w:tcW w:w="5112" w:type="dxa"/>
          </w:tcPr>
          <w:p w14:paraId="39825D79"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Sonuç ve uygulanan işlem</w:t>
            </w:r>
          </w:p>
        </w:tc>
      </w:tr>
      <w:tr w:rsidR="00680C58" w:rsidRPr="008E2AAE" w14:paraId="3C6BCBF5"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2" w:type="dxa"/>
          </w:tcPr>
          <w:p w14:paraId="578D47D9" w14:textId="77777777" w:rsidR="00680C58" w:rsidRPr="008E2AAE" w:rsidRDefault="00000000" w:rsidP="008E2AAE">
            <w:pPr>
              <w:jc w:val="both"/>
              <w:rPr>
                <w:lang w:val="tr-TR"/>
              </w:rPr>
            </w:pPr>
            <w:r w:rsidRPr="008E2AAE">
              <w:rPr>
                <w:sz w:val="16"/>
                <w:lang w:val="tr-TR"/>
              </w:rPr>
              <w:t>Eksik hücre</w:t>
            </w:r>
          </w:p>
        </w:tc>
        <w:tc>
          <w:tcPr>
            <w:tcW w:w="5112" w:type="dxa"/>
          </w:tcPr>
          <w:p w14:paraId="620A33A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253 × 27 veri alanında eksik hücre yok; serbest metindeki genel/geçersiz ifadeler yine de içerik kalitesi sorunudur.</w:t>
            </w:r>
          </w:p>
        </w:tc>
      </w:tr>
      <w:tr w:rsidR="00680C58" w:rsidRPr="008E2AAE" w14:paraId="5E746C32" w14:textId="77777777" w:rsidTr="00680C58">
        <w:tc>
          <w:tcPr>
            <w:cnfStyle w:val="001000000000" w:firstRow="0" w:lastRow="0" w:firstColumn="1" w:lastColumn="0" w:oddVBand="0" w:evenVBand="0" w:oddHBand="0" w:evenHBand="0" w:firstRowFirstColumn="0" w:firstRowLastColumn="0" w:lastRowFirstColumn="0" w:lastRowLastColumn="0"/>
            <w:tcW w:w="5112" w:type="dxa"/>
          </w:tcPr>
          <w:p w14:paraId="0E7C4462" w14:textId="77777777" w:rsidR="00680C58" w:rsidRPr="008E2AAE" w:rsidRDefault="00000000" w:rsidP="008E2AAE">
            <w:pPr>
              <w:jc w:val="both"/>
              <w:rPr>
                <w:lang w:val="tr-TR"/>
              </w:rPr>
            </w:pPr>
            <w:r w:rsidRPr="008E2AAE">
              <w:rPr>
                <w:sz w:val="16"/>
                <w:lang w:val="tr-TR"/>
              </w:rPr>
              <w:t>Yıl biçimi</w:t>
            </w:r>
          </w:p>
        </w:tc>
        <w:tc>
          <w:tcPr>
            <w:tcW w:w="5112" w:type="dxa"/>
          </w:tcPr>
          <w:p w14:paraId="505816E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w:t>
            </w:r>
            <w:proofErr w:type="gramStart"/>
            <w:r w:rsidRPr="008E2AAE">
              <w:rPr>
                <w:sz w:val="16"/>
                <w:lang w:val="tr-TR"/>
              </w:rPr>
              <w:t>2025 ”</w:t>
            </w:r>
            <w:proofErr w:type="gramEnd"/>
            <w:r w:rsidRPr="008E2AAE">
              <w:rPr>
                <w:sz w:val="16"/>
                <w:lang w:val="tr-TR"/>
              </w:rPr>
              <w:t xml:space="preserve"> gibi boşluklar temizlendi. “14.08.2024” yıl 2024 olarak okundu.</w:t>
            </w:r>
          </w:p>
        </w:tc>
      </w:tr>
      <w:tr w:rsidR="00680C58" w:rsidRPr="008E2AAE" w14:paraId="68C68349"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2" w:type="dxa"/>
          </w:tcPr>
          <w:p w14:paraId="33679BCC" w14:textId="77777777" w:rsidR="00680C58" w:rsidRPr="008E2AAE" w:rsidRDefault="00000000" w:rsidP="008E2AAE">
            <w:pPr>
              <w:jc w:val="both"/>
              <w:rPr>
                <w:lang w:val="tr-TR"/>
              </w:rPr>
            </w:pPr>
            <w:r w:rsidRPr="008E2AAE">
              <w:rPr>
                <w:sz w:val="16"/>
                <w:lang w:val="tr-TR"/>
              </w:rPr>
              <w:t>Çift yıl ifadesi</w:t>
            </w:r>
          </w:p>
        </w:tc>
        <w:tc>
          <w:tcPr>
            <w:tcW w:w="5112" w:type="dxa"/>
          </w:tcPr>
          <w:p w14:paraId="28D0AE9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Bir “2024_2025” kaydı 2025 yanıtıdır. İki olasılık da yeni mezun grubunda olduğundan gruba alındı; tek bir mezuniyet yılı atanmadı.</w:t>
            </w:r>
          </w:p>
        </w:tc>
      </w:tr>
      <w:tr w:rsidR="00680C58" w:rsidRPr="008E2AAE" w14:paraId="4829E433" w14:textId="77777777" w:rsidTr="00680C58">
        <w:tc>
          <w:tcPr>
            <w:cnfStyle w:val="001000000000" w:firstRow="0" w:lastRow="0" w:firstColumn="1" w:lastColumn="0" w:oddVBand="0" w:evenVBand="0" w:oddHBand="0" w:evenHBand="0" w:firstRowFirstColumn="0" w:firstRowLastColumn="0" w:lastRowFirstColumn="0" w:lastRowLastColumn="0"/>
            <w:tcW w:w="5112" w:type="dxa"/>
          </w:tcPr>
          <w:p w14:paraId="22A77CB6" w14:textId="77777777" w:rsidR="00680C58" w:rsidRPr="008E2AAE" w:rsidRDefault="00000000" w:rsidP="008E2AAE">
            <w:pPr>
              <w:jc w:val="both"/>
              <w:rPr>
                <w:lang w:val="tr-TR"/>
              </w:rPr>
            </w:pPr>
            <w:r w:rsidRPr="008E2AAE">
              <w:rPr>
                <w:sz w:val="16"/>
                <w:lang w:val="tr-TR"/>
              </w:rPr>
              <w:t>Gelecek mezuniyet yılı</w:t>
            </w:r>
          </w:p>
        </w:tc>
        <w:tc>
          <w:tcPr>
            <w:tcW w:w="5112" w:type="dxa"/>
          </w:tcPr>
          <w:p w14:paraId="0E6808E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2029 yazan bir kayıt grup analizinden çıkarıldı; ham veri ve tüm kayıtlar tablosunda korundu.</w:t>
            </w:r>
          </w:p>
        </w:tc>
      </w:tr>
      <w:tr w:rsidR="00680C58" w:rsidRPr="008E2AAE" w14:paraId="20260C08"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2" w:type="dxa"/>
          </w:tcPr>
          <w:p w14:paraId="0A245C69" w14:textId="77777777" w:rsidR="00680C58" w:rsidRPr="008E2AAE" w:rsidRDefault="00000000" w:rsidP="008E2AAE">
            <w:pPr>
              <w:jc w:val="both"/>
              <w:rPr>
                <w:lang w:val="tr-TR"/>
              </w:rPr>
            </w:pPr>
            <w:r w:rsidRPr="008E2AAE">
              <w:rPr>
                <w:sz w:val="16"/>
                <w:lang w:val="tr-TR"/>
              </w:rPr>
              <w:t>Yanıt tutarsızlığı</w:t>
            </w:r>
          </w:p>
        </w:tc>
        <w:tc>
          <w:tcPr>
            <w:tcW w:w="5112" w:type="dxa"/>
          </w:tcPr>
          <w:p w14:paraId="2FF9E07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Çalışmıyorum + alanımla ilgili çalışıyorum diyen 19 kayıt: yeni mezun 18, geç mezun 1. Alan uyumu hesaplarında çalışanlar esas alındı.</w:t>
            </w:r>
          </w:p>
        </w:tc>
      </w:tr>
      <w:tr w:rsidR="00680C58" w:rsidRPr="008E2AAE" w14:paraId="2CE44391" w14:textId="77777777" w:rsidTr="00680C58">
        <w:tc>
          <w:tcPr>
            <w:cnfStyle w:val="001000000000" w:firstRow="0" w:lastRow="0" w:firstColumn="1" w:lastColumn="0" w:oddVBand="0" w:evenVBand="0" w:oddHBand="0" w:evenHBand="0" w:firstRowFirstColumn="0" w:firstRowLastColumn="0" w:lastRowFirstColumn="0" w:lastRowLastColumn="0"/>
            <w:tcW w:w="5112" w:type="dxa"/>
          </w:tcPr>
          <w:p w14:paraId="6EA8429B" w14:textId="77777777" w:rsidR="00680C58" w:rsidRPr="008E2AAE" w:rsidRDefault="00000000" w:rsidP="008E2AAE">
            <w:pPr>
              <w:jc w:val="both"/>
              <w:rPr>
                <w:lang w:val="tr-TR"/>
              </w:rPr>
            </w:pPr>
            <w:r w:rsidRPr="008E2AAE">
              <w:rPr>
                <w:sz w:val="16"/>
                <w:lang w:val="tr-TR"/>
              </w:rPr>
              <w:t>Olası tekrar</w:t>
            </w:r>
          </w:p>
        </w:tc>
        <w:tc>
          <w:tcPr>
            <w:tcW w:w="5112" w:type="dxa"/>
          </w:tcPr>
          <w:p w14:paraId="48101AE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Birebir aynı tam satır yok. Zaman damgası dışındaki 26 yanıtı aynı olan üç kayıt var; bu, iki olası fazladan tekrar anlamına gelir. Kimlik doğrulaması olmadığından silinmedi.</w:t>
            </w:r>
          </w:p>
        </w:tc>
      </w:tr>
      <w:tr w:rsidR="00680C58" w:rsidRPr="008E2AAE" w14:paraId="3CFC7AA7"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2" w:type="dxa"/>
          </w:tcPr>
          <w:p w14:paraId="4C00E7FE" w14:textId="77777777" w:rsidR="00680C58" w:rsidRPr="008E2AAE" w:rsidRDefault="00000000" w:rsidP="008E2AAE">
            <w:pPr>
              <w:jc w:val="both"/>
              <w:rPr>
                <w:lang w:val="tr-TR"/>
              </w:rPr>
            </w:pPr>
            <w:r w:rsidRPr="008E2AAE">
              <w:rPr>
                <w:sz w:val="16"/>
                <w:lang w:val="tr-TR"/>
              </w:rPr>
              <w:t>Birim/program adları</w:t>
            </w:r>
          </w:p>
        </w:tc>
        <w:tc>
          <w:tcPr>
            <w:tcW w:w="5112" w:type="dxa"/>
          </w:tcPr>
          <w:p w14:paraId="59D0DEB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Serbest metinde yazım farkları ve “Fakülte/MYO” gibi genel ifadeler var. Belirsiz birimlere kesin fakülte/bölüm ataması yapılmadı.</w:t>
            </w:r>
          </w:p>
        </w:tc>
      </w:tr>
    </w:tbl>
    <w:p w14:paraId="3CFA3BA6" w14:textId="77777777" w:rsidR="00680C58" w:rsidRPr="008E2AAE" w:rsidRDefault="00000000" w:rsidP="008E2AAE">
      <w:pPr>
        <w:jc w:val="both"/>
        <w:rPr>
          <w:lang w:val="tr-TR"/>
        </w:rPr>
      </w:pPr>
      <w:r w:rsidRPr="008E2AAE">
        <w:rPr>
          <w:lang w:val="tr-TR"/>
        </w:rPr>
        <w:t>Olası tekrarlar için duyarlılık kontrolünde zaman damgası dışındaki aynı yanıtlar tek kayda indirildiğinde yeni mezun sayısı 226 olur. Genel eğitim memnuniyeti ortalaması 3,67, olumlu oranı %58,4 olur (ana analiz: 3,68 ve %58,8). Bu kontrol, yanıtların aynı kişiye ait olduğunu kanıtlamaz; ana tablolar 253 kayıt korunarak oluşturulmuştur.</w:t>
      </w:r>
    </w:p>
    <w:p w14:paraId="66CF271E" w14:textId="77777777" w:rsidR="00680C58" w:rsidRPr="008E2AAE" w:rsidRDefault="00000000" w:rsidP="008E2AAE">
      <w:pPr>
        <w:jc w:val="both"/>
        <w:rPr>
          <w:lang w:val="tr-TR"/>
        </w:rPr>
      </w:pPr>
      <w:r w:rsidRPr="008E2AAE">
        <w:rPr>
          <w:lang w:val="tr-TR"/>
        </w:rPr>
        <w:t>Birim ve bölüm dağılımlarına ilişkin özgün yanıtlar destekleyici Excel dosyasında frekanslarıyla sunulmuştur. Kurumsal öğrenci bilgi sistemiyle doğrulanmış birim/program kodları olmadan fakülteler arasında sıralama yapmak yanıltıcı olabilir. Raporun genel bölümü sabit seçenekli program türü üzerinden karşılaştırma yapmaktadır. Eklenen 13–16. bölümlerde birim adları standartlaştırılmış, bölüm/program destekli atamalar ayrı işaretlenerek fakülte sonuçları sunulmuştur.</w:t>
      </w:r>
    </w:p>
    <w:p w14:paraId="341CA59B" w14:textId="77777777" w:rsidR="00680C58" w:rsidRPr="008E2AAE" w:rsidRDefault="00000000" w:rsidP="008E2AAE">
      <w:pPr>
        <w:pStyle w:val="Balk1"/>
        <w:jc w:val="both"/>
        <w:rPr>
          <w:lang w:val="tr-TR"/>
        </w:rPr>
      </w:pPr>
      <w:r w:rsidRPr="008E2AAE">
        <w:rPr>
          <w:lang w:val="tr-TR"/>
        </w:rPr>
        <w:t>4. Katılımcı profili ve mezuniyet yılı dağılımı</w:t>
      </w:r>
    </w:p>
    <w:tbl>
      <w:tblPr>
        <w:tblStyle w:val="AkGlgeleme-Vurgu1"/>
        <w:tblW w:w="0" w:type="auto"/>
        <w:tblLook w:val="04A0" w:firstRow="1" w:lastRow="0" w:firstColumn="1" w:lastColumn="0" w:noHBand="0" w:noVBand="1"/>
      </w:tblPr>
      <w:tblGrid>
        <w:gridCol w:w="2556"/>
        <w:gridCol w:w="852"/>
        <w:gridCol w:w="1704"/>
        <w:gridCol w:w="1704"/>
        <w:gridCol w:w="852"/>
        <w:gridCol w:w="2556"/>
      </w:tblGrid>
      <w:tr w:rsidR="00680C58" w:rsidRPr="008E2AAE" w14:paraId="66B929C8"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8" w:type="dxa"/>
            <w:gridSpan w:val="2"/>
          </w:tcPr>
          <w:p w14:paraId="4A0A00E0" w14:textId="77777777" w:rsidR="00680C58" w:rsidRPr="008E2AAE" w:rsidRDefault="00000000" w:rsidP="008E2AAE">
            <w:pPr>
              <w:jc w:val="both"/>
              <w:rPr>
                <w:lang w:val="tr-TR"/>
              </w:rPr>
            </w:pPr>
            <w:r w:rsidRPr="008E2AAE">
              <w:rPr>
                <w:sz w:val="16"/>
                <w:lang w:val="tr-TR"/>
              </w:rPr>
              <w:t>Grup</w:t>
            </w:r>
          </w:p>
        </w:tc>
        <w:tc>
          <w:tcPr>
            <w:tcW w:w="3408" w:type="dxa"/>
            <w:gridSpan w:val="2"/>
          </w:tcPr>
          <w:p w14:paraId="7CD07BD8"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proofErr w:type="gramStart"/>
            <w:r w:rsidRPr="008E2AAE">
              <w:rPr>
                <w:sz w:val="16"/>
                <w:lang w:val="tr-TR"/>
              </w:rPr>
              <w:t>n</w:t>
            </w:r>
            <w:proofErr w:type="gramEnd"/>
          </w:p>
        </w:tc>
        <w:tc>
          <w:tcPr>
            <w:tcW w:w="3408" w:type="dxa"/>
            <w:gridSpan w:val="2"/>
          </w:tcPr>
          <w:p w14:paraId="652C11F1"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Tüm kayıtlar içindeki pay</w:t>
            </w:r>
          </w:p>
        </w:tc>
      </w:tr>
      <w:tr w:rsidR="00680C58" w:rsidRPr="008E2AAE" w14:paraId="76DBD2E7"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8" w:type="dxa"/>
            <w:gridSpan w:val="2"/>
          </w:tcPr>
          <w:p w14:paraId="6884D8B0" w14:textId="77777777" w:rsidR="00680C58" w:rsidRPr="008E2AAE" w:rsidRDefault="00000000" w:rsidP="008E2AAE">
            <w:pPr>
              <w:jc w:val="both"/>
              <w:rPr>
                <w:lang w:val="tr-TR"/>
              </w:rPr>
            </w:pPr>
            <w:r w:rsidRPr="008E2AAE">
              <w:rPr>
                <w:sz w:val="16"/>
                <w:lang w:val="tr-TR"/>
              </w:rPr>
              <w:t>Yeni mezun</w:t>
            </w:r>
          </w:p>
        </w:tc>
        <w:tc>
          <w:tcPr>
            <w:tcW w:w="3408" w:type="dxa"/>
            <w:gridSpan w:val="2"/>
          </w:tcPr>
          <w:p w14:paraId="4B79BB8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228</w:t>
            </w:r>
          </w:p>
        </w:tc>
        <w:tc>
          <w:tcPr>
            <w:tcW w:w="3408" w:type="dxa"/>
            <w:gridSpan w:val="2"/>
          </w:tcPr>
          <w:p w14:paraId="181BA02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%90,1</w:t>
            </w:r>
          </w:p>
        </w:tc>
      </w:tr>
      <w:tr w:rsidR="00680C58" w:rsidRPr="008E2AAE" w14:paraId="5C13A8C2" w14:textId="77777777" w:rsidTr="00680C58">
        <w:tc>
          <w:tcPr>
            <w:cnfStyle w:val="001000000000" w:firstRow="0" w:lastRow="0" w:firstColumn="1" w:lastColumn="0" w:oddVBand="0" w:evenVBand="0" w:oddHBand="0" w:evenHBand="0" w:firstRowFirstColumn="0" w:firstRowLastColumn="0" w:lastRowFirstColumn="0" w:lastRowLastColumn="0"/>
            <w:tcW w:w="3408" w:type="dxa"/>
            <w:gridSpan w:val="2"/>
          </w:tcPr>
          <w:p w14:paraId="6A36E6D8" w14:textId="77777777" w:rsidR="00680C58" w:rsidRPr="008E2AAE" w:rsidRDefault="00000000" w:rsidP="008E2AAE">
            <w:pPr>
              <w:jc w:val="both"/>
              <w:rPr>
                <w:lang w:val="tr-TR"/>
              </w:rPr>
            </w:pPr>
            <w:r w:rsidRPr="008E2AAE">
              <w:rPr>
                <w:sz w:val="16"/>
                <w:lang w:val="tr-TR"/>
              </w:rPr>
              <w:lastRenderedPageBreak/>
              <w:t>Geç mezun</w:t>
            </w:r>
          </w:p>
        </w:tc>
        <w:tc>
          <w:tcPr>
            <w:tcW w:w="3408" w:type="dxa"/>
            <w:gridSpan w:val="2"/>
          </w:tcPr>
          <w:p w14:paraId="5742E12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20</w:t>
            </w:r>
          </w:p>
        </w:tc>
        <w:tc>
          <w:tcPr>
            <w:tcW w:w="3408" w:type="dxa"/>
            <w:gridSpan w:val="2"/>
          </w:tcPr>
          <w:p w14:paraId="3BC3A81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%7,9</w:t>
            </w:r>
          </w:p>
        </w:tc>
      </w:tr>
      <w:tr w:rsidR="00680C58" w:rsidRPr="008E2AAE" w14:paraId="0C8B2D21"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8" w:type="dxa"/>
            <w:gridSpan w:val="2"/>
          </w:tcPr>
          <w:p w14:paraId="793DFBBB" w14:textId="77777777" w:rsidR="00680C58" w:rsidRPr="008E2AAE" w:rsidRDefault="00000000" w:rsidP="008E2AAE">
            <w:pPr>
              <w:jc w:val="both"/>
              <w:rPr>
                <w:lang w:val="tr-TR"/>
              </w:rPr>
            </w:pPr>
            <w:r w:rsidRPr="008E2AAE">
              <w:rPr>
                <w:sz w:val="16"/>
                <w:lang w:val="tr-TR"/>
              </w:rPr>
              <w:t>3 yıldan eski</w:t>
            </w:r>
          </w:p>
        </w:tc>
        <w:tc>
          <w:tcPr>
            <w:tcW w:w="3408" w:type="dxa"/>
            <w:gridSpan w:val="2"/>
          </w:tcPr>
          <w:p w14:paraId="59EF2C4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w:t>
            </w:r>
          </w:p>
        </w:tc>
        <w:tc>
          <w:tcPr>
            <w:tcW w:w="3408" w:type="dxa"/>
            <w:gridSpan w:val="2"/>
          </w:tcPr>
          <w:p w14:paraId="478320B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%1,6</w:t>
            </w:r>
          </w:p>
        </w:tc>
      </w:tr>
      <w:tr w:rsidR="00680C58" w:rsidRPr="008E2AAE" w14:paraId="5B605958" w14:textId="77777777" w:rsidTr="00680C58">
        <w:tc>
          <w:tcPr>
            <w:cnfStyle w:val="001000000000" w:firstRow="0" w:lastRow="0" w:firstColumn="1" w:lastColumn="0" w:oddVBand="0" w:evenVBand="0" w:oddHBand="0" w:evenHBand="0" w:firstRowFirstColumn="0" w:firstRowLastColumn="0" w:lastRowFirstColumn="0" w:lastRowLastColumn="0"/>
            <w:tcW w:w="3408" w:type="dxa"/>
            <w:gridSpan w:val="2"/>
          </w:tcPr>
          <w:p w14:paraId="524F0F3F" w14:textId="77777777" w:rsidR="00680C58" w:rsidRPr="008E2AAE" w:rsidRDefault="00000000" w:rsidP="008E2AAE">
            <w:pPr>
              <w:jc w:val="both"/>
              <w:rPr>
                <w:lang w:val="tr-TR"/>
              </w:rPr>
            </w:pPr>
            <w:r w:rsidRPr="008E2AAE">
              <w:rPr>
                <w:sz w:val="16"/>
                <w:lang w:val="tr-TR"/>
              </w:rPr>
              <w:t>Sınıflandırılamayan</w:t>
            </w:r>
          </w:p>
        </w:tc>
        <w:tc>
          <w:tcPr>
            <w:tcW w:w="3408" w:type="dxa"/>
            <w:gridSpan w:val="2"/>
          </w:tcPr>
          <w:p w14:paraId="3E08CFE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w:t>
            </w:r>
          </w:p>
        </w:tc>
        <w:tc>
          <w:tcPr>
            <w:tcW w:w="3408" w:type="dxa"/>
            <w:gridSpan w:val="2"/>
          </w:tcPr>
          <w:p w14:paraId="731DDAD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%0,4</w:t>
            </w:r>
          </w:p>
        </w:tc>
      </w:tr>
      <w:tr w:rsidR="00680C58" w:rsidRPr="008E2AAE" w14:paraId="0A1547FB"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6" w:type="dxa"/>
          </w:tcPr>
          <w:p w14:paraId="1A506182" w14:textId="77777777" w:rsidR="00680C58" w:rsidRPr="008E2AAE" w:rsidRDefault="00000000" w:rsidP="008E2AAE">
            <w:pPr>
              <w:jc w:val="both"/>
              <w:rPr>
                <w:lang w:val="tr-TR"/>
              </w:rPr>
            </w:pPr>
            <w:r w:rsidRPr="008E2AAE">
              <w:rPr>
                <w:sz w:val="16"/>
                <w:lang w:val="tr-TR"/>
              </w:rPr>
              <w:t>Yanıt yılı</w:t>
            </w:r>
          </w:p>
        </w:tc>
        <w:tc>
          <w:tcPr>
            <w:tcW w:w="2556" w:type="dxa"/>
            <w:gridSpan w:val="2"/>
          </w:tcPr>
          <w:p w14:paraId="18B9783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Mezuniyet yılı</w:t>
            </w:r>
          </w:p>
        </w:tc>
        <w:tc>
          <w:tcPr>
            <w:tcW w:w="2556" w:type="dxa"/>
            <w:gridSpan w:val="2"/>
          </w:tcPr>
          <w:p w14:paraId="1E45B47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Analiz grubu</w:t>
            </w:r>
          </w:p>
        </w:tc>
        <w:tc>
          <w:tcPr>
            <w:tcW w:w="2556" w:type="dxa"/>
          </w:tcPr>
          <w:p w14:paraId="732914F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proofErr w:type="gramStart"/>
            <w:r w:rsidRPr="008E2AAE">
              <w:rPr>
                <w:sz w:val="16"/>
                <w:lang w:val="tr-TR"/>
              </w:rPr>
              <w:t>n</w:t>
            </w:r>
            <w:proofErr w:type="gramEnd"/>
          </w:p>
        </w:tc>
      </w:tr>
      <w:tr w:rsidR="00680C58" w:rsidRPr="008E2AAE" w14:paraId="1656203D" w14:textId="77777777" w:rsidTr="00680C58">
        <w:tc>
          <w:tcPr>
            <w:cnfStyle w:val="001000000000" w:firstRow="0" w:lastRow="0" w:firstColumn="1" w:lastColumn="0" w:oddVBand="0" w:evenVBand="0" w:oddHBand="0" w:evenHBand="0" w:firstRowFirstColumn="0" w:firstRowLastColumn="0" w:lastRowFirstColumn="0" w:lastRowLastColumn="0"/>
            <w:tcW w:w="2556" w:type="dxa"/>
          </w:tcPr>
          <w:p w14:paraId="6D772758" w14:textId="77777777" w:rsidR="00680C58" w:rsidRPr="008E2AAE" w:rsidRDefault="00000000" w:rsidP="008E2AAE">
            <w:pPr>
              <w:jc w:val="both"/>
              <w:rPr>
                <w:lang w:val="tr-TR"/>
              </w:rPr>
            </w:pPr>
            <w:r w:rsidRPr="008E2AAE">
              <w:rPr>
                <w:sz w:val="16"/>
                <w:lang w:val="tr-TR"/>
              </w:rPr>
              <w:t>2025</w:t>
            </w:r>
          </w:p>
        </w:tc>
        <w:tc>
          <w:tcPr>
            <w:tcW w:w="2556" w:type="dxa"/>
            <w:gridSpan w:val="2"/>
          </w:tcPr>
          <w:p w14:paraId="0F2D5FE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2020</w:t>
            </w:r>
          </w:p>
        </w:tc>
        <w:tc>
          <w:tcPr>
            <w:tcW w:w="2556" w:type="dxa"/>
            <w:gridSpan w:val="2"/>
          </w:tcPr>
          <w:p w14:paraId="5AC4908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yıldan eski</w:t>
            </w:r>
          </w:p>
        </w:tc>
        <w:tc>
          <w:tcPr>
            <w:tcW w:w="2556" w:type="dxa"/>
          </w:tcPr>
          <w:p w14:paraId="41E8AD8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w:t>
            </w:r>
          </w:p>
        </w:tc>
      </w:tr>
      <w:tr w:rsidR="00680C58" w:rsidRPr="008E2AAE" w14:paraId="4560048C"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6" w:type="dxa"/>
          </w:tcPr>
          <w:p w14:paraId="011F71DF" w14:textId="77777777" w:rsidR="00680C58" w:rsidRPr="008E2AAE" w:rsidRDefault="00000000" w:rsidP="008E2AAE">
            <w:pPr>
              <w:jc w:val="both"/>
              <w:rPr>
                <w:lang w:val="tr-TR"/>
              </w:rPr>
            </w:pPr>
            <w:r w:rsidRPr="008E2AAE">
              <w:rPr>
                <w:sz w:val="16"/>
                <w:lang w:val="tr-TR"/>
              </w:rPr>
              <w:t>2025</w:t>
            </w:r>
          </w:p>
        </w:tc>
        <w:tc>
          <w:tcPr>
            <w:tcW w:w="2556" w:type="dxa"/>
            <w:gridSpan w:val="2"/>
          </w:tcPr>
          <w:p w14:paraId="2E6023D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2021</w:t>
            </w:r>
          </w:p>
        </w:tc>
        <w:tc>
          <w:tcPr>
            <w:tcW w:w="2556" w:type="dxa"/>
            <w:gridSpan w:val="2"/>
          </w:tcPr>
          <w:p w14:paraId="394BF94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yıldan eski</w:t>
            </w:r>
          </w:p>
        </w:tc>
        <w:tc>
          <w:tcPr>
            <w:tcW w:w="2556" w:type="dxa"/>
          </w:tcPr>
          <w:p w14:paraId="32A6D5A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w:t>
            </w:r>
          </w:p>
        </w:tc>
      </w:tr>
      <w:tr w:rsidR="00680C58" w:rsidRPr="008E2AAE" w14:paraId="3ACD5FD2" w14:textId="77777777" w:rsidTr="00680C58">
        <w:tc>
          <w:tcPr>
            <w:cnfStyle w:val="001000000000" w:firstRow="0" w:lastRow="0" w:firstColumn="1" w:lastColumn="0" w:oddVBand="0" w:evenVBand="0" w:oddHBand="0" w:evenHBand="0" w:firstRowFirstColumn="0" w:firstRowLastColumn="0" w:lastRowFirstColumn="0" w:lastRowLastColumn="0"/>
            <w:tcW w:w="2556" w:type="dxa"/>
          </w:tcPr>
          <w:p w14:paraId="0F9B3944" w14:textId="77777777" w:rsidR="00680C58" w:rsidRPr="008E2AAE" w:rsidRDefault="00000000" w:rsidP="008E2AAE">
            <w:pPr>
              <w:jc w:val="both"/>
              <w:rPr>
                <w:lang w:val="tr-TR"/>
              </w:rPr>
            </w:pPr>
            <w:r w:rsidRPr="008E2AAE">
              <w:rPr>
                <w:sz w:val="16"/>
                <w:lang w:val="tr-TR"/>
              </w:rPr>
              <w:t>2025</w:t>
            </w:r>
          </w:p>
        </w:tc>
        <w:tc>
          <w:tcPr>
            <w:tcW w:w="2556" w:type="dxa"/>
            <w:gridSpan w:val="2"/>
          </w:tcPr>
          <w:p w14:paraId="50F0A75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2022</w:t>
            </w:r>
          </w:p>
        </w:tc>
        <w:tc>
          <w:tcPr>
            <w:tcW w:w="2556" w:type="dxa"/>
            <w:gridSpan w:val="2"/>
          </w:tcPr>
          <w:p w14:paraId="3B5092F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Geç mezun</w:t>
            </w:r>
          </w:p>
        </w:tc>
        <w:tc>
          <w:tcPr>
            <w:tcW w:w="2556" w:type="dxa"/>
          </w:tcPr>
          <w:p w14:paraId="1D21F55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w:t>
            </w:r>
          </w:p>
        </w:tc>
      </w:tr>
      <w:tr w:rsidR="00680C58" w:rsidRPr="008E2AAE" w14:paraId="1473FC0A"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6" w:type="dxa"/>
          </w:tcPr>
          <w:p w14:paraId="73E1DFFD" w14:textId="77777777" w:rsidR="00680C58" w:rsidRPr="008E2AAE" w:rsidRDefault="00000000" w:rsidP="008E2AAE">
            <w:pPr>
              <w:jc w:val="both"/>
              <w:rPr>
                <w:lang w:val="tr-TR"/>
              </w:rPr>
            </w:pPr>
            <w:r w:rsidRPr="008E2AAE">
              <w:rPr>
                <w:sz w:val="16"/>
                <w:lang w:val="tr-TR"/>
              </w:rPr>
              <w:t>2025</w:t>
            </w:r>
          </w:p>
        </w:tc>
        <w:tc>
          <w:tcPr>
            <w:tcW w:w="2556" w:type="dxa"/>
            <w:gridSpan w:val="2"/>
          </w:tcPr>
          <w:p w14:paraId="3B5AF1E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2023</w:t>
            </w:r>
          </w:p>
        </w:tc>
        <w:tc>
          <w:tcPr>
            <w:tcW w:w="2556" w:type="dxa"/>
            <w:gridSpan w:val="2"/>
          </w:tcPr>
          <w:p w14:paraId="2AFF3B0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Geç mezun</w:t>
            </w:r>
          </w:p>
        </w:tc>
        <w:tc>
          <w:tcPr>
            <w:tcW w:w="2556" w:type="dxa"/>
          </w:tcPr>
          <w:p w14:paraId="1C877A8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15</w:t>
            </w:r>
          </w:p>
        </w:tc>
      </w:tr>
      <w:tr w:rsidR="00680C58" w:rsidRPr="008E2AAE" w14:paraId="4EA87BA5" w14:textId="77777777" w:rsidTr="00680C58">
        <w:tc>
          <w:tcPr>
            <w:cnfStyle w:val="001000000000" w:firstRow="0" w:lastRow="0" w:firstColumn="1" w:lastColumn="0" w:oddVBand="0" w:evenVBand="0" w:oddHBand="0" w:evenHBand="0" w:firstRowFirstColumn="0" w:firstRowLastColumn="0" w:lastRowFirstColumn="0" w:lastRowLastColumn="0"/>
            <w:tcW w:w="2556" w:type="dxa"/>
          </w:tcPr>
          <w:p w14:paraId="4098B631" w14:textId="77777777" w:rsidR="00680C58" w:rsidRPr="008E2AAE" w:rsidRDefault="00000000" w:rsidP="008E2AAE">
            <w:pPr>
              <w:jc w:val="both"/>
              <w:rPr>
                <w:lang w:val="tr-TR"/>
              </w:rPr>
            </w:pPr>
            <w:r w:rsidRPr="008E2AAE">
              <w:rPr>
                <w:sz w:val="16"/>
                <w:lang w:val="tr-TR"/>
              </w:rPr>
              <w:t>2025</w:t>
            </w:r>
          </w:p>
        </w:tc>
        <w:tc>
          <w:tcPr>
            <w:tcW w:w="2556" w:type="dxa"/>
            <w:gridSpan w:val="2"/>
          </w:tcPr>
          <w:p w14:paraId="3D92563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2024</w:t>
            </w:r>
          </w:p>
        </w:tc>
        <w:tc>
          <w:tcPr>
            <w:tcW w:w="2556" w:type="dxa"/>
            <w:gridSpan w:val="2"/>
          </w:tcPr>
          <w:p w14:paraId="32030CD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Yeni mezun</w:t>
            </w:r>
          </w:p>
        </w:tc>
        <w:tc>
          <w:tcPr>
            <w:tcW w:w="2556" w:type="dxa"/>
          </w:tcPr>
          <w:p w14:paraId="3A118F0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85</w:t>
            </w:r>
          </w:p>
        </w:tc>
      </w:tr>
      <w:tr w:rsidR="00680C58" w:rsidRPr="008E2AAE" w14:paraId="063718B9"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6" w:type="dxa"/>
          </w:tcPr>
          <w:p w14:paraId="309C5810" w14:textId="77777777" w:rsidR="00680C58" w:rsidRPr="008E2AAE" w:rsidRDefault="00000000" w:rsidP="008E2AAE">
            <w:pPr>
              <w:jc w:val="both"/>
              <w:rPr>
                <w:lang w:val="tr-TR"/>
              </w:rPr>
            </w:pPr>
            <w:r w:rsidRPr="008E2AAE">
              <w:rPr>
                <w:sz w:val="16"/>
                <w:lang w:val="tr-TR"/>
              </w:rPr>
              <w:t>2025</w:t>
            </w:r>
          </w:p>
        </w:tc>
        <w:tc>
          <w:tcPr>
            <w:tcW w:w="2556" w:type="dxa"/>
            <w:gridSpan w:val="2"/>
          </w:tcPr>
          <w:p w14:paraId="78EB1F9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2025</w:t>
            </w:r>
          </w:p>
        </w:tc>
        <w:tc>
          <w:tcPr>
            <w:tcW w:w="2556" w:type="dxa"/>
            <w:gridSpan w:val="2"/>
          </w:tcPr>
          <w:p w14:paraId="6F281CD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Yeni mezun</w:t>
            </w:r>
          </w:p>
        </w:tc>
        <w:tc>
          <w:tcPr>
            <w:tcW w:w="2556" w:type="dxa"/>
          </w:tcPr>
          <w:p w14:paraId="70E7C32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123</w:t>
            </w:r>
          </w:p>
        </w:tc>
      </w:tr>
      <w:tr w:rsidR="00680C58" w:rsidRPr="008E2AAE" w14:paraId="409F41A6" w14:textId="77777777" w:rsidTr="00680C58">
        <w:tc>
          <w:tcPr>
            <w:cnfStyle w:val="001000000000" w:firstRow="0" w:lastRow="0" w:firstColumn="1" w:lastColumn="0" w:oddVBand="0" w:evenVBand="0" w:oddHBand="0" w:evenHBand="0" w:firstRowFirstColumn="0" w:firstRowLastColumn="0" w:lastRowFirstColumn="0" w:lastRowLastColumn="0"/>
            <w:tcW w:w="2556" w:type="dxa"/>
          </w:tcPr>
          <w:p w14:paraId="0ABC2B6E" w14:textId="77777777" w:rsidR="00680C58" w:rsidRPr="008E2AAE" w:rsidRDefault="00000000" w:rsidP="008E2AAE">
            <w:pPr>
              <w:jc w:val="both"/>
              <w:rPr>
                <w:lang w:val="tr-TR"/>
              </w:rPr>
            </w:pPr>
            <w:r w:rsidRPr="008E2AAE">
              <w:rPr>
                <w:sz w:val="16"/>
                <w:lang w:val="tr-TR"/>
              </w:rPr>
              <w:t>2025</w:t>
            </w:r>
          </w:p>
        </w:tc>
        <w:tc>
          <w:tcPr>
            <w:tcW w:w="2556" w:type="dxa"/>
            <w:gridSpan w:val="2"/>
          </w:tcPr>
          <w:p w14:paraId="6FDAD39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2024_2025</w:t>
            </w:r>
          </w:p>
        </w:tc>
        <w:tc>
          <w:tcPr>
            <w:tcW w:w="2556" w:type="dxa"/>
            <w:gridSpan w:val="2"/>
          </w:tcPr>
          <w:p w14:paraId="38F4C77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Yeni mezun</w:t>
            </w:r>
          </w:p>
        </w:tc>
        <w:tc>
          <w:tcPr>
            <w:tcW w:w="2556" w:type="dxa"/>
          </w:tcPr>
          <w:p w14:paraId="2193DD5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w:t>
            </w:r>
          </w:p>
        </w:tc>
      </w:tr>
      <w:tr w:rsidR="00680C58" w:rsidRPr="008E2AAE" w14:paraId="45E3C911"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6" w:type="dxa"/>
          </w:tcPr>
          <w:p w14:paraId="38A65E7D" w14:textId="77777777" w:rsidR="00680C58" w:rsidRPr="008E2AAE" w:rsidRDefault="00000000" w:rsidP="008E2AAE">
            <w:pPr>
              <w:jc w:val="both"/>
              <w:rPr>
                <w:lang w:val="tr-TR"/>
              </w:rPr>
            </w:pPr>
            <w:r w:rsidRPr="008E2AAE">
              <w:rPr>
                <w:sz w:val="16"/>
                <w:lang w:val="tr-TR"/>
              </w:rPr>
              <w:t>2026</w:t>
            </w:r>
          </w:p>
        </w:tc>
        <w:tc>
          <w:tcPr>
            <w:tcW w:w="2556" w:type="dxa"/>
            <w:gridSpan w:val="2"/>
          </w:tcPr>
          <w:p w14:paraId="6183AB7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2025</w:t>
            </w:r>
          </w:p>
        </w:tc>
        <w:tc>
          <w:tcPr>
            <w:tcW w:w="2556" w:type="dxa"/>
            <w:gridSpan w:val="2"/>
          </w:tcPr>
          <w:p w14:paraId="1354D33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Yeni mezun</w:t>
            </w:r>
          </w:p>
        </w:tc>
        <w:tc>
          <w:tcPr>
            <w:tcW w:w="2556" w:type="dxa"/>
          </w:tcPr>
          <w:p w14:paraId="38378B3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w:t>
            </w:r>
          </w:p>
        </w:tc>
      </w:tr>
      <w:tr w:rsidR="00680C58" w:rsidRPr="008E2AAE" w14:paraId="2C902055" w14:textId="77777777" w:rsidTr="00680C58">
        <w:tc>
          <w:tcPr>
            <w:cnfStyle w:val="001000000000" w:firstRow="0" w:lastRow="0" w:firstColumn="1" w:lastColumn="0" w:oddVBand="0" w:evenVBand="0" w:oddHBand="0" w:evenHBand="0" w:firstRowFirstColumn="0" w:firstRowLastColumn="0" w:lastRowFirstColumn="0" w:lastRowLastColumn="0"/>
            <w:tcW w:w="2556" w:type="dxa"/>
          </w:tcPr>
          <w:p w14:paraId="4EA56B17" w14:textId="77777777" w:rsidR="00680C58" w:rsidRPr="008E2AAE" w:rsidRDefault="00000000" w:rsidP="008E2AAE">
            <w:pPr>
              <w:jc w:val="both"/>
              <w:rPr>
                <w:lang w:val="tr-TR"/>
              </w:rPr>
            </w:pPr>
            <w:r w:rsidRPr="008E2AAE">
              <w:rPr>
                <w:sz w:val="16"/>
                <w:lang w:val="tr-TR"/>
              </w:rPr>
              <w:t>2026</w:t>
            </w:r>
          </w:p>
        </w:tc>
        <w:tc>
          <w:tcPr>
            <w:tcW w:w="2556" w:type="dxa"/>
            <w:gridSpan w:val="2"/>
          </w:tcPr>
          <w:p w14:paraId="3B0A29F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2026</w:t>
            </w:r>
          </w:p>
        </w:tc>
        <w:tc>
          <w:tcPr>
            <w:tcW w:w="2556" w:type="dxa"/>
            <w:gridSpan w:val="2"/>
          </w:tcPr>
          <w:p w14:paraId="0FF9F0E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Yeni mezun</w:t>
            </w:r>
          </w:p>
        </w:tc>
        <w:tc>
          <w:tcPr>
            <w:tcW w:w="2556" w:type="dxa"/>
          </w:tcPr>
          <w:p w14:paraId="029BC2E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18</w:t>
            </w:r>
          </w:p>
        </w:tc>
      </w:tr>
      <w:tr w:rsidR="00680C58" w:rsidRPr="008E2AAE" w14:paraId="24F9F05B"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6" w:type="dxa"/>
          </w:tcPr>
          <w:p w14:paraId="30353A9E" w14:textId="77777777" w:rsidR="00680C58" w:rsidRPr="008E2AAE" w:rsidRDefault="00000000" w:rsidP="008E2AAE">
            <w:pPr>
              <w:jc w:val="both"/>
              <w:rPr>
                <w:lang w:val="tr-TR"/>
              </w:rPr>
            </w:pPr>
            <w:r w:rsidRPr="008E2AAE">
              <w:rPr>
                <w:sz w:val="16"/>
                <w:lang w:val="tr-TR"/>
              </w:rPr>
              <w:t>2026</w:t>
            </w:r>
          </w:p>
        </w:tc>
        <w:tc>
          <w:tcPr>
            <w:tcW w:w="2556" w:type="dxa"/>
            <w:gridSpan w:val="2"/>
          </w:tcPr>
          <w:p w14:paraId="051692C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2029</w:t>
            </w:r>
          </w:p>
        </w:tc>
        <w:tc>
          <w:tcPr>
            <w:tcW w:w="2556" w:type="dxa"/>
            <w:gridSpan w:val="2"/>
          </w:tcPr>
          <w:p w14:paraId="4E0A55F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Sınıflandırılamayan</w:t>
            </w:r>
          </w:p>
        </w:tc>
        <w:tc>
          <w:tcPr>
            <w:tcW w:w="2556" w:type="dxa"/>
          </w:tcPr>
          <w:p w14:paraId="7D90542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w:t>
            </w:r>
          </w:p>
        </w:tc>
      </w:tr>
    </w:tbl>
    <w:p w14:paraId="23869AC4" w14:textId="77777777" w:rsidR="00680C58" w:rsidRPr="008E2AAE" w:rsidRDefault="00000000" w:rsidP="008E2AAE">
      <w:pPr>
        <w:jc w:val="both"/>
        <w:rPr>
          <w:lang w:val="tr-TR"/>
        </w:rPr>
      </w:pPr>
      <w:r w:rsidRPr="008E2AAE">
        <w:rPr>
          <w:lang w:val="tr-TR"/>
        </w:rPr>
        <w:t>Yeni mezun grubu özellikle 2024 ve 2025 mezunlarından oluşmaktadır. Geç mezun grubunun tamamı 2025’te yanıt vermiştir: 2022 mezunu 5, 2023 mezunu 15 kayıt vardır. Dolayısıyla gruplar hem mezuniyet süresi hem farklı mezuniyet kuşakları açısından ayrışmaktadır; eğitim programındaki dönemsel değişimler de farklara eşlik edebilir.</w:t>
      </w:r>
    </w:p>
    <w:tbl>
      <w:tblPr>
        <w:tblStyle w:val="AkGlgeleme-Vurgu1"/>
        <w:tblW w:w="0" w:type="auto"/>
        <w:tblLook w:val="04A0" w:firstRow="1" w:lastRow="0" w:firstColumn="1" w:lastColumn="0" w:noHBand="0" w:noVBand="1"/>
      </w:tblPr>
      <w:tblGrid>
        <w:gridCol w:w="2045"/>
        <w:gridCol w:w="1363"/>
        <w:gridCol w:w="682"/>
        <w:gridCol w:w="2045"/>
        <w:gridCol w:w="681"/>
        <w:gridCol w:w="1364"/>
        <w:gridCol w:w="2045"/>
      </w:tblGrid>
      <w:tr w:rsidR="00680C58" w:rsidRPr="008E2AAE" w14:paraId="55A17588"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5" w:type="dxa"/>
          </w:tcPr>
          <w:p w14:paraId="7DEC2485" w14:textId="77777777" w:rsidR="00680C58" w:rsidRPr="008E2AAE" w:rsidRDefault="00000000" w:rsidP="008E2AAE">
            <w:pPr>
              <w:jc w:val="both"/>
              <w:rPr>
                <w:lang w:val="tr-TR"/>
              </w:rPr>
            </w:pPr>
            <w:r w:rsidRPr="008E2AAE">
              <w:rPr>
                <w:sz w:val="16"/>
                <w:lang w:val="tr-TR"/>
              </w:rPr>
              <w:t>Program türü</w:t>
            </w:r>
          </w:p>
        </w:tc>
        <w:tc>
          <w:tcPr>
            <w:tcW w:w="2045" w:type="dxa"/>
            <w:gridSpan w:val="2"/>
          </w:tcPr>
          <w:p w14:paraId="674201EB"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Yeni n</w:t>
            </w:r>
          </w:p>
        </w:tc>
        <w:tc>
          <w:tcPr>
            <w:tcW w:w="2045" w:type="dxa"/>
          </w:tcPr>
          <w:p w14:paraId="6A507B18"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Yeni %</w:t>
            </w:r>
          </w:p>
        </w:tc>
        <w:tc>
          <w:tcPr>
            <w:tcW w:w="2045" w:type="dxa"/>
            <w:gridSpan w:val="2"/>
          </w:tcPr>
          <w:p w14:paraId="2C8F490C"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Geç n</w:t>
            </w:r>
          </w:p>
        </w:tc>
        <w:tc>
          <w:tcPr>
            <w:tcW w:w="2045" w:type="dxa"/>
          </w:tcPr>
          <w:p w14:paraId="0FF21878"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Geç %</w:t>
            </w:r>
          </w:p>
        </w:tc>
      </w:tr>
      <w:tr w:rsidR="00680C58" w:rsidRPr="008E2AAE" w14:paraId="5B5396D0"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5" w:type="dxa"/>
          </w:tcPr>
          <w:p w14:paraId="2E26B641" w14:textId="77777777" w:rsidR="00680C58" w:rsidRPr="008E2AAE" w:rsidRDefault="00000000" w:rsidP="008E2AAE">
            <w:pPr>
              <w:jc w:val="both"/>
              <w:rPr>
                <w:lang w:val="tr-TR"/>
              </w:rPr>
            </w:pPr>
            <w:proofErr w:type="spellStart"/>
            <w:r w:rsidRPr="008E2AAE">
              <w:rPr>
                <w:sz w:val="16"/>
                <w:lang w:val="tr-TR"/>
              </w:rPr>
              <w:t>Önlisans</w:t>
            </w:r>
            <w:proofErr w:type="spellEnd"/>
          </w:p>
        </w:tc>
        <w:tc>
          <w:tcPr>
            <w:tcW w:w="2045" w:type="dxa"/>
            <w:gridSpan w:val="2"/>
          </w:tcPr>
          <w:p w14:paraId="1E2A98E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76</w:t>
            </w:r>
          </w:p>
        </w:tc>
        <w:tc>
          <w:tcPr>
            <w:tcW w:w="2045" w:type="dxa"/>
          </w:tcPr>
          <w:p w14:paraId="6338C61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%33,3</w:t>
            </w:r>
          </w:p>
        </w:tc>
        <w:tc>
          <w:tcPr>
            <w:tcW w:w="2045" w:type="dxa"/>
            <w:gridSpan w:val="2"/>
          </w:tcPr>
          <w:p w14:paraId="1414109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w:t>
            </w:r>
          </w:p>
        </w:tc>
        <w:tc>
          <w:tcPr>
            <w:tcW w:w="2045" w:type="dxa"/>
          </w:tcPr>
          <w:p w14:paraId="60CE099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%25,0</w:t>
            </w:r>
          </w:p>
        </w:tc>
      </w:tr>
      <w:tr w:rsidR="00680C58" w:rsidRPr="008E2AAE" w14:paraId="17D95C14" w14:textId="77777777" w:rsidTr="00680C58">
        <w:tc>
          <w:tcPr>
            <w:cnfStyle w:val="001000000000" w:firstRow="0" w:lastRow="0" w:firstColumn="1" w:lastColumn="0" w:oddVBand="0" w:evenVBand="0" w:oddHBand="0" w:evenHBand="0" w:firstRowFirstColumn="0" w:firstRowLastColumn="0" w:lastRowFirstColumn="0" w:lastRowLastColumn="0"/>
            <w:tcW w:w="2045" w:type="dxa"/>
          </w:tcPr>
          <w:p w14:paraId="30CD8E0B" w14:textId="77777777" w:rsidR="00680C58" w:rsidRPr="008E2AAE" w:rsidRDefault="00000000" w:rsidP="008E2AAE">
            <w:pPr>
              <w:jc w:val="both"/>
              <w:rPr>
                <w:lang w:val="tr-TR"/>
              </w:rPr>
            </w:pPr>
            <w:r w:rsidRPr="008E2AAE">
              <w:rPr>
                <w:sz w:val="16"/>
                <w:lang w:val="tr-TR"/>
              </w:rPr>
              <w:t>Lisans</w:t>
            </w:r>
          </w:p>
        </w:tc>
        <w:tc>
          <w:tcPr>
            <w:tcW w:w="2045" w:type="dxa"/>
            <w:gridSpan w:val="2"/>
          </w:tcPr>
          <w:p w14:paraId="58CF05B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144</w:t>
            </w:r>
          </w:p>
        </w:tc>
        <w:tc>
          <w:tcPr>
            <w:tcW w:w="2045" w:type="dxa"/>
          </w:tcPr>
          <w:p w14:paraId="191B803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%63,2</w:t>
            </w:r>
          </w:p>
        </w:tc>
        <w:tc>
          <w:tcPr>
            <w:tcW w:w="2045" w:type="dxa"/>
            <w:gridSpan w:val="2"/>
          </w:tcPr>
          <w:p w14:paraId="4F12C16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15</w:t>
            </w:r>
          </w:p>
        </w:tc>
        <w:tc>
          <w:tcPr>
            <w:tcW w:w="2045" w:type="dxa"/>
          </w:tcPr>
          <w:p w14:paraId="1D927D3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%75,0</w:t>
            </w:r>
          </w:p>
        </w:tc>
      </w:tr>
      <w:tr w:rsidR="00680C58" w:rsidRPr="008E2AAE" w14:paraId="603DA14A"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5" w:type="dxa"/>
          </w:tcPr>
          <w:p w14:paraId="08AE233E" w14:textId="77777777" w:rsidR="00680C58" w:rsidRPr="008E2AAE" w:rsidRDefault="00000000" w:rsidP="008E2AAE">
            <w:pPr>
              <w:jc w:val="both"/>
              <w:rPr>
                <w:lang w:val="tr-TR"/>
              </w:rPr>
            </w:pPr>
            <w:r w:rsidRPr="008E2AAE">
              <w:rPr>
                <w:sz w:val="16"/>
                <w:lang w:val="tr-TR"/>
              </w:rPr>
              <w:t>Yüksek Lisans</w:t>
            </w:r>
          </w:p>
        </w:tc>
        <w:tc>
          <w:tcPr>
            <w:tcW w:w="2045" w:type="dxa"/>
            <w:gridSpan w:val="2"/>
          </w:tcPr>
          <w:p w14:paraId="1B8AA8F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w:t>
            </w:r>
          </w:p>
        </w:tc>
        <w:tc>
          <w:tcPr>
            <w:tcW w:w="2045" w:type="dxa"/>
          </w:tcPr>
          <w:p w14:paraId="317FC77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%3,1</w:t>
            </w:r>
          </w:p>
        </w:tc>
        <w:tc>
          <w:tcPr>
            <w:tcW w:w="2045" w:type="dxa"/>
            <w:gridSpan w:val="2"/>
          </w:tcPr>
          <w:p w14:paraId="0E15117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w:t>
            </w:r>
          </w:p>
        </w:tc>
        <w:tc>
          <w:tcPr>
            <w:tcW w:w="2045" w:type="dxa"/>
          </w:tcPr>
          <w:p w14:paraId="594C53F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%0,0</w:t>
            </w:r>
          </w:p>
        </w:tc>
      </w:tr>
      <w:tr w:rsidR="00680C58" w:rsidRPr="008E2AAE" w14:paraId="230B8DDA" w14:textId="77777777" w:rsidTr="00680C58">
        <w:tc>
          <w:tcPr>
            <w:cnfStyle w:val="001000000000" w:firstRow="0" w:lastRow="0" w:firstColumn="1" w:lastColumn="0" w:oddVBand="0" w:evenVBand="0" w:oddHBand="0" w:evenHBand="0" w:firstRowFirstColumn="0" w:firstRowLastColumn="0" w:lastRowFirstColumn="0" w:lastRowLastColumn="0"/>
            <w:tcW w:w="2045" w:type="dxa"/>
          </w:tcPr>
          <w:p w14:paraId="37617212" w14:textId="77777777" w:rsidR="00680C58" w:rsidRPr="008E2AAE" w:rsidRDefault="00000000" w:rsidP="008E2AAE">
            <w:pPr>
              <w:jc w:val="both"/>
              <w:rPr>
                <w:lang w:val="tr-TR"/>
              </w:rPr>
            </w:pPr>
            <w:r w:rsidRPr="008E2AAE">
              <w:rPr>
                <w:sz w:val="16"/>
                <w:lang w:val="tr-TR"/>
              </w:rPr>
              <w:t>Doktora</w:t>
            </w:r>
          </w:p>
        </w:tc>
        <w:tc>
          <w:tcPr>
            <w:tcW w:w="2045" w:type="dxa"/>
            <w:gridSpan w:val="2"/>
          </w:tcPr>
          <w:p w14:paraId="3061DC6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w:t>
            </w:r>
          </w:p>
        </w:tc>
        <w:tc>
          <w:tcPr>
            <w:tcW w:w="2045" w:type="dxa"/>
          </w:tcPr>
          <w:p w14:paraId="355045C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%0,4</w:t>
            </w:r>
          </w:p>
        </w:tc>
        <w:tc>
          <w:tcPr>
            <w:tcW w:w="2045" w:type="dxa"/>
            <w:gridSpan w:val="2"/>
          </w:tcPr>
          <w:p w14:paraId="639213F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w:t>
            </w:r>
          </w:p>
        </w:tc>
        <w:tc>
          <w:tcPr>
            <w:tcW w:w="2045" w:type="dxa"/>
          </w:tcPr>
          <w:p w14:paraId="76151D2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%0,0</w:t>
            </w:r>
          </w:p>
        </w:tc>
      </w:tr>
      <w:tr w:rsidR="00680C58" w:rsidRPr="008E2AAE" w14:paraId="645613A8"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8" w:type="dxa"/>
            <w:gridSpan w:val="2"/>
          </w:tcPr>
          <w:p w14:paraId="0D4D9846" w14:textId="77777777" w:rsidR="00680C58" w:rsidRPr="008E2AAE" w:rsidRDefault="00000000" w:rsidP="008E2AAE">
            <w:pPr>
              <w:jc w:val="both"/>
              <w:rPr>
                <w:lang w:val="tr-TR"/>
              </w:rPr>
            </w:pPr>
            <w:r w:rsidRPr="008E2AAE">
              <w:rPr>
                <w:sz w:val="16"/>
                <w:lang w:val="tr-TR"/>
              </w:rPr>
              <w:t>Öğretim türü</w:t>
            </w:r>
          </w:p>
        </w:tc>
        <w:tc>
          <w:tcPr>
            <w:tcW w:w="3408" w:type="dxa"/>
            <w:gridSpan w:val="3"/>
          </w:tcPr>
          <w:p w14:paraId="74D7721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Yeni n (%)</w:t>
            </w:r>
          </w:p>
        </w:tc>
        <w:tc>
          <w:tcPr>
            <w:tcW w:w="3408" w:type="dxa"/>
            <w:gridSpan w:val="2"/>
          </w:tcPr>
          <w:p w14:paraId="0841EE0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Geç n (%)</w:t>
            </w:r>
          </w:p>
        </w:tc>
      </w:tr>
      <w:tr w:rsidR="00680C58" w:rsidRPr="008E2AAE" w14:paraId="2439F145" w14:textId="77777777" w:rsidTr="00680C58">
        <w:tc>
          <w:tcPr>
            <w:cnfStyle w:val="001000000000" w:firstRow="0" w:lastRow="0" w:firstColumn="1" w:lastColumn="0" w:oddVBand="0" w:evenVBand="0" w:oddHBand="0" w:evenHBand="0" w:firstRowFirstColumn="0" w:firstRowLastColumn="0" w:lastRowFirstColumn="0" w:lastRowLastColumn="0"/>
            <w:tcW w:w="3408" w:type="dxa"/>
            <w:gridSpan w:val="2"/>
          </w:tcPr>
          <w:p w14:paraId="553CF0F1" w14:textId="77777777" w:rsidR="00680C58" w:rsidRPr="008E2AAE" w:rsidRDefault="00000000" w:rsidP="008E2AAE">
            <w:pPr>
              <w:jc w:val="both"/>
              <w:rPr>
                <w:lang w:val="tr-TR"/>
              </w:rPr>
            </w:pPr>
            <w:r w:rsidRPr="008E2AAE">
              <w:rPr>
                <w:sz w:val="16"/>
                <w:lang w:val="tr-TR"/>
              </w:rPr>
              <w:t>I. Öğretim</w:t>
            </w:r>
          </w:p>
        </w:tc>
        <w:tc>
          <w:tcPr>
            <w:tcW w:w="3408" w:type="dxa"/>
            <w:gridSpan w:val="3"/>
          </w:tcPr>
          <w:p w14:paraId="1DF4306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208 (%91,2)</w:t>
            </w:r>
          </w:p>
        </w:tc>
        <w:tc>
          <w:tcPr>
            <w:tcW w:w="3408" w:type="dxa"/>
            <w:gridSpan w:val="2"/>
          </w:tcPr>
          <w:p w14:paraId="3BF0E97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19 (%95,0)</w:t>
            </w:r>
          </w:p>
        </w:tc>
      </w:tr>
      <w:tr w:rsidR="00680C58" w:rsidRPr="008E2AAE" w14:paraId="515A338C"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8" w:type="dxa"/>
            <w:gridSpan w:val="2"/>
          </w:tcPr>
          <w:p w14:paraId="5DE9B8E2" w14:textId="77777777" w:rsidR="00680C58" w:rsidRPr="008E2AAE" w:rsidRDefault="00000000" w:rsidP="008E2AAE">
            <w:pPr>
              <w:jc w:val="both"/>
              <w:rPr>
                <w:lang w:val="tr-TR"/>
              </w:rPr>
            </w:pPr>
            <w:r w:rsidRPr="008E2AAE">
              <w:rPr>
                <w:sz w:val="16"/>
                <w:lang w:val="tr-TR"/>
              </w:rPr>
              <w:t>II. Öğretim</w:t>
            </w:r>
          </w:p>
        </w:tc>
        <w:tc>
          <w:tcPr>
            <w:tcW w:w="3408" w:type="dxa"/>
            <w:gridSpan w:val="3"/>
          </w:tcPr>
          <w:p w14:paraId="6A66A79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 (%8,8)</w:t>
            </w:r>
          </w:p>
        </w:tc>
        <w:tc>
          <w:tcPr>
            <w:tcW w:w="3408" w:type="dxa"/>
            <w:gridSpan w:val="2"/>
          </w:tcPr>
          <w:p w14:paraId="7F39395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(%5,0)</w:t>
            </w:r>
          </w:p>
        </w:tc>
      </w:tr>
    </w:tbl>
    <w:p w14:paraId="0C785376" w14:textId="77777777" w:rsidR="00680C58" w:rsidRPr="008E2AAE" w:rsidRDefault="00000000" w:rsidP="008E2AAE">
      <w:pPr>
        <w:jc w:val="both"/>
        <w:rPr>
          <w:lang w:val="tr-TR"/>
        </w:rPr>
      </w:pPr>
      <w:r w:rsidRPr="008E2AAE">
        <w:rPr>
          <w:lang w:val="tr-TR"/>
        </w:rPr>
        <w:t xml:space="preserve">Yeni mezun grubunda lisansüstü kayıtlar da bulunmaktadır; geç mezun grubunda yalnızca lisans ve </w:t>
      </w:r>
      <w:proofErr w:type="spellStart"/>
      <w:r w:rsidRPr="008E2AAE">
        <w:rPr>
          <w:lang w:val="tr-TR"/>
        </w:rPr>
        <w:t>önlisans</w:t>
      </w:r>
      <w:proofErr w:type="spellEnd"/>
      <w:r w:rsidRPr="008E2AAE">
        <w:rPr>
          <w:lang w:val="tr-TR"/>
        </w:rPr>
        <w:t xml:space="preserve"> kayıtları vardır. Program düzeyi ve öğrenim alanı bileşimi kontrol edilmediğinden grup farkları yalnızca mezuniyetten sonra geçen süreye bağlanamaz.</w:t>
      </w:r>
    </w:p>
    <w:p w14:paraId="7F2681EC" w14:textId="77777777" w:rsidR="00680C58" w:rsidRPr="008E2AAE" w:rsidRDefault="00000000" w:rsidP="008E2AAE">
      <w:pPr>
        <w:pStyle w:val="Balk1"/>
        <w:jc w:val="both"/>
        <w:rPr>
          <w:lang w:val="tr-TR"/>
        </w:rPr>
      </w:pPr>
      <w:r w:rsidRPr="008E2AAE">
        <w:rPr>
          <w:lang w:val="tr-TR"/>
        </w:rPr>
        <w:t>5. Çalışma durumu ve eğitim alanıyla uyum</w:t>
      </w:r>
    </w:p>
    <w:tbl>
      <w:tblPr>
        <w:tblStyle w:val="AkGlgeleme-Vurgu1"/>
        <w:tblW w:w="0" w:type="auto"/>
        <w:tblLook w:val="04A0" w:firstRow="1" w:lastRow="0" w:firstColumn="1" w:lastColumn="0" w:noHBand="0" w:noVBand="1"/>
      </w:tblPr>
      <w:tblGrid>
        <w:gridCol w:w="1704"/>
        <w:gridCol w:w="1704"/>
        <w:gridCol w:w="1704"/>
        <w:gridCol w:w="1704"/>
        <w:gridCol w:w="1704"/>
        <w:gridCol w:w="1704"/>
      </w:tblGrid>
      <w:tr w:rsidR="00680C58" w:rsidRPr="008E2AAE" w14:paraId="26562B65"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03533373" w14:textId="77777777" w:rsidR="00680C58" w:rsidRPr="008E2AAE" w:rsidRDefault="00000000" w:rsidP="008E2AAE">
            <w:pPr>
              <w:jc w:val="both"/>
              <w:rPr>
                <w:lang w:val="tr-TR"/>
              </w:rPr>
            </w:pPr>
            <w:r w:rsidRPr="008E2AAE">
              <w:rPr>
                <w:sz w:val="16"/>
                <w:lang w:val="tr-TR"/>
              </w:rPr>
              <w:t>Grup</w:t>
            </w:r>
          </w:p>
        </w:tc>
        <w:tc>
          <w:tcPr>
            <w:tcW w:w="1704" w:type="dxa"/>
          </w:tcPr>
          <w:p w14:paraId="29E967DE"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Toplam n</w:t>
            </w:r>
          </w:p>
        </w:tc>
        <w:tc>
          <w:tcPr>
            <w:tcW w:w="1704" w:type="dxa"/>
          </w:tcPr>
          <w:p w14:paraId="7A42861D"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Çalışan n</w:t>
            </w:r>
          </w:p>
        </w:tc>
        <w:tc>
          <w:tcPr>
            <w:tcW w:w="1704" w:type="dxa"/>
          </w:tcPr>
          <w:p w14:paraId="65200EE7"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Çalışma %</w:t>
            </w:r>
          </w:p>
        </w:tc>
        <w:tc>
          <w:tcPr>
            <w:tcW w:w="1704" w:type="dxa"/>
          </w:tcPr>
          <w:p w14:paraId="19E8A43D"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Alanında / çalışan</w:t>
            </w:r>
          </w:p>
        </w:tc>
        <w:tc>
          <w:tcPr>
            <w:tcW w:w="1704" w:type="dxa"/>
          </w:tcPr>
          <w:p w14:paraId="0CF1765B"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Alan uyumu %</w:t>
            </w:r>
          </w:p>
        </w:tc>
      </w:tr>
      <w:tr w:rsidR="00680C58" w:rsidRPr="008E2AAE" w14:paraId="09405B07"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52CB8D38" w14:textId="77777777" w:rsidR="00680C58" w:rsidRPr="008E2AAE" w:rsidRDefault="00000000" w:rsidP="008E2AAE">
            <w:pPr>
              <w:jc w:val="both"/>
              <w:rPr>
                <w:lang w:val="tr-TR"/>
              </w:rPr>
            </w:pPr>
            <w:r w:rsidRPr="008E2AAE">
              <w:rPr>
                <w:sz w:val="16"/>
                <w:lang w:val="tr-TR"/>
              </w:rPr>
              <w:t>Yeni mezun</w:t>
            </w:r>
          </w:p>
        </w:tc>
        <w:tc>
          <w:tcPr>
            <w:tcW w:w="1704" w:type="dxa"/>
          </w:tcPr>
          <w:p w14:paraId="65F57AC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228</w:t>
            </w:r>
          </w:p>
        </w:tc>
        <w:tc>
          <w:tcPr>
            <w:tcW w:w="1704" w:type="dxa"/>
          </w:tcPr>
          <w:p w14:paraId="1574118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99</w:t>
            </w:r>
          </w:p>
        </w:tc>
        <w:tc>
          <w:tcPr>
            <w:tcW w:w="1704" w:type="dxa"/>
          </w:tcPr>
          <w:p w14:paraId="20D1AE8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%43,4</w:t>
            </w:r>
          </w:p>
        </w:tc>
        <w:tc>
          <w:tcPr>
            <w:tcW w:w="1704" w:type="dxa"/>
          </w:tcPr>
          <w:p w14:paraId="2721514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52/99</w:t>
            </w:r>
          </w:p>
        </w:tc>
        <w:tc>
          <w:tcPr>
            <w:tcW w:w="1704" w:type="dxa"/>
          </w:tcPr>
          <w:p w14:paraId="4436E6C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%52,5</w:t>
            </w:r>
          </w:p>
        </w:tc>
      </w:tr>
      <w:tr w:rsidR="00680C58" w:rsidRPr="008E2AAE" w14:paraId="2906F970"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04F0E341" w14:textId="77777777" w:rsidR="00680C58" w:rsidRPr="008E2AAE" w:rsidRDefault="00000000" w:rsidP="008E2AAE">
            <w:pPr>
              <w:jc w:val="both"/>
              <w:rPr>
                <w:lang w:val="tr-TR"/>
              </w:rPr>
            </w:pPr>
            <w:r w:rsidRPr="008E2AAE">
              <w:rPr>
                <w:sz w:val="16"/>
                <w:lang w:val="tr-TR"/>
              </w:rPr>
              <w:t>Geç mezun</w:t>
            </w:r>
          </w:p>
        </w:tc>
        <w:tc>
          <w:tcPr>
            <w:tcW w:w="1704" w:type="dxa"/>
          </w:tcPr>
          <w:p w14:paraId="284AE19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20</w:t>
            </w:r>
          </w:p>
        </w:tc>
        <w:tc>
          <w:tcPr>
            <w:tcW w:w="1704" w:type="dxa"/>
          </w:tcPr>
          <w:p w14:paraId="5BBC774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15</w:t>
            </w:r>
          </w:p>
        </w:tc>
        <w:tc>
          <w:tcPr>
            <w:tcW w:w="1704" w:type="dxa"/>
          </w:tcPr>
          <w:p w14:paraId="6838C57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%75,0</w:t>
            </w:r>
          </w:p>
        </w:tc>
        <w:tc>
          <w:tcPr>
            <w:tcW w:w="1704" w:type="dxa"/>
          </w:tcPr>
          <w:p w14:paraId="64FB7A6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13/15</w:t>
            </w:r>
          </w:p>
        </w:tc>
        <w:tc>
          <w:tcPr>
            <w:tcW w:w="1704" w:type="dxa"/>
          </w:tcPr>
          <w:p w14:paraId="1E93D96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%86,7</w:t>
            </w:r>
          </w:p>
        </w:tc>
      </w:tr>
      <w:tr w:rsidR="00680C58" w:rsidRPr="008E2AAE" w14:paraId="10A53F56"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0B9C150F" w14:textId="77777777" w:rsidR="00680C58" w:rsidRPr="008E2AAE" w:rsidRDefault="00000000" w:rsidP="008E2AAE">
            <w:pPr>
              <w:jc w:val="both"/>
              <w:rPr>
                <w:lang w:val="tr-TR"/>
              </w:rPr>
            </w:pPr>
            <w:r w:rsidRPr="008E2AAE">
              <w:rPr>
                <w:sz w:val="16"/>
                <w:lang w:val="tr-TR"/>
              </w:rPr>
              <w:t>3 yıldan eski</w:t>
            </w:r>
          </w:p>
        </w:tc>
        <w:tc>
          <w:tcPr>
            <w:tcW w:w="1704" w:type="dxa"/>
          </w:tcPr>
          <w:p w14:paraId="7DE08BF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w:t>
            </w:r>
          </w:p>
        </w:tc>
        <w:tc>
          <w:tcPr>
            <w:tcW w:w="1704" w:type="dxa"/>
          </w:tcPr>
          <w:p w14:paraId="2A670A7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w:t>
            </w:r>
          </w:p>
        </w:tc>
        <w:tc>
          <w:tcPr>
            <w:tcW w:w="1704" w:type="dxa"/>
          </w:tcPr>
          <w:p w14:paraId="4E09D28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%50,0</w:t>
            </w:r>
          </w:p>
        </w:tc>
        <w:tc>
          <w:tcPr>
            <w:tcW w:w="1704" w:type="dxa"/>
          </w:tcPr>
          <w:p w14:paraId="69DF11B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1/2</w:t>
            </w:r>
          </w:p>
        </w:tc>
        <w:tc>
          <w:tcPr>
            <w:tcW w:w="1704" w:type="dxa"/>
          </w:tcPr>
          <w:p w14:paraId="2DB8411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%50,0</w:t>
            </w:r>
          </w:p>
        </w:tc>
      </w:tr>
      <w:tr w:rsidR="00680C58" w:rsidRPr="008E2AAE" w14:paraId="51B26BD5"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2E7B7A05" w14:textId="77777777" w:rsidR="00680C58" w:rsidRPr="008E2AAE" w:rsidRDefault="00000000" w:rsidP="008E2AAE">
            <w:pPr>
              <w:jc w:val="both"/>
              <w:rPr>
                <w:lang w:val="tr-TR"/>
              </w:rPr>
            </w:pPr>
            <w:r w:rsidRPr="008E2AAE">
              <w:rPr>
                <w:sz w:val="16"/>
                <w:lang w:val="tr-TR"/>
              </w:rPr>
              <w:t>Sınıflandırılamayan</w:t>
            </w:r>
          </w:p>
        </w:tc>
        <w:tc>
          <w:tcPr>
            <w:tcW w:w="1704" w:type="dxa"/>
          </w:tcPr>
          <w:p w14:paraId="5204D8F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w:t>
            </w:r>
          </w:p>
        </w:tc>
        <w:tc>
          <w:tcPr>
            <w:tcW w:w="1704" w:type="dxa"/>
          </w:tcPr>
          <w:p w14:paraId="1F059DE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w:t>
            </w:r>
          </w:p>
        </w:tc>
        <w:tc>
          <w:tcPr>
            <w:tcW w:w="1704" w:type="dxa"/>
          </w:tcPr>
          <w:p w14:paraId="35879D0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%100,0</w:t>
            </w:r>
          </w:p>
        </w:tc>
        <w:tc>
          <w:tcPr>
            <w:tcW w:w="1704" w:type="dxa"/>
          </w:tcPr>
          <w:p w14:paraId="2E9F136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1/1</w:t>
            </w:r>
          </w:p>
        </w:tc>
        <w:tc>
          <w:tcPr>
            <w:tcW w:w="1704" w:type="dxa"/>
          </w:tcPr>
          <w:p w14:paraId="27B7CFF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%100,0</w:t>
            </w:r>
          </w:p>
        </w:tc>
      </w:tr>
    </w:tbl>
    <w:p w14:paraId="44DFA531" w14:textId="77777777" w:rsidR="00680C58" w:rsidRPr="008E2AAE" w:rsidRDefault="00000000" w:rsidP="008E2AAE">
      <w:pPr>
        <w:jc w:val="both"/>
        <w:rPr>
          <w:lang w:val="tr-TR"/>
        </w:rPr>
      </w:pPr>
      <w:r w:rsidRPr="008E2AAE">
        <w:rPr>
          <w:noProof/>
          <w:lang w:val="tr-TR"/>
        </w:rPr>
        <w:lastRenderedPageBreak/>
        <w:drawing>
          <wp:inline distT="0" distB="0" distL="0" distR="0" wp14:anchorId="53DFFCB7" wp14:editId="52EECBE0">
            <wp:extent cx="6126480" cy="23144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isma.png"/>
                    <pic:cNvPicPr/>
                  </pic:nvPicPr>
                  <pic:blipFill>
                    <a:blip r:embed="rId8"/>
                    <a:stretch>
                      <a:fillRect/>
                    </a:stretch>
                  </pic:blipFill>
                  <pic:spPr>
                    <a:xfrm>
                      <a:off x="0" y="0"/>
                      <a:ext cx="6126480" cy="2314448"/>
                    </a:xfrm>
                    <a:prstGeom prst="rect">
                      <a:avLst/>
                    </a:prstGeom>
                  </pic:spPr>
                </pic:pic>
              </a:graphicData>
            </a:graphic>
          </wp:inline>
        </w:drawing>
      </w:r>
    </w:p>
    <w:p w14:paraId="52D12855" w14:textId="77777777" w:rsidR="00680C58" w:rsidRPr="008E2AAE" w:rsidRDefault="00000000" w:rsidP="008E2AAE">
      <w:pPr>
        <w:jc w:val="both"/>
        <w:rPr>
          <w:lang w:val="tr-TR"/>
        </w:rPr>
      </w:pPr>
      <w:r w:rsidRPr="008E2AAE">
        <w:rPr>
          <w:lang w:val="tr-TR"/>
        </w:rPr>
        <w:t>Yeni mezunlarda 129 kişi (%56,6), geç mezunlarda 5 kişi (%25,0) çalışmadığını belirtmiştir. Bu oran “işsizlik oranı” olarak adlandırılmamalıdır: iş arama, işe başlayabilme, eğitimine devam etme veya işgücü dışında olma bilgileri bulunmamaktadır. Mevcut soru yalnızca çalışma beyanını ölçmektedir.</w:t>
      </w:r>
    </w:p>
    <w:p w14:paraId="3D05356C" w14:textId="77777777" w:rsidR="00680C58" w:rsidRPr="008E2AAE" w:rsidRDefault="00000000" w:rsidP="008E2AAE">
      <w:pPr>
        <w:jc w:val="both"/>
        <w:rPr>
          <w:lang w:val="tr-TR"/>
        </w:rPr>
      </w:pPr>
      <w:r w:rsidRPr="008E2AAE">
        <w:rPr>
          <w:lang w:val="tr-TR"/>
        </w:rPr>
        <w:t>Çalışma oranında geç mezun lehine 31,6 yüzde puan; çalışanlar içindeki alan uyumunda 34,1 yüzde puan fark bulunmaktadır. Yeni mezun çalışanların 47’si (%47,5), geç mezun çalışanların 2’si (%13,3) eğitim alanıyla ilgili çalışmadığını belirtmiştir. Bu durum yeni mezunlar için işe geçiş ve alanla uyumlu fırsatlara erişim desteğini öncelikli kılmaktadır; çalışma biçimi, ücret, iş niteliği ve işe giriş süresi ölçülmediğinden istihdam kalitesi değerlendirilememektedir.</w:t>
      </w:r>
    </w:p>
    <w:p w14:paraId="0BDF4355" w14:textId="77777777" w:rsidR="00680C58" w:rsidRPr="008E2AAE" w:rsidRDefault="00000000" w:rsidP="008E2AAE">
      <w:pPr>
        <w:jc w:val="both"/>
        <w:rPr>
          <w:lang w:val="tr-TR"/>
        </w:rPr>
      </w:pPr>
      <w:r w:rsidRPr="008E2AAE">
        <w:rPr>
          <w:lang w:val="tr-TR"/>
        </w:rPr>
        <w:t xml:space="preserve">Alanında çalışanların tüm grup içindeki payı yeni mezunlarda %22,8 (52/228), geç mezunlarda %65,0’dır (13/20). Bu gösterge ile yalnızca çalışanlar içindeki alan uyumu oranının paydaları farklıdır. Tüm dosyada alanla ilgili çalışma sorusuna 86 kişi “Evet” demiş olsa </w:t>
      </w:r>
      <w:proofErr w:type="gramStart"/>
      <w:r w:rsidRPr="008E2AAE">
        <w:rPr>
          <w:lang w:val="tr-TR"/>
        </w:rPr>
        <w:t>da,</w:t>
      </w:r>
      <w:proofErr w:type="gramEnd"/>
      <w:r w:rsidRPr="008E2AAE">
        <w:rPr>
          <w:lang w:val="tr-TR"/>
        </w:rPr>
        <w:t xml:space="preserve"> bunların 19’u çalışmadığını belirtmiştir. Çalıştığını ve alanında çalıştığını birlikte belirten toplam 67 kayıt bulunmaktadır.</w:t>
      </w:r>
    </w:p>
    <w:tbl>
      <w:tblPr>
        <w:tblStyle w:val="AkGlgeleme-Vurgu1"/>
        <w:tblW w:w="0" w:type="auto"/>
        <w:tblLook w:val="04A0" w:firstRow="1" w:lastRow="0" w:firstColumn="1" w:lastColumn="0" w:noHBand="0" w:noVBand="1"/>
      </w:tblPr>
      <w:tblGrid>
        <w:gridCol w:w="1704"/>
        <w:gridCol w:w="1704"/>
        <w:gridCol w:w="1704"/>
        <w:gridCol w:w="1704"/>
        <w:gridCol w:w="1704"/>
        <w:gridCol w:w="1704"/>
      </w:tblGrid>
      <w:tr w:rsidR="00680C58" w:rsidRPr="008E2AAE" w14:paraId="6C1A52E2"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0F26D838" w14:textId="77777777" w:rsidR="00680C58" w:rsidRPr="008E2AAE" w:rsidRDefault="00000000" w:rsidP="008E2AAE">
            <w:pPr>
              <w:jc w:val="both"/>
              <w:rPr>
                <w:lang w:val="tr-TR"/>
              </w:rPr>
            </w:pPr>
            <w:r w:rsidRPr="008E2AAE">
              <w:rPr>
                <w:sz w:val="16"/>
                <w:lang w:val="tr-TR"/>
              </w:rPr>
              <w:t>Grup</w:t>
            </w:r>
          </w:p>
        </w:tc>
        <w:tc>
          <w:tcPr>
            <w:tcW w:w="1704" w:type="dxa"/>
          </w:tcPr>
          <w:p w14:paraId="604182A1"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Program</w:t>
            </w:r>
          </w:p>
        </w:tc>
        <w:tc>
          <w:tcPr>
            <w:tcW w:w="1704" w:type="dxa"/>
          </w:tcPr>
          <w:p w14:paraId="4C3D53B9"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Toplam</w:t>
            </w:r>
          </w:p>
        </w:tc>
        <w:tc>
          <w:tcPr>
            <w:tcW w:w="1704" w:type="dxa"/>
          </w:tcPr>
          <w:p w14:paraId="67C1B5FF"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Çalışan</w:t>
            </w:r>
          </w:p>
        </w:tc>
        <w:tc>
          <w:tcPr>
            <w:tcW w:w="1704" w:type="dxa"/>
          </w:tcPr>
          <w:p w14:paraId="0D6FF705"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Çalışma %</w:t>
            </w:r>
          </w:p>
        </w:tc>
        <w:tc>
          <w:tcPr>
            <w:tcW w:w="1704" w:type="dxa"/>
          </w:tcPr>
          <w:p w14:paraId="1B642634"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Alanında / çalışan</w:t>
            </w:r>
          </w:p>
        </w:tc>
      </w:tr>
      <w:tr w:rsidR="00680C58" w:rsidRPr="008E2AAE" w14:paraId="4BA9E439"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48EA9892" w14:textId="77777777" w:rsidR="00680C58" w:rsidRPr="008E2AAE" w:rsidRDefault="00000000" w:rsidP="008E2AAE">
            <w:pPr>
              <w:jc w:val="both"/>
              <w:rPr>
                <w:lang w:val="tr-TR"/>
              </w:rPr>
            </w:pPr>
            <w:r w:rsidRPr="008E2AAE">
              <w:rPr>
                <w:sz w:val="16"/>
                <w:lang w:val="tr-TR"/>
              </w:rPr>
              <w:t>Yeni</w:t>
            </w:r>
          </w:p>
        </w:tc>
        <w:tc>
          <w:tcPr>
            <w:tcW w:w="1704" w:type="dxa"/>
          </w:tcPr>
          <w:p w14:paraId="6AEBE53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Doktora</w:t>
            </w:r>
          </w:p>
        </w:tc>
        <w:tc>
          <w:tcPr>
            <w:tcW w:w="1704" w:type="dxa"/>
          </w:tcPr>
          <w:p w14:paraId="76C64AF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w:t>
            </w:r>
          </w:p>
        </w:tc>
        <w:tc>
          <w:tcPr>
            <w:tcW w:w="1704" w:type="dxa"/>
          </w:tcPr>
          <w:p w14:paraId="3036146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w:t>
            </w:r>
          </w:p>
        </w:tc>
        <w:tc>
          <w:tcPr>
            <w:tcW w:w="1704" w:type="dxa"/>
          </w:tcPr>
          <w:p w14:paraId="25BABD2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%100,0</w:t>
            </w:r>
          </w:p>
        </w:tc>
        <w:tc>
          <w:tcPr>
            <w:tcW w:w="1704" w:type="dxa"/>
          </w:tcPr>
          <w:p w14:paraId="07F7E21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w:t>
            </w:r>
          </w:p>
        </w:tc>
      </w:tr>
      <w:tr w:rsidR="00680C58" w:rsidRPr="008E2AAE" w14:paraId="1D5D262B"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4FA5444F" w14:textId="77777777" w:rsidR="00680C58" w:rsidRPr="008E2AAE" w:rsidRDefault="00000000" w:rsidP="008E2AAE">
            <w:pPr>
              <w:jc w:val="both"/>
              <w:rPr>
                <w:lang w:val="tr-TR"/>
              </w:rPr>
            </w:pPr>
            <w:r w:rsidRPr="008E2AAE">
              <w:rPr>
                <w:sz w:val="16"/>
                <w:lang w:val="tr-TR"/>
              </w:rPr>
              <w:t>Yeni</w:t>
            </w:r>
          </w:p>
        </w:tc>
        <w:tc>
          <w:tcPr>
            <w:tcW w:w="1704" w:type="dxa"/>
          </w:tcPr>
          <w:p w14:paraId="123A703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Lisans</w:t>
            </w:r>
          </w:p>
        </w:tc>
        <w:tc>
          <w:tcPr>
            <w:tcW w:w="1704" w:type="dxa"/>
          </w:tcPr>
          <w:p w14:paraId="66F03FA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144</w:t>
            </w:r>
          </w:p>
        </w:tc>
        <w:tc>
          <w:tcPr>
            <w:tcW w:w="1704" w:type="dxa"/>
          </w:tcPr>
          <w:p w14:paraId="29C5E62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58</w:t>
            </w:r>
          </w:p>
        </w:tc>
        <w:tc>
          <w:tcPr>
            <w:tcW w:w="1704" w:type="dxa"/>
          </w:tcPr>
          <w:p w14:paraId="281BE1E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%40,3</w:t>
            </w:r>
          </w:p>
        </w:tc>
        <w:tc>
          <w:tcPr>
            <w:tcW w:w="1704" w:type="dxa"/>
          </w:tcPr>
          <w:p w14:paraId="50B726E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35/58</w:t>
            </w:r>
          </w:p>
        </w:tc>
      </w:tr>
      <w:tr w:rsidR="00680C58" w:rsidRPr="008E2AAE" w14:paraId="5AB9254A"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198E11D2" w14:textId="77777777" w:rsidR="00680C58" w:rsidRPr="008E2AAE" w:rsidRDefault="00000000" w:rsidP="008E2AAE">
            <w:pPr>
              <w:jc w:val="both"/>
              <w:rPr>
                <w:lang w:val="tr-TR"/>
              </w:rPr>
            </w:pPr>
            <w:r w:rsidRPr="008E2AAE">
              <w:rPr>
                <w:sz w:val="16"/>
                <w:lang w:val="tr-TR"/>
              </w:rPr>
              <w:t>Yeni</w:t>
            </w:r>
          </w:p>
        </w:tc>
        <w:tc>
          <w:tcPr>
            <w:tcW w:w="1704" w:type="dxa"/>
          </w:tcPr>
          <w:p w14:paraId="7A4E62B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Yüksek Lisans</w:t>
            </w:r>
          </w:p>
        </w:tc>
        <w:tc>
          <w:tcPr>
            <w:tcW w:w="1704" w:type="dxa"/>
          </w:tcPr>
          <w:p w14:paraId="2C2E77A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w:t>
            </w:r>
          </w:p>
        </w:tc>
        <w:tc>
          <w:tcPr>
            <w:tcW w:w="1704" w:type="dxa"/>
          </w:tcPr>
          <w:p w14:paraId="0DB1F64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w:t>
            </w:r>
          </w:p>
        </w:tc>
        <w:tc>
          <w:tcPr>
            <w:tcW w:w="1704" w:type="dxa"/>
          </w:tcPr>
          <w:p w14:paraId="7F42A24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%85,7</w:t>
            </w:r>
          </w:p>
        </w:tc>
        <w:tc>
          <w:tcPr>
            <w:tcW w:w="1704" w:type="dxa"/>
          </w:tcPr>
          <w:p w14:paraId="3A57F0A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4/6</w:t>
            </w:r>
          </w:p>
        </w:tc>
      </w:tr>
      <w:tr w:rsidR="00680C58" w:rsidRPr="008E2AAE" w14:paraId="4752E017"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0BD87F2C" w14:textId="77777777" w:rsidR="00680C58" w:rsidRPr="008E2AAE" w:rsidRDefault="00000000" w:rsidP="008E2AAE">
            <w:pPr>
              <w:jc w:val="both"/>
              <w:rPr>
                <w:lang w:val="tr-TR"/>
              </w:rPr>
            </w:pPr>
            <w:r w:rsidRPr="008E2AAE">
              <w:rPr>
                <w:sz w:val="16"/>
                <w:lang w:val="tr-TR"/>
              </w:rPr>
              <w:t>Yeni</w:t>
            </w:r>
          </w:p>
        </w:tc>
        <w:tc>
          <w:tcPr>
            <w:tcW w:w="1704" w:type="dxa"/>
          </w:tcPr>
          <w:p w14:paraId="0B93750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proofErr w:type="spellStart"/>
            <w:r w:rsidRPr="008E2AAE">
              <w:rPr>
                <w:sz w:val="16"/>
                <w:lang w:val="tr-TR"/>
              </w:rPr>
              <w:t>Önlisans</w:t>
            </w:r>
            <w:proofErr w:type="spellEnd"/>
          </w:p>
        </w:tc>
        <w:tc>
          <w:tcPr>
            <w:tcW w:w="1704" w:type="dxa"/>
          </w:tcPr>
          <w:p w14:paraId="32FE6B2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76</w:t>
            </w:r>
          </w:p>
        </w:tc>
        <w:tc>
          <w:tcPr>
            <w:tcW w:w="1704" w:type="dxa"/>
          </w:tcPr>
          <w:p w14:paraId="6561CBE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34</w:t>
            </w:r>
          </w:p>
        </w:tc>
        <w:tc>
          <w:tcPr>
            <w:tcW w:w="1704" w:type="dxa"/>
          </w:tcPr>
          <w:p w14:paraId="73D825B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%44,7</w:t>
            </w:r>
          </w:p>
        </w:tc>
        <w:tc>
          <w:tcPr>
            <w:tcW w:w="1704" w:type="dxa"/>
          </w:tcPr>
          <w:p w14:paraId="462CFF8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12/34</w:t>
            </w:r>
          </w:p>
        </w:tc>
      </w:tr>
      <w:tr w:rsidR="00680C58" w:rsidRPr="008E2AAE" w14:paraId="3C339E68"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516B9F3B" w14:textId="77777777" w:rsidR="00680C58" w:rsidRPr="008E2AAE" w:rsidRDefault="00000000" w:rsidP="008E2AAE">
            <w:pPr>
              <w:jc w:val="both"/>
              <w:rPr>
                <w:lang w:val="tr-TR"/>
              </w:rPr>
            </w:pPr>
            <w:r w:rsidRPr="008E2AAE">
              <w:rPr>
                <w:sz w:val="16"/>
                <w:lang w:val="tr-TR"/>
              </w:rPr>
              <w:t>Geç</w:t>
            </w:r>
          </w:p>
        </w:tc>
        <w:tc>
          <w:tcPr>
            <w:tcW w:w="1704" w:type="dxa"/>
          </w:tcPr>
          <w:p w14:paraId="28C8823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Lisans</w:t>
            </w:r>
          </w:p>
        </w:tc>
        <w:tc>
          <w:tcPr>
            <w:tcW w:w="1704" w:type="dxa"/>
          </w:tcPr>
          <w:p w14:paraId="2F381B0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15</w:t>
            </w:r>
          </w:p>
        </w:tc>
        <w:tc>
          <w:tcPr>
            <w:tcW w:w="1704" w:type="dxa"/>
          </w:tcPr>
          <w:p w14:paraId="1672758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12</w:t>
            </w:r>
          </w:p>
        </w:tc>
        <w:tc>
          <w:tcPr>
            <w:tcW w:w="1704" w:type="dxa"/>
          </w:tcPr>
          <w:p w14:paraId="401276A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%80,0</w:t>
            </w:r>
          </w:p>
        </w:tc>
        <w:tc>
          <w:tcPr>
            <w:tcW w:w="1704" w:type="dxa"/>
          </w:tcPr>
          <w:p w14:paraId="1F5FE07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12/12</w:t>
            </w:r>
          </w:p>
        </w:tc>
      </w:tr>
      <w:tr w:rsidR="00680C58" w:rsidRPr="008E2AAE" w14:paraId="62367A0E"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2350DFD0" w14:textId="77777777" w:rsidR="00680C58" w:rsidRPr="008E2AAE" w:rsidRDefault="00000000" w:rsidP="008E2AAE">
            <w:pPr>
              <w:jc w:val="both"/>
              <w:rPr>
                <w:lang w:val="tr-TR"/>
              </w:rPr>
            </w:pPr>
            <w:r w:rsidRPr="008E2AAE">
              <w:rPr>
                <w:sz w:val="16"/>
                <w:lang w:val="tr-TR"/>
              </w:rPr>
              <w:t>Geç</w:t>
            </w:r>
          </w:p>
        </w:tc>
        <w:tc>
          <w:tcPr>
            <w:tcW w:w="1704" w:type="dxa"/>
          </w:tcPr>
          <w:p w14:paraId="70A6F4D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proofErr w:type="spellStart"/>
            <w:r w:rsidRPr="008E2AAE">
              <w:rPr>
                <w:sz w:val="16"/>
                <w:lang w:val="tr-TR"/>
              </w:rPr>
              <w:t>Önlisans</w:t>
            </w:r>
            <w:proofErr w:type="spellEnd"/>
          </w:p>
        </w:tc>
        <w:tc>
          <w:tcPr>
            <w:tcW w:w="1704" w:type="dxa"/>
          </w:tcPr>
          <w:p w14:paraId="500BEAD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w:t>
            </w:r>
          </w:p>
        </w:tc>
        <w:tc>
          <w:tcPr>
            <w:tcW w:w="1704" w:type="dxa"/>
          </w:tcPr>
          <w:p w14:paraId="743D3B5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w:t>
            </w:r>
          </w:p>
        </w:tc>
        <w:tc>
          <w:tcPr>
            <w:tcW w:w="1704" w:type="dxa"/>
          </w:tcPr>
          <w:p w14:paraId="6C1AF88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%60,0</w:t>
            </w:r>
          </w:p>
        </w:tc>
        <w:tc>
          <w:tcPr>
            <w:tcW w:w="1704" w:type="dxa"/>
          </w:tcPr>
          <w:p w14:paraId="61BE725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1/3</w:t>
            </w:r>
          </w:p>
        </w:tc>
      </w:tr>
    </w:tbl>
    <w:p w14:paraId="5EF5593B" w14:textId="77777777" w:rsidR="00680C58" w:rsidRPr="008E2AAE" w:rsidRDefault="00000000" w:rsidP="008E2AAE">
      <w:pPr>
        <w:jc w:val="both"/>
        <w:rPr>
          <w:lang w:val="tr-TR"/>
        </w:rPr>
      </w:pPr>
      <w:r w:rsidRPr="008E2AAE">
        <w:rPr>
          <w:lang w:val="tr-TR"/>
        </w:rPr>
        <w:t xml:space="preserve">Program türüne göre çalışma oranları ayrıca verilmiştir. Özellikle yüksek lisans (n=7), doktora (n=1) ve geç mezun </w:t>
      </w:r>
      <w:proofErr w:type="spellStart"/>
      <w:r w:rsidRPr="008E2AAE">
        <w:rPr>
          <w:lang w:val="tr-TR"/>
        </w:rPr>
        <w:t>önlisans</w:t>
      </w:r>
      <w:proofErr w:type="spellEnd"/>
      <w:r w:rsidRPr="008E2AAE">
        <w:rPr>
          <w:lang w:val="tr-TR"/>
        </w:rPr>
        <w:t xml:space="preserve"> (n=5) alt grupları çok küçük olduğundan kurumsal başarı karşılaştırması veya sıralama amacıyla kullanılmamalıdır. Küçük gruplar için bireysel çıkarım yapılmaması gerekir.</w:t>
      </w:r>
    </w:p>
    <w:p w14:paraId="056D06BA" w14:textId="77777777" w:rsidR="00680C58" w:rsidRPr="008E2AAE" w:rsidRDefault="00000000" w:rsidP="008E2AAE">
      <w:pPr>
        <w:pStyle w:val="Balk1"/>
        <w:jc w:val="both"/>
        <w:rPr>
          <w:lang w:val="tr-TR"/>
        </w:rPr>
      </w:pPr>
      <w:r w:rsidRPr="008E2AAE">
        <w:rPr>
          <w:lang w:val="tr-TR"/>
        </w:rPr>
        <w:t>6. Yeni mezun grubunun ayrıntılı değerlendirmesi</w:t>
      </w:r>
    </w:p>
    <w:p w14:paraId="42A7BC53" w14:textId="77777777" w:rsidR="00680C58" w:rsidRPr="008E2AAE" w:rsidRDefault="00000000" w:rsidP="008E2AAE">
      <w:pPr>
        <w:jc w:val="both"/>
        <w:rPr>
          <w:lang w:val="tr-TR"/>
        </w:rPr>
      </w:pPr>
      <w:r w:rsidRPr="008E2AAE">
        <w:rPr>
          <w:lang w:val="tr-TR"/>
        </w:rPr>
        <w:t>Yeni mezun grubunda en yüksek olumlu yanıt oranları tercih öncesi program bilgisi (%74,6), iletişim becerileri (%74,1) ve etik–mesleki sorumluluk (%72,8) maddelerindedir. Bu bulgular, katılımcıların program tercihine ilişkin farkındalıklarının ve bazı aktarılabilir becerilere ilişkin algılarının güçlü olduğunu göstermektedir. Tercih öncesi bilgi maddesi doğrudan eğitim çıktısı olarak değerlendirilmemelidir.</w:t>
      </w:r>
    </w:p>
    <w:tbl>
      <w:tblPr>
        <w:tblStyle w:val="AkGlgeleme-Vurgu1"/>
        <w:tblW w:w="0" w:type="auto"/>
        <w:tblLook w:val="04A0" w:firstRow="1" w:lastRow="0" w:firstColumn="1" w:lastColumn="0" w:noHBand="0" w:noVBand="1"/>
      </w:tblPr>
      <w:tblGrid>
        <w:gridCol w:w="1461"/>
        <w:gridCol w:w="1461"/>
        <w:gridCol w:w="1461"/>
        <w:gridCol w:w="1461"/>
        <w:gridCol w:w="1461"/>
        <w:gridCol w:w="1461"/>
        <w:gridCol w:w="1461"/>
      </w:tblGrid>
      <w:tr w:rsidR="00680C58" w:rsidRPr="008E2AAE" w14:paraId="76BCBFB4"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37F0A32E" w14:textId="77777777" w:rsidR="00680C58" w:rsidRPr="008E2AAE" w:rsidRDefault="00000000" w:rsidP="008E2AAE">
            <w:pPr>
              <w:jc w:val="both"/>
              <w:rPr>
                <w:lang w:val="tr-TR"/>
              </w:rPr>
            </w:pPr>
            <w:r w:rsidRPr="008E2AAE">
              <w:rPr>
                <w:sz w:val="16"/>
                <w:lang w:val="tr-TR"/>
              </w:rPr>
              <w:t>Kod</w:t>
            </w:r>
          </w:p>
        </w:tc>
        <w:tc>
          <w:tcPr>
            <w:tcW w:w="1461" w:type="dxa"/>
          </w:tcPr>
          <w:p w14:paraId="25B0EC30"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Madde</w:t>
            </w:r>
          </w:p>
        </w:tc>
        <w:tc>
          <w:tcPr>
            <w:tcW w:w="1461" w:type="dxa"/>
          </w:tcPr>
          <w:p w14:paraId="0F61A410"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Ort.</w:t>
            </w:r>
          </w:p>
        </w:tc>
        <w:tc>
          <w:tcPr>
            <w:tcW w:w="1461" w:type="dxa"/>
          </w:tcPr>
          <w:p w14:paraId="2FDFBD40"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SS</w:t>
            </w:r>
          </w:p>
        </w:tc>
        <w:tc>
          <w:tcPr>
            <w:tcW w:w="1461" w:type="dxa"/>
          </w:tcPr>
          <w:p w14:paraId="356C0602"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Olumlu</w:t>
            </w:r>
          </w:p>
        </w:tc>
        <w:tc>
          <w:tcPr>
            <w:tcW w:w="1461" w:type="dxa"/>
          </w:tcPr>
          <w:p w14:paraId="0C2F58B1"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Orta (3)</w:t>
            </w:r>
          </w:p>
        </w:tc>
        <w:tc>
          <w:tcPr>
            <w:tcW w:w="1461" w:type="dxa"/>
          </w:tcPr>
          <w:p w14:paraId="0F6A293D"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Olumsuz</w:t>
            </w:r>
          </w:p>
        </w:tc>
      </w:tr>
      <w:tr w:rsidR="00680C58" w:rsidRPr="008E2AAE" w14:paraId="0D877CCE"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42136596" w14:textId="77777777" w:rsidR="00680C58" w:rsidRPr="008E2AAE" w:rsidRDefault="00000000" w:rsidP="008E2AAE">
            <w:pPr>
              <w:jc w:val="both"/>
              <w:rPr>
                <w:lang w:val="tr-TR"/>
              </w:rPr>
            </w:pPr>
            <w:r w:rsidRPr="008E2AAE">
              <w:rPr>
                <w:sz w:val="16"/>
                <w:lang w:val="tr-TR"/>
              </w:rPr>
              <w:t>M01</w:t>
            </w:r>
          </w:p>
        </w:tc>
        <w:tc>
          <w:tcPr>
            <w:tcW w:w="1461" w:type="dxa"/>
          </w:tcPr>
          <w:p w14:paraId="7D2CF57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Mezuniyet gururu</w:t>
            </w:r>
          </w:p>
        </w:tc>
        <w:tc>
          <w:tcPr>
            <w:tcW w:w="1461" w:type="dxa"/>
          </w:tcPr>
          <w:p w14:paraId="40D0FAF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3,81</w:t>
            </w:r>
          </w:p>
        </w:tc>
        <w:tc>
          <w:tcPr>
            <w:tcW w:w="1461" w:type="dxa"/>
          </w:tcPr>
          <w:p w14:paraId="2C38CCC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1,29</w:t>
            </w:r>
          </w:p>
        </w:tc>
        <w:tc>
          <w:tcPr>
            <w:tcW w:w="1461" w:type="dxa"/>
          </w:tcPr>
          <w:p w14:paraId="1A15534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138 (%60,5)</w:t>
            </w:r>
          </w:p>
        </w:tc>
        <w:tc>
          <w:tcPr>
            <w:tcW w:w="1461" w:type="dxa"/>
          </w:tcPr>
          <w:p w14:paraId="3F2881D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58 (%25,4)</w:t>
            </w:r>
          </w:p>
        </w:tc>
        <w:tc>
          <w:tcPr>
            <w:tcW w:w="1461" w:type="dxa"/>
          </w:tcPr>
          <w:p w14:paraId="100AE88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32 (%14,0)</w:t>
            </w:r>
          </w:p>
        </w:tc>
      </w:tr>
      <w:tr w:rsidR="00680C58" w:rsidRPr="008E2AAE" w14:paraId="5CFF94A2"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21CBA4AF" w14:textId="77777777" w:rsidR="00680C58" w:rsidRPr="008E2AAE" w:rsidRDefault="00000000" w:rsidP="008E2AAE">
            <w:pPr>
              <w:jc w:val="both"/>
              <w:rPr>
                <w:lang w:val="tr-TR"/>
              </w:rPr>
            </w:pPr>
            <w:r w:rsidRPr="008E2AAE">
              <w:rPr>
                <w:sz w:val="16"/>
                <w:lang w:val="tr-TR"/>
              </w:rPr>
              <w:lastRenderedPageBreak/>
              <w:t>M02</w:t>
            </w:r>
          </w:p>
        </w:tc>
        <w:tc>
          <w:tcPr>
            <w:tcW w:w="1461" w:type="dxa"/>
          </w:tcPr>
          <w:p w14:paraId="1C7989B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Bilinçli üniversite tercihi</w:t>
            </w:r>
          </w:p>
        </w:tc>
        <w:tc>
          <w:tcPr>
            <w:tcW w:w="1461" w:type="dxa"/>
          </w:tcPr>
          <w:p w14:paraId="7DA6126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3,86</w:t>
            </w:r>
          </w:p>
        </w:tc>
        <w:tc>
          <w:tcPr>
            <w:tcW w:w="1461" w:type="dxa"/>
          </w:tcPr>
          <w:p w14:paraId="671C746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1,41</w:t>
            </w:r>
          </w:p>
        </w:tc>
        <w:tc>
          <w:tcPr>
            <w:tcW w:w="1461" w:type="dxa"/>
          </w:tcPr>
          <w:p w14:paraId="49AA407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149 (%65,4)</w:t>
            </w:r>
          </w:p>
        </w:tc>
        <w:tc>
          <w:tcPr>
            <w:tcW w:w="1461" w:type="dxa"/>
          </w:tcPr>
          <w:p w14:paraId="23775BF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34 (%14,9)</w:t>
            </w:r>
          </w:p>
        </w:tc>
        <w:tc>
          <w:tcPr>
            <w:tcW w:w="1461" w:type="dxa"/>
          </w:tcPr>
          <w:p w14:paraId="3510B51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45 (%19,7)</w:t>
            </w:r>
          </w:p>
        </w:tc>
      </w:tr>
      <w:tr w:rsidR="00680C58" w:rsidRPr="008E2AAE" w14:paraId="7AB6F029"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53F5F8EC" w14:textId="77777777" w:rsidR="00680C58" w:rsidRPr="008E2AAE" w:rsidRDefault="00000000" w:rsidP="008E2AAE">
            <w:pPr>
              <w:jc w:val="both"/>
              <w:rPr>
                <w:lang w:val="tr-TR"/>
              </w:rPr>
            </w:pPr>
            <w:r w:rsidRPr="008E2AAE">
              <w:rPr>
                <w:sz w:val="16"/>
                <w:lang w:val="tr-TR"/>
              </w:rPr>
              <w:t>M03</w:t>
            </w:r>
          </w:p>
        </w:tc>
        <w:tc>
          <w:tcPr>
            <w:tcW w:w="1461" w:type="dxa"/>
          </w:tcPr>
          <w:p w14:paraId="1E5B490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Tercih öncesi program bilgisi</w:t>
            </w:r>
          </w:p>
        </w:tc>
        <w:tc>
          <w:tcPr>
            <w:tcW w:w="1461" w:type="dxa"/>
          </w:tcPr>
          <w:p w14:paraId="2F0E775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4,10</w:t>
            </w:r>
          </w:p>
        </w:tc>
        <w:tc>
          <w:tcPr>
            <w:tcW w:w="1461" w:type="dxa"/>
          </w:tcPr>
          <w:p w14:paraId="590491C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1,21</w:t>
            </w:r>
          </w:p>
        </w:tc>
        <w:tc>
          <w:tcPr>
            <w:tcW w:w="1461" w:type="dxa"/>
          </w:tcPr>
          <w:p w14:paraId="1F5A5FD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170 (%74,6)</w:t>
            </w:r>
          </w:p>
        </w:tc>
        <w:tc>
          <w:tcPr>
            <w:tcW w:w="1461" w:type="dxa"/>
          </w:tcPr>
          <w:p w14:paraId="691B399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29 (%12,7)</w:t>
            </w:r>
          </w:p>
        </w:tc>
        <w:tc>
          <w:tcPr>
            <w:tcW w:w="1461" w:type="dxa"/>
          </w:tcPr>
          <w:p w14:paraId="547DD73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29 (%12,7)</w:t>
            </w:r>
          </w:p>
        </w:tc>
      </w:tr>
      <w:tr w:rsidR="00680C58" w:rsidRPr="008E2AAE" w14:paraId="669905C3"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57284D27" w14:textId="77777777" w:rsidR="00680C58" w:rsidRPr="008E2AAE" w:rsidRDefault="00000000" w:rsidP="008E2AAE">
            <w:pPr>
              <w:jc w:val="both"/>
              <w:rPr>
                <w:lang w:val="tr-TR"/>
              </w:rPr>
            </w:pPr>
            <w:r w:rsidRPr="008E2AAE">
              <w:rPr>
                <w:sz w:val="16"/>
                <w:lang w:val="tr-TR"/>
              </w:rPr>
              <w:t>M04</w:t>
            </w:r>
          </w:p>
        </w:tc>
        <w:tc>
          <w:tcPr>
            <w:tcW w:w="1461" w:type="dxa"/>
          </w:tcPr>
          <w:p w14:paraId="4024BF8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Eğitim düzeyinin yeterliliği</w:t>
            </w:r>
          </w:p>
        </w:tc>
        <w:tc>
          <w:tcPr>
            <w:tcW w:w="1461" w:type="dxa"/>
          </w:tcPr>
          <w:p w14:paraId="5CD4D9F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3,68</w:t>
            </w:r>
          </w:p>
        </w:tc>
        <w:tc>
          <w:tcPr>
            <w:tcW w:w="1461" w:type="dxa"/>
          </w:tcPr>
          <w:p w14:paraId="6CBAA17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1,36</w:t>
            </w:r>
          </w:p>
        </w:tc>
        <w:tc>
          <w:tcPr>
            <w:tcW w:w="1461" w:type="dxa"/>
          </w:tcPr>
          <w:p w14:paraId="4ED1FA3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137 (%60,1)</w:t>
            </w:r>
          </w:p>
        </w:tc>
        <w:tc>
          <w:tcPr>
            <w:tcW w:w="1461" w:type="dxa"/>
          </w:tcPr>
          <w:p w14:paraId="68783C6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46 (%20,2)</w:t>
            </w:r>
          </w:p>
        </w:tc>
        <w:tc>
          <w:tcPr>
            <w:tcW w:w="1461" w:type="dxa"/>
          </w:tcPr>
          <w:p w14:paraId="67B35A3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45 (%19,7)</w:t>
            </w:r>
          </w:p>
        </w:tc>
      </w:tr>
      <w:tr w:rsidR="00680C58" w:rsidRPr="008E2AAE" w14:paraId="18BAFFC3"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177EE781" w14:textId="77777777" w:rsidR="00680C58" w:rsidRPr="008E2AAE" w:rsidRDefault="00000000" w:rsidP="008E2AAE">
            <w:pPr>
              <w:jc w:val="both"/>
              <w:rPr>
                <w:lang w:val="tr-TR"/>
              </w:rPr>
            </w:pPr>
            <w:r w:rsidRPr="008E2AAE">
              <w:rPr>
                <w:sz w:val="16"/>
                <w:lang w:val="tr-TR"/>
              </w:rPr>
              <w:t>M05</w:t>
            </w:r>
          </w:p>
        </w:tc>
        <w:tc>
          <w:tcPr>
            <w:tcW w:w="1461" w:type="dxa"/>
          </w:tcPr>
          <w:p w14:paraId="7A83F54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Sunulan olanakların yeterliliği</w:t>
            </w:r>
          </w:p>
        </w:tc>
        <w:tc>
          <w:tcPr>
            <w:tcW w:w="1461" w:type="dxa"/>
          </w:tcPr>
          <w:p w14:paraId="3365DEE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3,28</w:t>
            </w:r>
          </w:p>
        </w:tc>
        <w:tc>
          <w:tcPr>
            <w:tcW w:w="1461" w:type="dxa"/>
          </w:tcPr>
          <w:p w14:paraId="6625985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1,47</w:t>
            </w:r>
          </w:p>
        </w:tc>
        <w:tc>
          <w:tcPr>
            <w:tcW w:w="1461" w:type="dxa"/>
          </w:tcPr>
          <w:p w14:paraId="4B52199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105 (%46,1)</w:t>
            </w:r>
          </w:p>
        </w:tc>
        <w:tc>
          <w:tcPr>
            <w:tcW w:w="1461" w:type="dxa"/>
          </w:tcPr>
          <w:p w14:paraId="27ABD95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50 (%21,9)</w:t>
            </w:r>
          </w:p>
        </w:tc>
        <w:tc>
          <w:tcPr>
            <w:tcW w:w="1461" w:type="dxa"/>
          </w:tcPr>
          <w:p w14:paraId="06BCEC1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73 (%32,0)</w:t>
            </w:r>
          </w:p>
        </w:tc>
      </w:tr>
      <w:tr w:rsidR="00680C58" w:rsidRPr="008E2AAE" w14:paraId="484BEFE5"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58F28C8B" w14:textId="77777777" w:rsidR="00680C58" w:rsidRPr="008E2AAE" w:rsidRDefault="00000000" w:rsidP="008E2AAE">
            <w:pPr>
              <w:jc w:val="both"/>
              <w:rPr>
                <w:lang w:val="tr-TR"/>
              </w:rPr>
            </w:pPr>
            <w:r w:rsidRPr="008E2AAE">
              <w:rPr>
                <w:sz w:val="16"/>
                <w:lang w:val="tr-TR"/>
              </w:rPr>
              <w:t>M06</w:t>
            </w:r>
          </w:p>
        </w:tc>
        <w:tc>
          <w:tcPr>
            <w:tcW w:w="1461" w:type="dxa"/>
          </w:tcPr>
          <w:p w14:paraId="6C068CE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Alan bilgisini kullanma becerisi</w:t>
            </w:r>
          </w:p>
        </w:tc>
        <w:tc>
          <w:tcPr>
            <w:tcW w:w="1461" w:type="dxa"/>
          </w:tcPr>
          <w:p w14:paraId="5257928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3,68</w:t>
            </w:r>
          </w:p>
        </w:tc>
        <w:tc>
          <w:tcPr>
            <w:tcW w:w="1461" w:type="dxa"/>
          </w:tcPr>
          <w:p w14:paraId="049CB8A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1,35</w:t>
            </w:r>
          </w:p>
        </w:tc>
        <w:tc>
          <w:tcPr>
            <w:tcW w:w="1461" w:type="dxa"/>
          </w:tcPr>
          <w:p w14:paraId="0B65C62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137 (%60,1)</w:t>
            </w:r>
          </w:p>
        </w:tc>
        <w:tc>
          <w:tcPr>
            <w:tcW w:w="1461" w:type="dxa"/>
          </w:tcPr>
          <w:p w14:paraId="5A70737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48 (%21,1)</w:t>
            </w:r>
          </w:p>
        </w:tc>
        <w:tc>
          <w:tcPr>
            <w:tcW w:w="1461" w:type="dxa"/>
          </w:tcPr>
          <w:p w14:paraId="270A117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43 (%18,9)</w:t>
            </w:r>
          </w:p>
        </w:tc>
      </w:tr>
      <w:tr w:rsidR="00680C58" w:rsidRPr="008E2AAE" w14:paraId="7BD14943"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243F07D9" w14:textId="77777777" w:rsidR="00680C58" w:rsidRPr="008E2AAE" w:rsidRDefault="00000000" w:rsidP="008E2AAE">
            <w:pPr>
              <w:jc w:val="both"/>
              <w:rPr>
                <w:lang w:val="tr-TR"/>
              </w:rPr>
            </w:pPr>
            <w:r w:rsidRPr="008E2AAE">
              <w:rPr>
                <w:sz w:val="16"/>
                <w:lang w:val="tr-TR"/>
              </w:rPr>
              <w:t>M07</w:t>
            </w:r>
          </w:p>
        </w:tc>
        <w:tc>
          <w:tcPr>
            <w:tcW w:w="1461" w:type="dxa"/>
          </w:tcPr>
          <w:p w14:paraId="211CD9A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hayatına yönelik danışmanlık</w:t>
            </w:r>
          </w:p>
        </w:tc>
        <w:tc>
          <w:tcPr>
            <w:tcW w:w="1461" w:type="dxa"/>
          </w:tcPr>
          <w:p w14:paraId="6AD618D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3,62</w:t>
            </w:r>
          </w:p>
        </w:tc>
        <w:tc>
          <w:tcPr>
            <w:tcW w:w="1461" w:type="dxa"/>
          </w:tcPr>
          <w:p w14:paraId="32837C5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1,54</w:t>
            </w:r>
          </w:p>
        </w:tc>
        <w:tc>
          <w:tcPr>
            <w:tcW w:w="1461" w:type="dxa"/>
          </w:tcPr>
          <w:p w14:paraId="794520A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140 (%61,4)</w:t>
            </w:r>
          </w:p>
        </w:tc>
        <w:tc>
          <w:tcPr>
            <w:tcW w:w="1461" w:type="dxa"/>
          </w:tcPr>
          <w:p w14:paraId="6C021F0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29 (%12,7)</w:t>
            </w:r>
          </w:p>
        </w:tc>
        <w:tc>
          <w:tcPr>
            <w:tcW w:w="1461" w:type="dxa"/>
          </w:tcPr>
          <w:p w14:paraId="286D152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59 (%25,9)</w:t>
            </w:r>
          </w:p>
        </w:tc>
      </w:tr>
      <w:tr w:rsidR="00680C58" w:rsidRPr="008E2AAE" w14:paraId="253EF6F7"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26F49636" w14:textId="77777777" w:rsidR="00680C58" w:rsidRPr="008E2AAE" w:rsidRDefault="00000000" w:rsidP="008E2AAE">
            <w:pPr>
              <w:jc w:val="both"/>
              <w:rPr>
                <w:lang w:val="tr-TR"/>
              </w:rPr>
            </w:pPr>
            <w:r w:rsidRPr="008E2AAE">
              <w:rPr>
                <w:sz w:val="16"/>
                <w:lang w:val="tr-TR"/>
              </w:rPr>
              <w:t>M08</w:t>
            </w:r>
          </w:p>
        </w:tc>
        <w:tc>
          <w:tcPr>
            <w:tcW w:w="1461" w:type="dxa"/>
          </w:tcPr>
          <w:p w14:paraId="10336DA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Bilgiye ulaşma ve araştırma</w:t>
            </w:r>
          </w:p>
        </w:tc>
        <w:tc>
          <w:tcPr>
            <w:tcW w:w="1461" w:type="dxa"/>
          </w:tcPr>
          <w:p w14:paraId="2002B04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3,78</w:t>
            </w:r>
          </w:p>
        </w:tc>
        <w:tc>
          <w:tcPr>
            <w:tcW w:w="1461" w:type="dxa"/>
          </w:tcPr>
          <w:p w14:paraId="2231835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1,34</w:t>
            </w:r>
          </w:p>
        </w:tc>
        <w:tc>
          <w:tcPr>
            <w:tcW w:w="1461" w:type="dxa"/>
          </w:tcPr>
          <w:p w14:paraId="60894C0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144 (%63,2)</w:t>
            </w:r>
          </w:p>
        </w:tc>
        <w:tc>
          <w:tcPr>
            <w:tcW w:w="1461" w:type="dxa"/>
          </w:tcPr>
          <w:p w14:paraId="0E362F5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43 (%18,9)</w:t>
            </w:r>
          </w:p>
        </w:tc>
        <w:tc>
          <w:tcPr>
            <w:tcW w:w="1461" w:type="dxa"/>
          </w:tcPr>
          <w:p w14:paraId="4FC3CA9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41 (%18,0)</w:t>
            </w:r>
          </w:p>
        </w:tc>
      </w:tr>
      <w:tr w:rsidR="00680C58" w:rsidRPr="008E2AAE" w14:paraId="73613D05"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7B9536D8" w14:textId="77777777" w:rsidR="00680C58" w:rsidRPr="008E2AAE" w:rsidRDefault="00000000" w:rsidP="008E2AAE">
            <w:pPr>
              <w:jc w:val="both"/>
              <w:rPr>
                <w:lang w:val="tr-TR"/>
              </w:rPr>
            </w:pPr>
            <w:r w:rsidRPr="008E2AAE">
              <w:rPr>
                <w:sz w:val="16"/>
                <w:lang w:val="tr-TR"/>
              </w:rPr>
              <w:t>M09</w:t>
            </w:r>
          </w:p>
        </w:tc>
        <w:tc>
          <w:tcPr>
            <w:tcW w:w="1461" w:type="dxa"/>
          </w:tcPr>
          <w:p w14:paraId="266609D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İletişim becerileri</w:t>
            </w:r>
          </w:p>
        </w:tc>
        <w:tc>
          <w:tcPr>
            <w:tcW w:w="1461" w:type="dxa"/>
          </w:tcPr>
          <w:p w14:paraId="33950D7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4,07</w:t>
            </w:r>
          </w:p>
        </w:tc>
        <w:tc>
          <w:tcPr>
            <w:tcW w:w="1461" w:type="dxa"/>
          </w:tcPr>
          <w:p w14:paraId="7832988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1,19</w:t>
            </w:r>
          </w:p>
        </w:tc>
        <w:tc>
          <w:tcPr>
            <w:tcW w:w="1461" w:type="dxa"/>
          </w:tcPr>
          <w:p w14:paraId="4813188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169 (%74,1)</w:t>
            </w:r>
          </w:p>
        </w:tc>
        <w:tc>
          <w:tcPr>
            <w:tcW w:w="1461" w:type="dxa"/>
          </w:tcPr>
          <w:p w14:paraId="1FA12C5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35 (%15,4)</w:t>
            </w:r>
          </w:p>
        </w:tc>
        <w:tc>
          <w:tcPr>
            <w:tcW w:w="1461" w:type="dxa"/>
          </w:tcPr>
          <w:p w14:paraId="052EE70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24 (%10,5)</w:t>
            </w:r>
          </w:p>
        </w:tc>
      </w:tr>
      <w:tr w:rsidR="00680C58" w:rsidRPr="008E2AAE" w14:paraId="78777826"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746EEE56" w14:textId="77777777" w:rsidR="00680C58" w:rsidRPr="008E2AAE" w:rsidRDefault="00000000" w:rsidP="008E2AAE">
            <w:pPr>
              <w:jc w:val="both"/>
              <w:rPr>
                <w:lang w:val="tr-TR"/>
              </w:rPr>
            </w:pPr>
            <w:r w:rsidRPr="008E2AAE">
              <w:rPr>
                <w:sz w:val="16"/>
                <w:lang w:val="tr-TR"/>
              </w:rPr>
              <w:t>M10</w:t>
            </w:r>
          </w:p>
        </w:tc>
        <w:tc>
          <w:tcPr>
            <w:tcW w:w="1461" w:type="dxa"/>
          </w:tcPr>
          <w:p w14:paraId="5EBA4D4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Etik ve mesleki sorumluluk</w:t>
            </w:r>
          </w:p>
        </w:tc>
        <w:tc>
          <w:tcPr>
            <w:tcW w:w="1461" w:type="dxa"/>
          </w:tcPr>
          <w:p w14:paraId="2C34911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4,01</w:t>
            </w:r>
          </w:p>
        </w:tc>
        <w:tc>
          <w:tcPr>
            <w:tcW w:w="1461" w:type="dxa"/>
          </w:tcPr>
          <w:p w14:paraId="77AFCEF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1,27</w:t>
            </w:r>
          </w:p>
        </w:tc>
        <w:tc>
          <w:tcPr>
            <w:tcW w:w="1461" w:type="dxa"/>
          </w:tcPr>
          <w:p w14:paraId="2EA3B3D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166 (%72,8)</w:t>
            </w:r>
          </w:p>
        </w:tc>
        <w:tc>
          <w:tcPr>
            <w:tcW w:w="1461" w:type="dxa"/>
          </w:tcPr>
          <w:p w14:paraId="5938394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31 (%13,6)</w:t>
            </w:r>
          </w:p>
        </w:tc>
        <w:tc>
          <w:tcPr>
            <w:tcW w:w="1461" w:type="dxa"/>
          </w:tcPr>
          <w:p w14:paraId="5CF9DBF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31 (%13,6)</w:t>
            </w:r>
          </w:p>
        </w:tc>
      </w:tr>
      <w:tr w:rsidR="00680C58" w:rsidRPr="008E2AAE" w14:paraId="4A6C1BBA"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1A495493" w14:textId="77777777" w:rsidR="00680C58" w:rsidRPr="008E2AAE" w:rsidRDefault="00000000" w:rsidP="008E2AAE">
            <w:pPr>
              <w:jc w:val="both"/>
              <w:rPr>
                <w:lang w:val="tr-TR"/>
              </w:rPr>
            </w:pPr>
            <w:r w:rsidRPr="008E2AAE">
              <w:rPr>
                <w:sz w:val="16"/>
                <w:lang w:val="tr-TR"/>
              </w:rPr>
              <w:t>M11</w:t>
            </w:r>
          </w:p>
        </w:tc>
        <w:tc>
          <w:tcPr>
            <w:tcW w:w="1461" w:type="dxa"/>
          </w:tcPr>
          <w:p w14:paraId="0A3E4E2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Mesleki yabancı dil</w:t>
            </w:r>
          </w:p>
        </w:tc>
        <w:tc>
          <w:tcPr>
            <w:tcW w:w="1461" w:type="dxa"/>
          </w:tcPr>
          <w:p w14:paraId="1349750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2,93</w:t>
            </w:r>
          </w:p>
        </w:tc>
        <w:tc>
          <w:tcPr>
            <w:tcW w:w="1461" w:type="dxa"/>
          </w:tcPr>
          <w:p w14:paraId="041B6A3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1,63</w:t>
            </w:r>
          </w:p>
        </w:tc>
        <w:tc>
          <w:tcPr>
            <w:tcW w:w="1461" w:type="dxa"/>
          </w:tcPr>
          <w:p w14:paraId="2AC7275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86 (%37,7)</w:t>
            </w:r>
          </w:p>
        </w:tc>
        <w:tc>
          <w:tcPr>
            <w:tcW w:w="1461" w:type="dxa"/>
          </w:tcPr>
          <w:p w14:paraId="353DCAA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35 (%15,4)</w:t>
            </w:r>
          </w:p>
        </w:tc>
        <w:tc>
          <w:tcPr>
            <w:tcW w:w="1461" w:type="dxa"/>
          </w:tcPr>
          <w:p w14:paraId="1E94B83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107 (%46,9)</w:t>
            </w:r>
          </w:p>
        </w:tc>
      </w:tr>
      <w:tr w:rsidR="00680C58" w:rsidRPr="008E2AAE" w14:paraId="60EDCD05"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3070912D" w14:textId="77777777" w:rsidR="00680C58" w:rsidRPr="008E2AAE" w:rsidRDefault="00000000" w:rsidP="008E2AAE">
            <w:pPr>
              <w:jc w:val="both"/>
              <w:rPr>
                <w:lang w:val="tr-TR"/>
              </w:rPr>
            </w:pPr>
            <w:r w:rsidRPr="008E2AAE">
              <w:rPr>
                <w:sz w:val="16"/>
                <w:lang w:val="tr-TR"/>
              </w:rPr>
              <w:t>M12</w:t>
            </w:r>
          </w:p>
        </w:tc>
        <w:tc>
          <w:tcPr>
            <w:tcW w:w="1461" w:type="dxa"/>
          </w:tcPr>
          <w:p w14:paraId="697E46A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Bilgisayar kullanma yetkinliği</w:t>
            </w:r>
          </w:p>
        </w:tc>
        <w:tc>
          <w:tcPr>
            <w:tcW w:w="1461" w:type="dxa"/>
          </w:tcPr>
          <w:p w14:paraId="2C6A918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3,22</w:t>
            </w:r>
          </w:p>
        </w:tc>
        <w:tc>
          <w:tcPr>
            <w:tcW w:w="1461" w:type="dxa"/>
          </w:tcPr>
          <w:p w14:paraId="0F5D956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1,53</w:t>
            </w:r>
          </w:p>
        </w:tc>
        <w:tc>
          <w:tcPr>
            <w:tcW w:w="1461" w:type="dxa"/>
          </w:tcPr>
          <w:p w14:paraId="1438599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100 (%43,9)</w:t>
            </w:r>
          </w:p>
        </w:tc>
        <w:tc>
          <w:tcPr>
            <w:tcW w:w="1461" w:type="dxa"/>
          </w:tcPr>
          <w:p w14:paraId="50D1EE4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52 (%22,8)</w:t>
            </w:r>
          </w:p>
        </w:tc>
        <w:tc>
          <w:tcPr>
            <w:tcW w:w="1461" w:type="dxa"/>
          </w:tcPr>
          <w:p w14:paraId="20AE7C9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76 (%33,3)</w:t>
            </w:r>
          </w:p>
        </w:tc>
      </w:tr>
      <w:tr w:rsidR="00680C58" w:rsidRPr="008E2AAE" w14:paraId="345D4B5A"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1DDF2CCF" w14:textId="77777777" w:rsidR="00680C58" w:rsidRPr="008E2AAE" w:rsidRDefault="00000000" w:rsidP="008E2AAE">
            <w:pPr>
              <w:jc w:val="both"/>
              <w:rPr>
                <w:lang w:val="tr-TR"/>
              </w:rPr>
            </w:pPr>
            <w:r w:rsidRPr="008E2AAE">
              <w:rPr>
                <w:sz w:val="16"/>
                <w:lang w:val="tr-TR"/>
              </w:rPr>
              <w:t>M13</w:t>
            </w:r>
          </w:p>
        </w:tc>
        <w:tc>
          <w:tcPr>
            <w:tcW w:w="1461" w:type="dxa"/>
          </w:tcPr>
          <w:p w14:paraId="15C6BB9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dünyasında mezunlara tutum</w:t>
            </w:r>
          </w:p>
        </w:tc>
        <w:tc>
          <w:tcPr>
            <w:tcW w:w="1461" w:type="dxa"/>
          </w:tcPr>
          <w:p w14:paraId="041696A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3,19</w:t>
            </w:r>
          </w:p>
        </w:tc>
        <w:tc>
          <w:tcPr>
            <w:tcW w:w="1461" w:type="dxa"/>
          </w:tcPr>
          <w:p w14:paraId="719D2FA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1,50</w:t>
            </w:r>
          </w:p>
        </w:tc>
        <w:tc>
          <w:tcPr>
            <w:tcW w:w="1461" w:type="dxa"/>
          </w:tcPr>
          <w:p w14:paraId="3639BDA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96 (%42,1)</w:t>
            </w:r>
          </w:p>
        </w:tc>
        <w:tc>
          <w:tcPr>
            <w:tcW w:w="1461" w:type="dxa"/>
          </w:tcPr>
          <w:p w14:paraId="602CD0E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58 (%25,4)</w:t>
            </w:r>
          </w:p>
        </w:tc>
        <w:tc>
          <w:tcPr>
            <w:tcW w:w="1461" w:type="dxa"/>
          </w:tcPr>
          <w:p w14:paraId="3256508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74 (%32,5)</w:t>
            </w:r>
          </w:p>
        </w:tc>
      </w:tr>
      <w:tr w:rsidR="00680C58" w:rsidRPr="008E2AAE" w14:paraId="047B14D3"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7A208785" w14:textId="77777777" w:rsidR="00680C58" w:rsidRPr="008E2AAE" w:rsidRDefault="00000000" w:rsidP="008E2AAE">
            <w:pPr>
              <w:jc w:val="both"/>
              <w:rPr>
                <w:lang w:val="tr-TR"/>
              </w:rPr>
            </w:pPr>
            <w:r w:rsidRPr="008E2AAE">
              <w:rPr>
                <w:sz w:val="16"/>
                <w:lang w:val="tr-TR"/>
              </w:rPr>
              <w:t>M14</w:t>
            </w:r>
          </w:p>
        </w:tc>
        <w:tc>
          <w:tcPr>
            <w:tcW w:w="1461" w:type="dxa"/>
          </w:tcPr>
          <w:p w14:paraId="4CFBF2A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Genel eğitim memnuniyeti</w:t>
            </w:r>
          </w:p>
        </w:tc>
        <w:tc>
          <w:tcPr>
            <w:tcW w:w="1461" w:type="dxa"/>
          </w:tcPr>
          <w:p w14:paraId="7897C0F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3,68</w:t>
            </w:r>
          </w:p>
        </w:tc>
        <w:tc>
          <w:tcPr>
            <w:tcW w:w="1461" w:type="dxa"/>
          </w:tcPr>
          <w:p w14:paraId="70D2793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1,36</w:t>
            </w:r>
          </w:p>
        </w:tc>
        <w:tc>
          <w:tcPr>
            <w:tcW w:w="1461" w:type="dxa"/>
          </w:tcPr>
          <w:p w14:paraId="55819A6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134 (%58,8)</w:t>
            </w:r>
          </w:p>
        </w:tc>
        <w:tc>
          <w:tcPr>
            <w:tcW w:w="1461" w:type="dxa"/>
          </w:tcPr>
          <w:p w14:paraId="680E719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51 (%22,4)</w:t>
            </w:r>
          </w:p>
        </w:tc>
        <w:tc>
          <w:tcPr>
            <w:tcW w:w="1461" w:type="dxa"/>
          </w:tcPr>
          <w:p w14:paraId="0D294CF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43 (%18,9)</w:t>
            </w:r>
          </w:p>
        </w:tc>
      </w:tr>
      <w:tr w:rsidR="00680C58" w:rsidRPr="008E2AAE" w14:paraId="2D6B0DCE"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00DA9BC0" w14:textId="77777777" w:rsidR="00680C58" w:rsidRPr="008E2AAE" w:rsidRDefault="00000000" w:rsidP="008E2AAE">
            <w:pPr>
              <w:jc w:val="both"/>
              <w:rPr>
                <w:lang w:val="tr-TR"/>
              </w:rPr>
            </w:pPr>
            <w:r w:rsidRPr="008E2AAE">
              <w:rPr>
                <w:sz w:val="16"/>
                <w:lang w:val="tr-TR"/>
              </w:rPr>
              <w:t>M15</w:t>
            </w:r>
          </w:p>
        </w:tc>
        <w:tc>
          <w:tcPr>
            <w:tcW w:w="1461" w:type="dxa"/>
          </w:tcPr>
          <w:p w14:paraId="5D95D7F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Üniversiteyi tekrar seçme</w:t>
            </w:r>
          </w:p>
        </w:tc>
        <w:tc>
          <w:tcPr>
            <w:tcW w:w="1461" w:type="dxa"/>
          </w:tcPr>
          <w:p w14:paraId="588ACF9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3,55</w:t>
            </w:r>
          </w:p>
        </w:tc>
        <w:tc>
          <w:tcPr>
            <w:tcW w:w="1461" w:type="dxa"/>
          </w:tcPr>
          <w:p w14:paraId="604A7CE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1,54</w:t>
            </w:r>
          </w:p>
        </w:tc>
        <w:tc>
          <w:tcPr>
            <w:tcW w:w="1461" w:type="dxa"/>
          </w:tcPr>
          <w:p w14:paraId="24A70B8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130 (%57,0)</w:t>
            </w:r>
          </w:p>
        </w:tc>
        <w:tc>
          <w:tcPr>
            <w:tcW w:w="1461" w:type="dxa"/>
          </w:tcPr>
          <w:p w14:paraId="377210D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37 (%16,2)</w:t>
            </w:r>
          </w:p>
        </w:tc>
        <w:tc>
          <w:tcPr>
            <w:tcW w:w="1461" w:type="dxa"/>
          </w:tcPr>
          <w:p w14:paraId="2DFBBC1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61 (%26,8)</w:t>
            </w:r>
          </w:p>
        </w:tc>
      </w:tr>
      <w:tr w:rsidR="00680C58" w:rsidRPr="008E2AAE" w14:paraId="668A212B"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7EFD56B2" w14:textId="77777777" w:rsidR="00680C58" w:rsidRPr="008E2AAE" w:rsidRDefault="00000000" w:rsidP="008E2AAE">
            <w:pPr>
              <w:jc w:val="both"/>
              <w:rPr>
                <w:lang w:val="tr-TR"/>
              </w:rPr>
            </w:pPr>
            <w:r w:rsidRPr="008E2AAE">
              <w:rPr>
                <w:sz w:val="16"/>
                <w:lang w:val="tr-TR"/>
              </w:rPr>
              <w:t>M16</w:t>
            </w:r>
          </w:p>
        </w:tc>
        <w:tc>
          <w:tcPr>
            <w:tcW w:w="1461" w:type="dxa"/>
          </w:tcPr>
          <w:p w14:paraId="57F3FA1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Bölümü tekrar seçme</w:t>
            </w:r>
          </w:p>
        </w:tc>
        <w:tc>
          <w:tcPr>
            <w:tcW w:w="1461" w:type="dxa"/>
          </w:tcPr>
          <w:p w14:paraId="45CD9E1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3,86</w:t>
            </w:r>
          </w:p>
        </w:tc>
        <w:tc>
          <w:tcPr>
            <w:tcW w:w="1461" w:type="dxa"/>
          </w:tcPr>
          <w:p w14:paraId="7C35D2F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1,45</w:t>
            </w:r>
          </w:p>
        </w:tc>
        <w:tc>
          <w:tcPr>
            <w:tcW w:w="1461" w:type="dxa"/>
          </w:tcPr>
          <w:p w14:paraId="37EBDB1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154 (%67,5)</w:t>
            </w:r>
          </w:p>
        </w:tc>
        <w:tc>
          <w:tcPr>
            <w:tcW w:w="1461" w:type="dxa"/>
          </w:tcPr>
          <w:p w14:paraId="6E4127E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27 (%11,8)</w:t>
            </w:r>
          </w:p>
        </w:tc>
        <w:tc>
          <w:tcPr>
            <w:tcW w:w="1461" w:type="dxa"/>
          </w:tcPr>
          <w:p w14:paraId="54A55A6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47 (%20,6)</w:t>
            </w:r>
          </w:p>
        </w:tc>
      </w:tr>
      <w:tr w:rsidR="00680C58" w:rsidRPr="008E2AAE" w14:paraId="5661AEA2"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5C276335" w14:textId="77777777" w:rsidR="00680C58" w:rsidRPr="008E2AAE" w:rsidRDefault="00000000" w:rsidP="008E2AAE">
            <w:pPr>
              <w:jc w:val="both"/>
              <w:rPr>
                <w:lang w:val="tr-TR"/>
              </w:rPr>
            </w:pPr>
            <w:r w:rsidRPr="008E2AAE">
              <w:rPr>
                <w:sz w:val="16"/>
                <w:lang w:val="tr-TR"/>
              </w:rPr>
              <w:t>M17</w:t>
            </w:r>
          </w:p>
        </w:tc>
        <w:tc>
          <w:tcPr>
            <w:tcW w:w="1461" w:type="dxa"/>
          </w:tcPr>
          <w:p w14:paraId="6E15DA5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Üniversiteyi tavsiye etme</w:t>
            </w:r>
          </w:p>
        </w:tc>
        <w:tc>
          <w:tcPr>
            <w:tcW w:w="1461" w:type="dxa"/>
          </w:tcPr>
          <w:p w14:paraId="57673A7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3,64</w:t>
            </w:r>
          </w:p>
        </w:tc>
        <w:tc>
          <w:tcPr>
            <w:tcW w:w="1461" w:type="dxa"/>
          </w:tcPr>
          <w:p w14:paraId="2E3BAE4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1,42</w:t>
            </w:r>
          </w:p>
        </w:tc>
        <w:tc>
          <w:tcPr>
            <w:tcW w:w="1461" w:type="dxa"/>
          </w:tcPr>
          <w:p w14:paraId="429A47C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129 (%56,6)</w:t>
            </w:r>
          </w:p>
        </w:tc>
        <w:tc>
          <w:tcPr>
            <w:tcW w:w="1461" w:type="dxa"/>
          </w:tcPr>
          <w:p w14:paraId="33BFFFD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50 (%21,9)</w:t>
            </w:r>
          </w:p>
        </w:tc>
        <w:tc>
          <w:tcPr>
            <w:tcW w:w="1461" w:type="dxa"/>
          </w:tcPr>
          <w:p w14:paraId="67C6F2E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49 (%21,5)</w:t>
            </w:r>
          </w:p>
        </w:tc>
      </w:tr>
    </w:tbl>
    <w:p w14:paraId="7C755C75" w14:textId="77777777" w:rsidR="00680C58" w:rsidRPr="008E2AAE" w:rsidRDefault="00000000" w:rsidP="008E2AAE">
      <w:pPr>
        <w:jc w:val="both"/>
        <w:rPr>
          <w:lang w:val="tr-TR"/>
        </w:rPr>
      </w:pPr>
      <w:r w:rsidRPr="008E2AAE">
        <w:rPr>
          <w:lang w:val="tr-TR"/>
        </w:rPr>
        <w:t>Genel eğitim memnuniyetinde 134 olumlu, 51 orta ve 43 olumsuz yanıt bulunmaktadır. Ortalamanın 3,68 olması, bütün mezunların memnun olduğu şeklinde yorumlanamaz; %18,9 olumsuz yanıt ve %22,4 orta yanıt, program düzeyinde neden araştırması yapılmasını gerektirir.</w:t>
      </w:r>
    </w:p>
    <w:p w14:paraId="3D68EC04" w14:textId="77777777" w:rsidR="00680C58" w:rsidRPr="008E2AAE" w:rsidRDefault="00000000" w:rsidP="008E2AAE">
      <w:pPr>
        <w:jc w:val="both"/>
        <w:rPr>
          <w:lang w:val="tr-TR"/>
        </w:rPr>
      </w:pPr>
      <w:r w:rsidRPr="008E2AAE">
        <w:rPr>
          <w:lang w:val="tr-TR"/>
        </w:rPr>
        <w:t>Mesleki yabancı dil ortalaması 2,93/5 ile yeni mezun grubunun en düşük maddesidir. Olumlu oran %37,7’dir. Bilgisayar yetkinliği (%43,9 olumlu), iş dünyasında mezunlara yönelik tutum (%42,1 olumlu) ve sunulan olanaklar (%46,1 olumlu) diğer geliştirme alanlarıdır. Yabancı dil ve dijital beceriler için uygulamalı eğitim; olanaklar için erişim, donanım ve uygulama altyapısının ayrıntılı incelenmesi önerilir.</w:t>
      </w:r>
    </w:p>
    <w:p w14:paraId="7D332480" w14:textId="77777777" w:rsidR="00680C58" w:rsidRPr="008E2AAE" w:rsidRDefault="00000000" w:rsidP="008E2AAE">
      <w:pPr>
        <w:jc w:val="both"/>
        <w:rPr>
          <w:lang w:val="tr-TR"/>
        </w:rPr>
      </w:pPr>
      <w:r w:rsidRPr="008E2AAE">
        <w:rPr>
          <w:lang w:val="tr-TR"/>
        </w:rPr>
        <w:t>İş hayatına yönelik danışmanlık maddesinde %61,4 olumlu yanıt bulunması, belirli bir danışmanlık desteğinin algılandığını gösterir. Bununla birlikte madde hangi birimin hizmet verdiğini veya hizmet kullanımını sormamaktadır. Bu sonuç yalnızca Kariyer Merkezinin performansı olarak sahiplenilemez; akademik danışmanlık ve diğer birimlerle birlikte değerlendirilmelidir.</w:t>
      </w:r>
    </w:p>
    <w:p w14:paraId="2E0C348B" w14:textId="77777777" w:rsidR="00680C58" w:rsidRPr="008E2AAE" w:rsidRDefault="00000000" w:rsidP="008E2AAE">
      <w:pPr>
        <w:pStyle w:val="Balk1"/>
        <w:jc w:val="both"/>
        <w:rPr>
          <w:lang w:val="tr-TR"/>
        </w:rPr>
      </w:pPr>
      <w:r w:rsidRPr="008E2AAE">
        <w:rPr>
          <w:lang w:val="tr-TR"/>
        </w:rPr>
        <w:t>7. Geç mezun grubunun ayrıntılı değerlendirmesi</w:t>
      </w:r>
    </w:p>
    <w:tbl>
      <w:tblPr>
        <w:tblStyle w:val="AkGlgeleme-Vurgu1"/>
        <w:tblW w:w="0" w:type="auto"/>
        <w:tblLook w:val="04A0" w:firstRow="1" w:lastRow="0" w:firstColumn="1" w:lastColumn="0" w:noHBand="0" w:noVBand="1"/>
      </w:tblPr>
      <w:tblGrid>
        <w:gridCol w:w="1461"/>
        <w:gridCol w:w="1461"/>
        <w:gridCol w:w="1461"/>
        <w:gridCol w:w="1461"/>
        <w:gridCol w:w="1461"/>
        <w:gridCol w:w="1461"/>
        <w:gridCol w:w="1461"/>
      </w:tblGrid>
      <w:tr w:rsidR="00680C58" w:rsidRPr="008E2AAE" w14:paraId="3C06EFD7"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25487D82" w14:textId="77777777" w:rsidR="00680C58" w:rsidRPr="008E2AAE" w:rsidRDefault="00000000" w:rsidP="008E2AAE">
            <w:pPr>
              <w:jc w:val="both"/>
              <w:rPr>
                <w:lang w:val="tr-TR"/>
              </w:rPr>
            </w:pPr>
            <w:r w:rsidRPr="008E2AAE">
              <w:rPr>
                <w:sz w:val="16"/>
                <w:lang w:val="tr-TR"/>
              </w:rPr>
              <w:t>Kod</w:t>
            </w:r>
          </w:p>
        </w:tc>
        <w:tc>
          <w:tcPr>
            <w:tcW w:w="1461" w:type="dxa"/>
          </w:tcPr>
          <w:p w14:paraId="6903A2DD"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Madde</w:t>
            </w:r>
          </w:p>
        </w:tc>
        <w:tc>
          <w:tcPr>
            <w:tcW w:w="1461" w:type="dxa"/>
          </w:tcPr>
          <w:p w14:paraId="4B8BF2CB"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Ort.</w:t>
            </w:r>
          </w:p>
        </w:tc>
        <w:tc>
          <w:tcPr>
            <w:tcW w:w="1461" w:type="dxa"/>
          </w:tcPr>
          <w:p w14:paraId="52EE2EE9"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SS</w:t>
            </w:r>
          </w:p>
        </w:tc>
        <w:tc>
          <w:tcPr>
            <w:tcW w:w="1461" w:type="dxa"/>
          </w:tcPr>
          <w:p w14:paraId="168A8055"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Olumlu</w:t>
            </w:r>
          </w:p>
        </w:tc>
        <w:tc>
          <w:tcPr>
            <w:tcW w:w="1461" w:type="dxa"/>
          </w:tcPr>
          <w:p w14:paraId="5A69EEA1"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Orta (3)</w:t>
            </w:r>
          </w:p>
        </w:tc>
        <w:tc>
          <w:tcPr>
            <w:tcW w:w="1461" w:type="dxa"/>
          </w:tcPr>
          <w:p w14:paraId="2CF487B5"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Olumsuz</w:t>
            </w:r>
          </w:p>
        </w:tc>
      </w:tr>
      <w:tr w:rsidR="00680C58" w:rsidRPr="008E2AAE" w14:paraId="3EA84205"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712BD0B6" w14:textId="77777777" w:rsidR="00680C58" w:rsidRPr="008E2AAE" w:rsidRDefault="00000000" w:rsidP="008E2AAE">
            <w:pPr>
              <w:jc w:val="both"/>
              <w:rPr>
                <w:lang w:val="tr-TR"/>
              </w:rPr>
            </w:pPr>
            <w:r w:rsidRPr="008E2AAE">
              <w:rPr>
                <w:sz w:val="16"/>
                <w:lang w:val="tr-TR"/>
              </w:rPr>
              <w:t>M01</w:t>
            </w:r>
          </w:p>
        </w:tc>
        <w:tc>
          <w:tcPr>
            <w:tcW w:w="1461" w:type="dxa"/>
          </w:tcPr>
          <w:p w14:paraId="38F2CC8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Mezuniyet gururu</w:t>
            </w:r>
          </w:p>
        </w:tc>
        <w:tc>
          <w:tcPr>
            <w:tcW w:w="1461" w:type="dxa"/>
          </w:tcPr>
          <w:p w14:paraId="559C4A6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4,15</w:t>
            </w:r>
          </w:p>
        </w:tc>
        <w:tc>
          <w:tcPr>
            <w:tcW w:w="1461" w:type="dxa"/>
          </w:tcPr>
          <w:p w14:paraId="67DF2D9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0,93</w:t>
            </w:r>
          </w:p>
        </w:tc>
        <w:tc>
          <w:tcPr>
            <w:tcW w:w="1461" w:type="dxa"/>
          </w:tcPr>
          <w:p w14:paraId="77E470A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13 (%65,0)</w:t>
            </w:r>
          </w:p>
        </w:tc>
        <w:tc>
          <w:tcPr>
            <w:tcW w:w="1461" w:type="dxa"/>
          </w:tcPr>
          <w:p w14:paraId="11C2104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 (%35,0)</w:t>
            </w:r>
          </w:p>
        </w:tc>
        <w:tc>
          <w:tcPr>
            <w:tcW w:w="1461" w:type="dxa"/>
          </w:tcPr>
          <w:p w14:paraId="5CF85A2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 (%0,0)</w:t>
            </w:r>
          </w:p>
        </w:tc>
      </w:tr>
      <w:tr w:rsidR="00680C58" w:rsidRPr="008E2AAE" w14:paraId="0F9C14A7"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57F99334" w14:textId="77777777" w:rsidR="00680C58" w:rsidRPr="008E2AAE" w:rsidRDefault="00000000" w:rsidP="008E2AAE">
            <w:pPr>
              <w:jc w:val="both"/>
              <w:rPr>
                <w:lang w:val="tr-TR"/>
              </w:rPr>
            </w:pPr>
            <w:r w:rsidRPr="008E2AAE">
              <w:rPr>
                <w:sz w:val="16"/>
                <w:lang w:val="tr-TR"/>
              </w:rPr>
              <w:t>M02</w:t>
            </w:r>
          </w:p>
        </w:tc>
        <w:tc>
          <w:tcPr>
            <w:tcW w:w="1461" w:type="dxa"/>
          </w:tcPr>
          <w:p w14:paraId="1C91267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Bilinçli üniversite tercihi</w:t>
            </w:r>
          </w:p>
        </w:tc>
        <w:tc>
          <w:tcPr>
            <w:tcW w:w="1461" w:type="dxa"/>
          </w:tcPr>
          <w:p w14:paraId="077E087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4,00</w:t>
            </w:r>
          </w:p>
        </w:tc>
        <w:tc>
          <w:tcPr>
            <w:tcW w:w="1461" w:type="dxa"/>
          </w:tcPr>
          <w:p w14:paraId="09167CA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1,38</w:t>
            </w:r>
          </w:p>
        </w:tc>
        <w:tc>
          <w:tcPr>
            <w:tcW w:w="1461" w:type="dxa"/>
          </w:tcPr>
          <w:p w14:paraId="3EB966A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14 (%70,0)</w:t>
            </w:r>
          </w:p>
        </w:tc>
        <w:tc>
          <w:tcPr>
            <w:tcW w:w="1461" w:type="dxa"/>
          </w:tcPr>
          <w:p w14:paraId="69A3761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(%15,0)</w:t>
            </w:r>
          </w:p>
        </w:tc>
        <w:tc>
          <w:tcPr>
            <w:tcW w:w="1461" w:type="dxa"/>
          </w:tcPr>
          <w:p w14:paraId="3EF672B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(%15,0)</w:t>
            </w:r>
          </w:p>
        </w:tc>
      </w:tr>
      <w:tr w:rsidR="00680C58" w:rsidRPr="008E2AAE" w14:paraId="4AC58287"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71D0FE4A" w14:textId="77777777" w:rsidR="00680C58" w:rsidRPr="008E2AAE" w:rsidRDefault="00000000" w:rsidP="008E2AAE">
            <w:pPr>
              <w:jc w:val="both"/>
              <w:rPr>
                <w:lang w:val="tr-TR"/>
              </w:rPr>
            </w:pPr>
            <w:r w:rsidRPr="008E2AAE">
              <w:rPr>
                <w:sz w:val="16"/>
                <w:lang w:val="tr-TR"/>
              </w:rPr>
              <w:lastRenderedPageBreak/>
              <w:t>M03</w:t>
            </w:r>
          </w:p>
        </w:tc>
        <w:tc>
          <w:tcPr>
            <w:tcW w:w="1461" w:type="dxa"/>
          </w:tcPr>
          <w:p w14:paraId="79B862D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Tercih öncesi program bilgisi</w:t>
            </w:r>
          </w:p>
        </w:tc>
        <w:tc>
          <w:tcPr>
            <w:tcW w:w="1461" w:type="dxa"/>
          </w:tcPr>
          <w:p w14:paraId="31B53CB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4,55</w:t>
            </w:r>
          </w:p>
        </w:tc>
        <w:tc>
          <w:tcPr>
            <w:tcW w:w="1461" w:type="dxa"/>
          </w:tcPr>
          <w:p w14:paraId="10E6BAC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1,05</w:t>
            </w:r>
          </w:p>
        </w:tc>
        <w:tc>
          <w:tcPr>
            <w:tcW w:w="1461" w:type="dxa"/>
          </w:tcPr>
          <w:p w14:paraId="7E993C8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17 (%85,0)</w:t>
            </w:r>
          </w:p>
        </w:tc>
        <w:tc>
          <w:tcPr>
            <w:tcW w:w="1461" w:type="dxa"/>
          </w:tcPr>
          <w:p w14:paraId="57B358F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(%10,0)</w:t>
            </w:r>
          </w:p>
        </w:tc>
        <w:tc>
          <w:tcPr>
            <w:tcW w:w="1461" w:type="dxa"/>
          </w:tcPr>
          <w:p w14:paraId="1668BA7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(%5,0)</w:t>
            </w:r>
          </w:p>
        </w:tc>
      </w:tr>
      <w:tr w:rsidR="00680C58" w:rsidRPr="008E2AAE" w14:paraId="745A92C1"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162D4A17" w14:textId="77777777" w:rsidR="00680C58" w:rsidRPr="008E2AAE" w:rsidRDefault="00000000" w:rsidP="008E2AAE">
            <w:pPr>
              <w:jc w:val="both"/>
              <w:rPr>
                <w:lang w:val="tr-TR"/>
              </w:rPr>
            </w:pPr>
            <w:r w:rsidRPr="008E2AAE">
              <w:rPr>
                <w:sz w:val="16"/>
                <w:lang w:val="tr-TR"/>
              </w:rPr>
              <w:t>M04</w:t>
            </w:r>
          </w:p>
        </w:tc>
        <w:tc>
          <w:tcPr>
            <w:tcW w:w="1461" w:type="dxa"/>
          </w:tcPr>
          <w:p w14:paraId="62800E0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Eğitim düzeyinin yeterliliği</w:t>
            </w:r>
          </w:p>
        </w:tc>
        <w:tc>
          <w:tcPr>
            <w:tcW w:w="1461" w:type="dxa"/>
          </w:tcPr>
          <w:p w14:paraId="65A7DD5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3,75</w:t>
            </w:r>
          </w:p>
        </w:tc>
        <w:tc>
          <w:tcPr>
            <w:tcW w:w="1461" w:type="dxa"/>
          </w:tcPr>
          <w:p w14:paraId="73E2490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1,29</w:t>
            </w:r>
          </w:p>
        </w:tc>
        <w:tc>
          <w:tcPr>
            <w:tcW w:w="1461" w:type="dxa"/>
          </w:tcPr>
          <w:p w14:paraId="4B18CB9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10 (%50,0)</w:t>
            </w:r>
          </w:p>
        </w:tc>
        <w:tc>
          <w:tcPr>
            <w:tcW w:w="1461" w:type="dxa"/>
          </w:tcPr>
          <w:p w14:paraId="11473A4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 (%35,0)</w:t>
            </w:r>
          </w:p>
        </w:tc>
        <w:tc>
          <w:tcPr>
            <w:tcW w:w="1461" w:type="dxa"/>
          </w:tcPr>
          <w:p w14:paraId="7494324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(%15,0)</w:t>
            </w:r>
          </w:p>
        </w:tc>
      </w:tr>
      <w:tr w:rsidR="00680C58" w:rsidRPr="008E2AAE" w14:paraId="0E0FFFD8"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51BCEDC6" w14:textId="77777777" w:rsidR="00680C58" w:rsidRPr="008E2AAE" w:rsidRDefault="00000000" w:rsidP="008E2AAE">
            <w:pPr>
              <w:jc w:val="both"/>
              <w:rPr>
                <w:lang w:val="tr-TR"/>
              </w:rPr>
            </w:pPr>
            <w:r w:rsidRPr="008E2AAE">
              <w:rPr>
                <w:sz w:val="16"/>
                <w:lang w:val="tr-TR"/>
              </w:rPr>
              <w:t>M05</w:t>
            </w:r>
          </w:p>
        </w:tc>
        <w:tc>
          <w:tcPr>
            <w:tcW w:w="1461" w:type="dxa"/>
          </w:tcPr>
          <w:p w14:paraId="57FAA1E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Sunulan olanakların yeterliliği</w:t>
            </w:r>
          </w:p>
        </w:tc>
        <w:tc>
          <w:tcPr>
            <w:tcW w:w="1461" w:type="dxa"/>
          </w:tcPr>
          <w:p w14:paraId="452277C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3,40</w:t>
            </w:r>
          </w:p>
        </w:tc>
        <w:tc>
          <w:tcPr>
            <w:tcW w:w="1461" w:type="dxa"/>
          </w:tcPr>
          <w:p w14:paraId="565B05F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1,35</w:t>
            </w:r>
          </w:p>
        </w:tc>
        <w:tc>
          <w:tcPr>
            <w:tcW w:w="1461" w:type="dxa"/>
          </w:tcPr>
          <w:p w14:paraId="7D0065F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9 (%45,0)</w:t>
            </w:r>
          </w:p>
        </w:tc>
        <w:tc>
          <w:tcPr>
            <w:tcW w:w="1461" w:type="dxa"/>
          </w:tcPr>
          <w:p w14:paraId="1354860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(%15,0)</w:t>
            </w:r>
          </w:p>
        </w:tc>
        <w:tc>
          <w:tcPr>
            <w:tcW w:w="1461" w:type="dxa"/>
          </w:tcPr>
          <w:p w14:paraId="2CA6978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8 (%40,0)</w:t>
            </w:r>
          </w:p>
        </w:tc>
      </w:tr>
      <w:tr w:rsidR="00680C58" w:rsidRPr="008E2AAE" w14:paraId="4154847F"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16D6C73B" w14:textId="77777777" w:rsidR="00680C58" w:rsidRPr="008E2AAE" w:rsidRDefault="00000000" w:rsidP="008E2AAE">
            <w:pPr>
              <w:jc w:val="both"/>
              <w:rPr>
                <w:lang w:val="tr-TR"/>
              </w:rPr>
            </w:pPr>
            <w:r w:rsidRPr="008E2AAE">
              <w:rPr>
                <w:sz w:val="16"/>
                <w:lang w:val="tr-TR"/>
              </w:rPr>
              <w:t>M06</w:t>
            </w:r>
          </w:p>
        </w:tc>
        <w:tc>
          <w:tcPr>
            <w:tcW w:w="1461" w:type="dxa"/>
          </w:tcPr>
          <w:p w14:paraId="48A5DA0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Alan bilgisini kullanma becerisi</w:t>
            </w:r>
          </w:p>
        </w:tc>
        <w:tc>
          <w:tcPr>
            <w:tcW w:w="1461" w:type="dxa"/>
          </w:tcPr>
          <w:p w14:paraId="1DAA363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3,80</w:t>
            </w:r>
          </w:p>
        </w:tc>
        <w:tc>
          <w:tcPr>
            <w:tcW w:w="1461" w:type="dxa"/>
          </w:tcPr>
          <w:p w14:paraId="25EE45C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1,32</w:t>
            </w:r>
          </w:p>
        </w:tc>
        <w:tc>
          <w:tcPr>
            <w:tcW w:w="1461" w:type="dxa"/>
          </w:tcPr>
          <w:p w14:paraId="40F8AC4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12 (%60,0)</w:t>
            </w:r>
          </w:p>
        </w:tc>
        <w:tc>
          <w:tcPr>
            <w:tcW w:w="1461" w:type="dxa"/>
          </w:tcPr>
          <w:p w14:paraId="1EF6F63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 (%20,0)</w:t>
            </w:r>
          </w:p>
        </w:tc>
        <w:tc>
          <w:tcPr>
            <w:tcW w:w="1461" w:type="dxa"/>
          </w:tcPr>
          <w:p w14:paraId="0350799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 (%20,0)</w:t>
            </w:r>
          </w:p>
        </w:tc>
      </w:tr>
      <w:tr w:rsidR="00680C58" w:rsidRPr="008E2AAE" w14:paraId="5CB5CB46"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626BC74A" w14:textId="77777777" w:rsidR="00680C58" w:rsidRPr="008E2AAE" w:rsidRDefault="00000000" w:rsidP="008E2AAE">
            <w:pPr>
              <w:jc w:val="both"/>
              <w:rPr>
                <w:lang w:val="tr-TR"/>
              </w:rPr>
            </w:pPr>
            <w:r w:rsidRPr="008E2AAE">
              <w:rPr>
                <w:sz w:val="16"/>
                <w:lang w:val="tr-TR"/>
              </w:rPr>
              <w:t>M07</w:t>
            </w:r>
          </w:p>
        </w:tc>
        <w:tc>
          <w:tcPr>
            <w:tcW w:w="1461" w:type="dxa"/>
          </w:tcPr>
          <w:p w14:paraId="5BC959D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hayatına yönelik danışmanlık</w:t>
            </w:r>
          </w:p>
        </w:tc>
        <w:tc>
          <w:tcPr>
            <w:tcW w:w="1461" w:type="dxa"/>
          </w:tcPr>
          <w:p w14:paraId="568885E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3,50</w:t>
            </w:r>
          </w:p>
        </w:tc>
        <w:tc>
          <w:tcPr>
            <w:tcW w:w="1461" w:type="dxa"/>
          </w:tcPr>
          <w:p w14:paraId="4E854E2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1,54</w:t>
            </w:r>
          </w:p>
        </w:tc>
        <w:tc>
          <w:tcPr>
            <w:tcW w:w="1461" w:type="dxa"/>
          </w:tcPr>
          <w:p w14:paraId="6B14DFB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12 (%60,0)</w:t>
            </w:r>
          </w:p>
        </w:tc>
        <w:tc>
          <w:tcPr>
            <w:tcW w:w="1461" w:type="dxa"/>
          </w:tcPr>
          <w:p w14:paraId="1AD7B21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(%15,0)</w:t>
            </w:r>
          </w:p>
        </w:tc>
        <w:tc>
          <w:tcPr>
            <w:tcW w:w="1461" w:type="dxa"/>
          </w:tcPr>
          <w:p w14:paraId="5FD72BB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(%25,0)</w:t>
            </w:r>
          </w:p>
        </w:tc>
      </w:tr>
      <w:tr w:rsidR="00680C58" w:rsidRPr="008E2AAE" w14:paraId="167D0E89"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45441F8F" w14:textId="77777777" w:rsidR="00680C58" w:rsidRPr="008E2AAE" w:rsidRDefault="00000000" w:rsidP="008E2AAE">
            <w:pPr>
              <w:jc w:val="both"/>
              <w:rPr>
                <w:lang w:val="tr-TR"/>
              </w:rPr>
            </w:pPr>
            <w:r w:rsidRPr="008E2AAE">
              <w:rPr>
                <w:sz w:val="16"/>
                <w:lang w:val="tr-TR"/>
              </w:rPr>
              <w:t>M08</w:t>
            </w:r>
          </w:p>
        </w:tc>
        <w:tc>
          <w:tcPr>
            <w:tcW w:w="1461" w:type="dxa"/>
          </w:tcPr>
          <w:p w14:paraId="617B96B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Bilgiye ulaşma ve araştırma</w:t>
            </w:r>
          </w:p>
        </w:tc>
        <w:tc>
          <w:tcPr>
            <w:tcW w:w="1461" w:type="dxa"/>
          </w:tcPr>
          <w:p w14:paraId="5D51447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4,15</w:t>
            </w:r>
          </w:p>
        </w:tc>
        <w:tc>
          <w:tcPr>
            <w:tcW w:w="1461" w:type="dxa"/>
          </w:tcPr>
          <w:p w14:paraId="11BD6C1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1,04</w:t>
            </w:r>
          </w:p>
        </w:tc>
        <w:tc>
          <w:tcPr>
            <w:tcW w:w="1461" w:type="dxa"/>
          </w:tcPr>
          <w:p w14:paraId="2AE891C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16 (%80,0)</w:t>
            </w:r>
          </w:p>
        </w:tc>
        <w:tc>
          <w:tcPr>
            <w:tcW w:w="1461" w:type="dxa"/>
          </w:tcPr>
          <w:p w14:paraId="372DA74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(%15,0)</w:t>
            </w:r>
          </w:p>
        </w:tc>
        <w:tc>
          <w:tcPr>
            <w:tcW w:w="1461" w:type="dxa"/>
          </w:tcPr>
          <w:p w14:paraId="6D77582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(%5,0)</w:t>
            </w:r>
          </w:p>
        </w:tc>
      </w:tr>
      <w:tr w:rsidR="00680C58" w:rsidRPr="008E2AAE" w14:paraId="7A3BC12F"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56A34CC0" w14:textId="77777777" w:rsidR="00680C58" w:rsidRPr="008E2AAE" w:rsidRDefault="00000000" w:rsidP="008E2AAE">
            <w:pPr>
              <w:jc w:val="both"/>
              <w:rPr>
                <w:lang w:val="tr-TR"/>
              </w:rPr>
            </w:pPr>
            <w:r w:rsidRPr="008E2AAE">
              <w:rPr>
                <w:sz w:val="16"/>
                <w:lang w:val="tr-TR"/>
              </w:rPr>
              <w:t>M09</w:t>
            </w:r>
          </w:p>
        </w:tc>
        <w:tc>
          <w:tcPr>
            <w:tcW w:w="1461" w:type="dxa"/>
          </w:tcPr>
          <w:p w14:paraId="51C4375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İletişim becerileri</w:t>
            </w:r>
          </w:p>
        </w:tc>
        <w:tc>
          <w:tcPr>
            <w:tcW w:w="1461" w:type="dxa"/>
          </w:tcPr>
          <w:p w14:paraId="6F8B08E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4,55</w:t>
            </w:r>
          </w:p>
        </w:tc>
        <w:tc>
          <w:tcPr>
            <w:tcW w:w="1461" w:type="dxa"/>
          </w:tcPr>
          <w:p w14:paraId="43E13DA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1,00</w:t>
            </w:r>
          </w:p>
        </w:tc>
        <w:tc>
          <w:tcPr>
            <w:tcW w:w="1461" w:type="dxa"/>
          </w:tcPr>
          <w:p w14:paraId="330781F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18 (%90,0)</w:t>
            </w:r>
          </w:p>
        </w:tc>
        <w:tc>
          <w:tcPr>
            <w:tcW w:w="1461" w:type="dxa"/>
          </w:tcPr>
          <w:p w14:paraId="4212C1F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(%5,0)</w:t>
            </w:r>
          </w:p>
        </w:tc>
        <w:tc>
          <w:tcPr>
            <w:tcW w:w="1461" w:type="dxa"/>
          </w:tcPr>
          <w:p w14:paraId="64A71E2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(%5,0)</w:t>
            </w:r>
          </w:p>
        </w:tc>
      </w:tr>
      <w:tr w:rsidR="00680C58" w:rsidRPr="008E2AAE" w14:paraId="239E5A28"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616F292D" w14:textId="77777777" w:rsidR="00680C58" w:rsidRPr="008E2AAE" w:rsidRDefault="00000000" w:rsidP="008E2AAE">
            <w:pPr>
              <w:jc w:val="both"/>
              <w:rPr>
                <w:lang w:val="tr-TR"/>
              </w:rPr>
            </w:pPr>
            <w:r w:rsidRPr="008E2AAE">
              <w:rPr>
                <w:sz w:val="16"/>
                <w:lang w:val="tr-TR"/>
              </w:rPr>
              <w:t>M10</w:t>
            </w:r>
          </w:p>
        </w:tc>
        <w:tc>
          <w:tcPr>
            <w:tcW w:w="1461" w:type="dxa"/>
          </w:tcPr>
          <w:p w14:paraId="008B7BF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Etik ve mesleki sorumluluk</w:t>
            </w:r>
          </w:p>
        </w:tc>
        <w:tc>
          <w:tcPr>
            <w:tcW w:w="1461" w:type="dxa"/>
          </w:tcPr>
          <w:p w14:paraId="02206E2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4,40</w:t>
            </w:r>
          </w:p>
        </w:tc>
        <w:tc>
          <w:tcPr>
            <w:tcW w:w="1461" w:type="dxa"/>
          </w:tcPr>
          <w:p w14:paraId="312FA95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0,94</w:t>
            </w:r>
          </w:p>
        </w:tc>
        <w:tc>
          <w:tcPr>
            <w:tcW w:w="1461" w:type="dxa"/>
          </w:tcPr>
          <w:p w14:paraId="0C7F35C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16 (%80,0)</w:t>
            </w:r>
          </w:p>
        </w:tc>
        <w:tc>
          <w:tcPr>
            <w:tcW w:w="1461" w:type="dxa"/>
          </w:tcPr>
          <w:p w14:paraId="073F822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(%15,0)</w:t>
            </w:r>
          </w:p>
        </w:tc>
        <w:tc>
          <w:tcPr>
            <w:tcW w:w="1461" w:type="dxa"/>
          </w:tcPr>
          <w:p w14:paraId="2A6FF1D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(%5,0)</w:t>
            </w:r>
          </w:p>
        </w:tc>
      </w:tr>
      <w:tr w:rsidR="00680C58" w:rsidRPr="008E2AAE" w14:paraId="2C631C2E"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0CF56878" w14:textId="77777777" w:rsidR="00680C58" w:rsidRPr="008E2AAE" w:rsidRDefault="00000000" w:rsidP="008E2AAE">
            <w:pPr>
              <w:jc w:val="both"/>
              <w:rPr>
                <w:lang w:val="tr-TR"/>
              </w:rPr>
            </w:pPr>
            <w:r w:rsidRPr="008E2AAE">
              <w:rPr>
                <w:sz w:val="16"/>
                <w:lang w:val="tr-TR"/>
              </w:rPr>
              <w:t>M11</w:t>
            </w:r>
          </w:p>
        </w:tc>
        <w:tc>
          <w:tcPr>
            <w:tcW w:w="1461" w:type="dxa"/>
          </w:tcPr>
          <w:p w14:paraId="3DB57AB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Mesleki yabancı dil</w:t>
            </w:r>
          </w:p>
        </w:tc>
        <w:tc>
          <w:tcPr>
            <w:tcW w:w="1461" w:type="dxa"/>
          </w:tcPr>
          <w:p w14:paraId="763128F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3,25</w:t>
            </w:r>
          </w:p>
        </w:tc>
        <w:tc>
          <w:tcPr>
            <w:tcW w:w="1461" w:type="dxa"/>
          </w:tcPr>
          <w:p w14:paraId="56FC63B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1,59</w:t>
            </w:r>
          </w:p>
        </w:tc>
        <w:tc>
          <w:tcPr>
            <w:tcW w:w="1461" w:type="dxa"/>
          </w:tcPr>
          <w:p w14:paraId="2B8B40B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 (%50,0)</w:t>
            </w:r>
          </w:p>
        </w:tc>
        <w:tc>
          <w:tcPr>
            <w:tcW w:w="1461" w:type="dxa"/>
          </w:tcPr>
          <w:p w14:paraId="183EC4B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(%20,0)</w:t>
            </w:r>
          </w:p>
        </w:tc>
        <w:tc>
          <w:tcPr>
            <w:tcW w:w="1461" w:type="dxa"/>
          </w:tcPr>
          <w:p w14:paraId="3B0E3DB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 (%30,0)</w:t>
            </w:r>
          </w:p>
        </w:tc>
      </w:tr>
      <w:tr w:rsidR="00680C58" w:rsidRPr="008E2AAE" w14:paraId="02D3407B"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713CE41A" w14:textId="77777777" w:rsidR="00680C58" w:rsidRPr="008E2AAE" w:rsidRDefault="00000000" w:rsidP="008E2AAE">
            <w:pPr>
              <w:jc w:val="both"/>
              <w:rPr>
                <w:lang w:val="tr-TR"/>
              </w:rPr>
            </w:pPr>
            <w:r w:rsidRPr="008E2AAE">
              <w:rPr>
                <w:sz w:val="16"/>
                <w:lang w:val="tr-TR"/>
              </w:rPr>
              <w:t>M12</w:t>
            </w:r>
          </w:p>
        </w:tc>
        <w:tc>
          <w:tcPr>
            <w:tcW w:w="1461" w:type="dxa"/>
          </w:tcPr>
          <w:p w14:paraId="4807C00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Bilgisayar kullanma yetkinliği</w:t>
            </w:r>
          </w:p>
        </w:tc>
        <w:tc>
          <w:tcPr>
            <w:tcW w:w="1461" w:type="dxa"/>
          </w:tcPr>
          <w:p w14:paraId="6C5E3BF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3,25</w:t>
            </w:r>
          </w:p>
        </w:tc>
        <w:tc>
          <w:tcPr>
            <w:tcW w:w="1461" w:type="dxa"/>
          </w:tcPr>
          <w:p w14:paraId="763006E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1,52</w:t>
            </w:r>
          </w:p>
        </w:tc>
        <w:tc>
          <w:tcPr>
            <w:tcW w:w="1461" w:type="dxa"/>
          </w:tcPr>
          <w:p w14:paraId="2B862D1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9 (%45,0)</w:t>
            </w:r>
          </w:p>
        </w:tc>
        <w:tc>
          <w:tcPr>
            <w:tcW w:w="1461" w:type="dxa"/>
          </w:tcPr>
          <w:p w14:paraId="557C2BA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 (%25,0)</w:t>
            </w:r>
          </w:p>
        </w:tc>
        <w:tc>
          <w:tcPr>
            <w:tcW w:w="1461" w:type="dxa"/>
          </w:tcPr>
          <w:p w14:paraId="17A3D29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 (%30,0)</w:t>
            </w:r>
          </w:p>
        </w:tc>
      </w:tr>
      <w:tr w:rsidR="00680C58" w:rsidRPr="008E2AAE" w14:paraId="7911FCE8"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7D5D5CB0" w14:textId="77777777" w:rsidR="00680C58" w:rsidRPr="008E2AAE" w:rsidRDefault="00000000" w:rsidP="008E2AAE">
            <w:pPr>
              <w:jc w:val="both"/>
              <w:rPr>
                <w:lang w:val="tr-TR"/>
              </w:rPr>
            </w:pPr>
            <w:r w:rsidRPr="008E2AAE">
              <w:rPr>
                <w:sz w:val="16"/>
                <w:lang w:val="tr-TR"/>
              </w:rPr>
              <w:t>M13</w:t>
            </w:r>
          </w:p>
        </w:tc>
        <w:tc>
          <w:tcPr>
            <w:tcW w:w="1461" w:type="dxa"/>
          </w:tcPr>
          <w:p w14:paraId="01B9BA0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dünyasında mezunlara tutum</w:t>
            </w:r>
          </w:p>
        </w:tc>
        <w:tc>
          <w:tcPr>
            <w:tcW w:w="1461" w:type="dxa"/>
          </w:tcPr>
          <w:p w14:paraId="4D21C90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3,25</w:t>
            </w:r>
          </w:p>
        </w:tc>
        <w:tc>
          <w:tcPr>
            <w:tcW w:w="1461" w:type="dxa"/>
          </w:tcPr>
          <w:p w14:paraId="242AC7E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1,33</w:t>
            </w:r>
          </w:p>
        </w:tc>
        <w:tc>
          <w:tcPr>
            <w:tcW w:w="1461" w:type="dxa"/>
          </w:tcPr>
          <w:p w14:paraId="18439AA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8 (%40,0)</w:t>
            </w:r>
          </w:p>
        </w:tc>
        <w:tc>
          <w:tcPr>
            <w:tcW w:w="1461" w:type="dxa"/>
          </w:tcPr>
          <w:p w14:paraId="7491835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 (%30,0)</w:t>
            </w:r>
          </w:p>
        </w:tc>
        <w:tc>
          <w:tcPr>
            <w:tcW w:w="1461" w:type="dxa"/>
          </w:tcPr>
          <w:p w14:paraId="0D6865B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 (%30,0)</w:t>
            </w:r>
          </w:p>
        </w:tc>
      </w:tr>
      <w:tr w:rsidR="00680C58" w:rsidRPr="008E2AAE" w14:paraId="70678EA6"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422046AB" w14:textId="77777777" w:rsidR="00680C58" w:rsidRPr="008E2AAE" w:rsidRDefault="00000000" w:rsidP="008E2AAE">
            <w:pPr>
              <w:jc w:val="both"/>
              <w:rPr>
                <w:lang w:val="tr-TR"/>
              </w:rPr>
            </w:pPr>
            <w:r w:rsidRPr="008E2AAE">
              <w:rPr>
                <w:sz w:val="16"/>
                <w:lang w:val="tr-TR"/>
              </w:rPr>
              <w:t>M14</w:t>
            </w:r>
          </w:p>
        </w:tc>
        <w:tc>
          <w:tcPr>
            <w:tcW w:w="1461" w:type="dxa"/>
          </w:tcPr>
          <w:p w14:paraId="6B43E7A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Genel eğitim memnuniyeti</w:t>
            </w:r>
          </w:p>
        </w:tc>
        <w:tc>
          <w:tcPr>
            <w:tcW w:w="1461" w:type="dxa"/>
          </w:tcPr>
          <w:p w14:paraId="271B1A8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3,70</w:t>
            </w:r>
          </w:p>
        </w:tc>
        <w:tc>
          <w:tcPr>
            <w:tcW w:w="1461" w:type="dxa"/>
          </w:tcPr>
          <w:p w14:paraId="55D6A37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1,08</w:t>
            </w:r>
          </w:p>
        </w:tc>
        <w:tc>
          <w:tcPr>
            <w:tcW w:w="1461" w:type="dxa"/>
          </w:tcPr>
          <w:p w14:paraId="2649B29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10 (%50,0)</w:t>
            </w:r>
          </w:p>
        </w:tc>
        <w:tc>
          <w:tcPr>
            <w:tcW w:w="1461" w:type="dxa"/>
          </w:tcPr>
          <w:p w14:paraId="74554B0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9 (%45,0)</w:t>
            </w:r>
          </w:p>
        </w:tc>
        <w:tc>
          <w:tcPr>
            <w:tcW w:w="1461" w:type="dxa"/>
          </w:tcPr>
          <w:p w14:paraId="072D502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(%5,0)</w:t>
            </w:r>
          </w:p>
        </w:tc>
      </w:tr>
      <w:tr w:rsidR="00680C58" w:rsidRPr="008E2AAE" w14:paraId="53C650FD"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4FD86AE4" w14:textId="77777777" w:rsidR="00680C58" w:rsidRPr="008E2AAE" w:rsidRDefault="00000000" w:rsidP="008E2AAE">
            <w:pPr>
              <w:jc w:val="both"/>
              <w:rPr>
                <w:lang w:val="tr-TR"/>
              </w:rPr>
            </w:pPr>
            <w:r w:rsidRPr="008E2AAE">
              <w:rPr>
                <w:sz w:val="16"/>
                <w:lang w:val="tr-TR"/>
              </w:rPr>
              <w:t>M15</w:t>
            </w:r>
          </w:p>
        </w:tc>
        <w:tc>
          <w:tcPr>
            <w:tcW w:w="1461" w:type="dxa"/>
          </w:tcPr>
          <w:p w14:paraId="3C899EF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Üniversiteyi tekrar seçme</w:t>
            </w:r>
          </w:p>
        </w:tc>
        <w:tc>
          <w:tcPr>
            <w:tcW w:w="1461" w:type="dxa"/>
          </w:tcPr>
          <w:p w14:paraId="06A375E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3,75</w:t>
            </w:r>
          </w:p>
        </w:tc>
        <w:tc>
          <w:tcPr>
            <w:tcW w:w="1461" w:type="dxa"/>
          </w:tcPr>
          <w:p w14:paraId="47EE8CB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1,29</w:t>
            </w:r>
          </w:p>
        </w:tc>
        <w:tc>
          <w:tcPr>
            <w:tcW w:w="1461" w:type="dxa"/>
          </w:tcPr>
          <w:p w14:paraId="2598F6A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 (%55,0)</w:t>
            </w:r>
          </w:p>
        </w:tc>
        <w:tc>
          <w:tcPr>
            <w:tcW w:w="1461" w:type="dxa"/>
          </w:tcPr>
          <w:p w14:paraId="783AA0D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(%20,0)</w:t>
            </w:r>
          </w:p>
        </w:tc>
        <w:tc>
          <w:tcPr>
            <w:tcW w:w="1461" w:type="dxa"/>
          </w:tcPr>
          <w:p w14:paraId="7C39E2F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(%25,0)</w:t>
            </w:r>
          </w:p>
        </w:tc>
      </w:tr>
      <w:tr w:rsidR="00680C58" w:rsidRPr="008E2AAE" w14:paraId="11817C29"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7A1DD997" w14:textId="77777777" w:rsidR="00680C58" w:rsidRPr="008E2AAE" w:rsidRDefault="00000000" w:rsidP="008E2AAE">
            <w:pPr>
              <w:jc w:val="both"/>
              <w:rPr>
                <w:lang w:val="tr-TR"/>
              </w:rPr>
            </w:pPr>
            <w:r w:rsidRPr="008E2AAE">
              <w:rPr>
                <w:sz w:val="16"/>
                <w:lang w:val="tr-TR"/>
              </w:rPr>
              <w:t>M16</w:t>
            </w:r>
          </w:p>
        </w:tc>
        <w:tc>
          <w:tcPr>
            <w:tcW w:w="1461" w:type="dxa"/>
          </w:tcPr>
          <w:p w14:paraId="6631745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Bölümü tekrar seçme</w:t>
            </w:r>
          </w:p>
        </w:tc>
        <w:tc>
          <w:tcPr>
            <w:tcW w:w="1461" w:type="dxa"/>
          </w:tcPr>
          <w:p w14:paraId="1248D21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4,45</w:t>
            </w:r>
          </w:p>
        </w:tc>
        <w:tc>
          <w:tcPr>
            <w:tcW w:w="1461" w:type="dxa"/>
          </w:tcPr>
          <w:p w14:paraId="0EB0CE2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1,15</w:t>
            </w:r>
          </w:p>
        </w:tc>
        <w:tc>
          <w:tcPr>
            <w:tcW w:w="1461" w:type="dxa"/>
          </w:tcPr>
          <w:p w14:paraId="2FE20D3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17 (%85,0)</w:t>
            </w:r>
          </w:p>
        </w:tc>
        <w:tc>
          <w:tcPr>
            <w:tcW w:w="1461" w:type="dxa"/>
          </w:tcPr>
          <w:p w14:paraId="0E22607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(%5,0)</w:t>
            </w:r>
          </w:p>
        </w:tc>
        <w:tc>
          <w:tcPr>
            <w:tcW w:w="1461" w:type="dxa"/>
          </w:tcPr>
          <w:p w14:paraId="57DB420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(%10,0)</w:t>
            </w:r>
          </w:p>
        </w:tc>
      </w:tr>
      <w:tr w:rsidR="00680C58" w:rsidRPr="008E2AAE" w14:paraId="67EAC7BE"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2F84F468" w14:textId="77777777" w:rsidR="00680C58" w:rsidRPr="008E2AAE" w:rsidRDefault="00000000" w:rsidP="008E2AAE">
            <w:pPr>
              <w:jc w:val="both"/>
              <w:rPr>
                <w:lang w:val="tr-TR"/>
              </w:rPr>
            </w:pPr>
            <w:r w:rsidRPr="008E2AAE">
              <w:rPr>
                <w:sz w:val="16"/>
                <w:lang w:val="tr-TR"/>
              </w:rPr>
              <w:t>M17</w:t>
            </w:r>
          </w:p>
        </w:tc>
        <w:tc>
          <w:tcPr>
            <w:tcW w:w="1461" w:type="dxa"/>
          </w:tcPr>
          <w:p w14:paraId="1AA1068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Üniversiteyi tavsiye etme</w:t>
            </w:r>
          </w:p>
        </w:tc>
        <w:tc>
          <w:tcPr>
            <w:tcW w:w="1461" w:type="dxa"/>
          </w:tcPr>
          <w:p w14:paraId="2E83831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3,95</w:t>
            </w:r>
          </w:p>
        </w:tc>
        <w:tc>
          <w:tcPr>
            <w:tcW w:w="1461" w:type="dxa"/>
          </w:tcPr>
          <w:p w14:paraId="0647F4D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1,00</w:t>
            </w:r>
          </w:p>
        </w:tc>
        <w:tc>
          <w:tcPr>
            <w:tcW w:w="1461" w:type="dxa"/>
          </w:tcPr>
          <w:p w14:paraId="1189023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12 (%60,0)</w:t>
            </w:r>
          </w:p>
        </w:tc>
        <w:tc>
          <w:tcPr>
            <w:tcW w:w="1461" w:type="dxa"/>
          </w:tcPr>
          <w:p w14:paraId="502712E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 (%35,0)</w:t>
            </w:r>
          </w:p>
        </w:tc>
        <w:tc>
          <w:tcPr>
            <w:tcW w:w="1461" w:type="dxa"/>
          </w:tcPr>
          <w:p w14:paraId="060E269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(%5,0)</w:t>
            </w:r>
          </w:p>
        </w:tc>
      </w:tr>
    </w:tbl>
    <w:p w14:paraId="34FDA4E8" w14:textId="77777777" w:rsidR="00680C58" w:rsidRPr="008E2AAE" w:rsidRDefault="00000000" w:rsidP="008E2AAE">
      <w:pPr>
        <w:jc w:val="both"/>
        <w:rPr>
          <w:lang w:val="tr-TR"/>
        </w:rPr>
      </w:pPr>
      <w:r w:rsidRPr="008E2AAE">
        <w:rPr>
          <w:lang w:val="tr-TR"/>
        </w:rPr>
        <w:t>Geç mezunlarda iletişim becerileri %90,0 olumlu yanıtla en güçlü değerlendirme alanıdır. Tercih öncesi program bilgisi ve bölümü tekrar seçme %85,0; araştırma becerileri ile etik–mesleki sorumluluk %80,0 düzeyindedir. Bölümü tekrar seçme eğiliminin yüksekliği program bağlılığı açısından olumlu bir işarettir; grubun küçük olması nedeniyle diğer mezunların tamamı için aynı sonuç çıkarılamaz.</w:t>
      </w:r>
    </w:p>
    <w:p w14:paraId="01AC2CCE" w14:textId="77777777" w:rsidR="00680C58" w:rsidRPr="008E2AAE" w:rsidRDefault="00000000" w:rsidP="008E2AAE">
      <w:pPr>
        <w:jc w:val="both"/>
        <w:rPr>
          <w:lang w:val="tr-TR"/>
        </w:rPr>
      </w:pPr>
      <w:r w:rsidRPr="008E2AAE">
        <w:rPr>
          <w:lang w:val="tr-TR"/>
        </w:rPr>
        <w:t>Genel eğitim memnuniyetinde 10 olumlu (%50,0), 9 orta (%45,0) ve 1 olumsuz (%5,0) yanıt vardır. Yeni mezunlardan daha düşük olumlu oran, daha yüksek olumsuz oran anlamına gelmemektedir; geç mezunlarda orta yanıtlar daha yoğundur. Bu dağılım, ortalama puanların yakın olmasına rağmen olumlu oranların farklılaşmasını açıklamaktadır.</w:t>
      </w:r>
    </w:p>
    <w:p w14:paraId="453F8A1E" w14:textId="77777777" w:rsidR="00680C58" w:rsidRPr="008E2AAE" w:rsidRDefault="00000000" w:rsidP="008E2AAE">
      <w:pPr>
        <w:jc w:val="both"/>
        <w:rPr>
          <w:lang w:val="tr-TR"/>
        </w:rPr>
      </w:pPr>
      <w:r w:rsidRPr="008E2AAE">
        <w:rPr>
          <w:lang w:val="tr-TR"/>
        </w:rPr>
        <w:t>İş dünyasında mezunlara yönelik tutum %40,0, olanakların yeterliliği %45,0 ve bilgisayar yetkinliği %45,0 olumlu yanıtla grubun görece düşük alanlarıdır. Yabancı dil maddesinin olumlu oranı %50,0 olsa da ortalaması 3,25’tir; yeterli düzeye ulaşıldığı varsayılmamalıdır. İşveren tutumları maddesi mezun algısını yansıtır ve doğrudan işveren görüşü yerine kullanılamaz.</w:t>
      </w:r>
    </w:p>
    <w:p w14:paraId="31A26BFB" w14:textId="77777777" w:rsidR="00680C58" w:rsidRPr="008E2AAE" w:rsidRDefault="00000000" w:rsidP="008E2AAE">
      <w:pPr>
        <w:pStyle w:val="Balk1"/>
        <w:jc w:val="both"/>
        <w:rPr>
          <w:lang w:val="tr-TR"/>
        </w:rPr>
      </w:pPr>
      <w:r w:rsidRPr="008E2AAE">
        <w:rPr>
          <w:lang w:val="tr-TR"/>
        </w:rPr>
        <w:t>8. Gruplar arasındaki farkların karşılaştırılması</w:t>
      </w:r>
    </w:p>
    <w:tbl>
      <w:tblPr>
        <w:tblStyle w:val="AkGlgeleme-Vurgu1"/>
        <w:tblW w:w="0" w:type="auto"/>
        <w:tblLook w:val="04A0" w:firstRow="1" w:lastRow="0" w:firstColumn="1" w:lastColumn="0" w:noHBand="0" w:noVBand="1"/>
      </w:tblPr>
      <w:tblGrid>
        <w:gridCol w:w="1278"/>
        <w:gridCol w:w="1278"/>
        <w:gridCol w:w="1278"/>
        <w:gridCol w:w="1278"/>
        <w:gridCol w:w="1278"/>
        <w:gridCol w:w="1278"/>
        <w:gridCol w:w="1278"/>
        <w:gridCol w:w="1278"/>
      </w:tblGrid>
      <w:tr w:rsidR="00680C58" w:rsidRPr="008E2AAE" w14:paraId="72178C9B"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3F1546D0" w14:textId="77777777" w:rsidR="00680C58" w:rsidRPr="008E2AAE" w:rsidRDefault="00000000" w:rsidP="008E2AAE">
            <w:pPr>
              <w:jc w:val="both"/>
              <w:rPr>
                <w:lang w:val="tr-TR"/>
              </w:rPr>
            </w:pPr>
            <w:r w:rsidRPr="008E2AAE">
              <w:rPr>
                <w:sz w:val="16"/>
                <w:lang w:val="tr-TR"/>
              </w:rPr>
              <w:t>Kod</w:t>
            </w:r>
          </w:p>
        </w:tc>
        <w:tc>
          <w:tcPr>
            <w:tcW w:w="1278" w:type="dxa"/>
          </w:tcPr>
          <w:p w14:paraId="2E4A701B"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Madde</w:t>
            </w:r>
          </w:p>
        </w:tc>
        <w:tc>
          <w:tcPr>
            <w:tcW w:w="1278" w:type="dxa"/>
          </w:tcPr>
          <w:p w14:paraId="78BB8DC7"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 xml:space="preserve">Yeni </w:t>
            </w:r>
            <w:proofErr w:type="spellStart"/>
            <w:r w:rsidRPr="008E2AAE">
              <w:rPr>
                <w:sz w:val="16"/>
                <w:lang w:val="tr-TR"/>
              </w:rPr>
              <w:t>ort.</w:t>
            </w:r>
            <w:proofErr w:type="spellEnd"/>
          </w:p>
        </w:tc>
        <w:tc>
          <w:tcPr>
            <w:tcW w:w="1278" w:type="dxa"/>
          </w:tcPr>
          <w:p w14:paraId="4E3B008E"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 xml:space="preserve">Geç </w:t>
            </w:r>
            <w:proofErr w:type="spellStart"/>
            <w:r w:rsidRPr="008E2AAE">
              <w:rPr>
                <w:sz w:val="16"/>
                <w:lang w:val="tr-TR"/>
              </w:rPr>
              <w:t>ort.</w:t>
            </w:r>
            <w:proofErr w:type="spellEnd"/>
          </w:p>
        </w:tc>
        <w:tc>
          <w:tcPr>
            <w:tcW w:w="1278" w:type="dxa"/>
          </w:tcPr>
          <w:p w14:paraId="48912BC4"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Ort. fark</w:t>
            </w:r>
          </w:p>
        </w:tc>
        <w:tc>
          <w:tcPr>
            <w:tcW w:w="1278" w:type="dxa"/>
          </w:tcPr>
          <w:p w14:paraId="0448D26D"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Yeni %</w:t>
            </w:r>
          </w:p>
        </w:tc>
        <w:tc>
          <w:tcPr>
            <w:tcW w:w="1278" w:type="dxa"/>
          </w:tcPr>
          <w:p w14:paraId="78BD595D"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Geç %</w:t>
            </w:r>
          </w:p>
        </w:tc>
        <w:tc>
          <w:tcPr>
            <w:tcW w:w="1278" w:type="dxa"/>
          </w:tcPr>
          <w:p w14:paraId="131A46B7"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Fark (</w:t>
            </w:r>
            <w:proofErr w:type="spellStart"/>
            <w:r w:rsidRPr="008E2AAE">
              <w:rPr>
                <w:sz w:val="16"/>
                <w:lang w:val="tr-TR"/>
              </w:rPr>
              <w:t>yp</w:t>
            </w:r>
            <w:proofErr w:type="spellEnd"/>
            <w:r w:rsidRPr="008E2AAE">
              <w:rPr>
                <w:sz w:val="16"/>
                <w:lang w:val="tr-TR"/>
              </w:rPr>
              <w:t>)</w:t>
            </w:r>
          </w:p>
        </w:tc>
      </w:tr>
      <w:tr w:rsidR="00680C58" w:rsidRPr="008E2AAE" w14:paraId="78BABCD2"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0C7A0402" w14:textId="77777777" w:rsidR="00680C58" w:rsidRPr="008E2AAE" w:rsidRDefault="00000000" w:rsidP="008E2AAE">
            <w:pPr>
              <w:jc w:val="both"/>
              <w:rPr>
                <w:lang w:val="tr-TR"/>
              </w:rPr>
            </w:pPr>
            <w:r w:rsidRPr="008E2AAE">
              <w:rPr>
                <w:sz w:val="16"/>
                <w:lang w:val="tr-TR"/>
              </w:rPr>
              <w:t>M01</w:t>
            </w:r>
          </w:p>
        </w:tc>
        <w:tc>
          <w:tcPr>
            <w:tcW w:w="1278" w:type="dxa"/>
          </w:tcPr>
          <w:p w14:paraId="3FF8713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Mezuniyet gururu</w:t>
            </w:r>
          </w:p>
        </w:tc>
        <w:tc>
          <w:tcPr>
            <w:tcW w:w="1278" w:type="dxa"/>
          </w:tcPr>
          <w:p w14:paraId="391BC5B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3,81</w:t>
            </w:r>
          </w:p>
        </w:tc>
        <w:tc>
          <w:tcPr>
            <w:tcW w:w="1278" w:type="dxa"/>
          </w:tcPr>
          <w:p w14:paraId="797DA21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4,15</w:t>
            </w:r>
          </w:p>
        </w:tc>
        <w:tc>
          <w:tcPr>
            <w:tcW w:w="1278" w:type="dxa"/>
          </w:tcPr>
          <w:p w14:paraId="63BF988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0,34</w:t>
            </w:r>
          </w:p>
        </w:tc>
        <w:tc>
          <w:tcPr>
            <w:tcW w:w="1278" w:type="dxa"/>
          </w:tcPr>
          <w:p w14:paraId="484A726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60,5</w:t>
            </w:r>
          </w:p>
        </w:tc>
        <w:tc>
          <w:tcPr>
            <w:tcW w:w="1278" w:type="dxa"/>
          </w:tcPr>
          <w:p w14:paraId="6B1344E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65,0</w:t>
            </w:r>
          </w:p>
        </w:tc>
        <w:tc>
          <w:tcPr>
            <w:tcW w:w="1278" w:type="dxa"/>
          </w:tcPr>
          <w:p w14:paraId="5D469B2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4,5</w:t>
            </w:r>
          </w:p>
        </w:tc>
      </w:tr>
      <w:tr w:rsidR="00680C58" w:rsidRPr="008E2AAE" w14:paraId="77ED0CDC" w14:textId="77777777" w:rsidTr="00680C58">
        <w:tc>
          <w:tcPr>
            <w:cnfStyle w:val="001000000000" w:firstRow="0" w:lastRow="0" w:firstColumn="1" w:lastColumn="0" w:oddVBand="0" w:evenVBand="0" w:oddHBand="0" w:evenHBand="0" w:firstRowFirstColumn="0" w:firstRowLastColumn="0" w:lastRowFirstColumn="0" w:lastRowLastColumn="0"/>
            <w:tcW w:w="1278" w:type="dxa"/>
          </w:tcPr>
          <w:p w14:paraId="2EEAB116" w14:textId="77777777" w:rsidR="00680C58" w:rsidRPr="008E2AAE" w:rsidRDefault="00000000" w:rsidP="008E2AAE">
            <w:pPr>
              <w:jc w:val="both"/>
              <w:rPr>
                <w:lang w:val="tr-TR"/>
              </w:rPr>
            </w:pPr>
            <w:r w:rsidRPr="008E2AAE">
              <w:rPr>
                <w:sz w:val="16"/>
                <w:lang w:val="tr-TR"/>
              </w:rPr>
              <w:t>M02</w:t>
            </w:r>
          </w:p>
        </w:tc>
        <w:tc>
          <w:tcPr>
            <w:tcW w:w="1278" w:type="dxa"/>
          </w:tcPr>
          <w:p w14:paraId="7C9868F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Bilinçli üniversite tercihi</w:t>
            </w:r>
          </w:p>
        </w:tc>
        <w:tc>
          <w:tcPr>
            <w:tcW w:w="1278" w:type="dxa"/>
          </w:tcPr>
          <w:p w14:paraId="7DFEB81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3,86</w:t>
            </w:r>
          </w:p>
        </w:tc>
        <w:tc>
          <w:tcPr>
            <w:tcW w:w="1278" w:type="dxa"/>
          </w:tcPr>
          <w:p w14:paraId="2FEA5D8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4,00</w:t>
            </w:r>
          </w:p>
        </w:tc>
        <w:tc>
          <w:tcPr>
            <w:tcW w:w="1278" w:type="dxa"/>
          </w:tcPr>
          <w:p w14:paraId="4D13871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0,14</w:t>
            </w:r>
          </w:p>
        </w:tc>
        <w:tc>
          <w:tcPr>
            <w:tcW w:w="1278" w:type="dxa"/>
          </w:tcPr>
          <w:p w14:paraId="013194C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65,4</w:t>
            </w:r>
          </w:p>
        </w:tc>
        <w:tc>
          <w:tcPr>
            <w:tcW w:w="1278" w:type="dxa"/>
          </w:tcPr>
          <w:p w14:paraId="66249A6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70,0</w:t>
            </w:r>
          </w:p>
        </w:tc>
        <w:tc>
          <w:tcPr>
            <w:tcW w:w="1278" w:type="dxa"/>
          </w:tcPr>
          <w:p w14:paraId="25458AD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4,6</w:t>
            </w:r>
          </w:p>
        </w:tc>
      </w:tr>
      <w:tr w:rsidR="00680C58" w:rsidRPr="008E2AAE" w14:paraId="5BDE6326"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5C134630" w14:textId="77777777" w:rsidR="00680C58" w:rsidRPr="008E2AAE" w:rsidRDefault="00000000" w:rsidP="008E2AAE">
            <w:pPr>
              <w:jc w:val="both"/>
              <w:rPr>
                <w:lang w:val="tr-TR"/>
              </w:rPr>
            </w:pPr>
            <w:r w:rsidRPr="008E2AAE">
              <w:rPr>
                <w:sz w:val="16"/>
                <w:lang w:val="tr-TR"/>
              </w:rPr>
              <w:t>M03</w:t>
            </w:r>
          </w:p>
        </w:tc>
        <w:tc>
          <w:tcPr>
            <w:tcW w:w="1278" w:type="dxa"/>
          </w:tcPr>
          <w:p w14:paraId="6A78796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 xml:space="preserve">Tercih öncesi </w:t>
            </w:r>
            <w:r w:rsidRPr="008E2AAE">
              <w:rPr>
                <w:sz w:val="16"/>
                <w:lang w:val="tr-TR"/>
              </w:rPr>
              <w:lastRenderedPageBreak/>
              <w:t>program bilgisi</w:t>
            </w:r>
          </w:p>
        </w:tc>
        <w:tc>
          <w:tcPr>
            <w:tcW w:w="1278" w:type="dxa"/>
          </w:tcPr>
          <w:p w14:paraId="2AD72A3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lastRenderedPageBreak/>
              <w:t>4,10</w:t>
            </w:r>
          </w:p>
        </w:tc>
        <w:tc>
          <w:tcPr>
            <w:tcW w:w="1278" w:type="dxa"/>
          </w:tcPr>
          <w:p w14:paraId="1B7B046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4,55</w:t>
            </w:r>
          </w:p>
        </w:tc>
        <w:tc>
          <w:tcPr>
            <w:tcW w:w="1278" w:type="dxa"/>
          </w:tcPr>
          <w:p w14:paraId="5964B26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0,45</w:t>
            </w:r>
          </w:p>
        </w:tc>
        <w:tc>
          <w:tcPr>
            <w:tcW w:w="1278" w:type="dxa"/>
          </w:tcPr>
          <w:p w14:paraId="071C916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74,6</w:t>
            </w:r>
          </w:p>
        </w:tc>
        <w:tc>
          <w:tcPr>
            <w:tcW w:w="1278" w:type="dxa"/>
          </w:tcPr>
          <w:p w14:paraId="6E02E58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85,0</w:t>
            </w:r>
          </w:p>
        </w:tc>
        <w:tc>
          <w:tcPr>
            <w:tcW w:w="1278" w:type="dxa"/>
          </w:tcPr>
          <w:p w14:paraId="002D107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10,4</w:t>
            </w:r>
          </w:p>
        </w:tc>
      </w:tr>
      <w:tr w:rsidR="00680C58" w:rsidRPr="008E2AAE" w14:paraId="7A62B8E0" w14:textId="77777777" w:rsidTr="00680C58">
        <w:tc>
          <w:tcPr>
            <w:cnfStyle w:val="001000000000" w:firstRow="0" w:lastRow="0" w:firstColumn="1" w:lastColumn="0" w:oddVBand="0" w:evenVBand="0" w:oddHBand="0" w:evenHBand="0" w:firstRowFirstColumn="0" w:firstRowLastColumn="0" w:lastRowFirstColumn="0" w:lastRowLastColumn="0"/>
            <w:tcW w:w="1278" w:type="dxa"/>
          </w:tcPr>
          <w:p w14:paraId="7D8E9D8A" w14:textId="77777777" w:rsidR="00680C58" w:rsidRPr="008E2AAE" w:rsidRDefault="00000000" w:rsidP="008E2AAE">
            <w:pPr>
              <w:jc w:val="both"/>
              <w:rPr>
                <w:lang w:val="tr-TR"/>
              </w:rPr>
            </w:pPr>
            <w:r w:rsidRPr="008E2AAE">
              <w:rPr>
                <w:sz w:val="16"/>
                <w:lang w:val="tr-TR"/>
              </w:rPr>
              <w:t>M04</w:t>
            </w:r>
          </w:p>
        </w:tc>
        <w:tc>
          <w:tcPr>
            <w:tcW w:w="1278" w:type="dxa"/>
          </w:tcPr>
          <w:p w14:paraId="633EC59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Eğitim düzeyinin yeterliliği</w:t>
            </w:r>
          </w:p>
        </w:tc>
        <w:tc>
          <w:tcPr>
            <w:tcW w:w="1278" w:type="dxa"/>
          </w:tcPr>
          <w:p w14:paraId="7A2E576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3,68</w:t>
            </w:r>
          </w:p>
        </w:tc>
        <w:tc>
          <w:tcPr>
            <w:tcW w:w="1278" w:type="dxa"/>
          </w:tcPr>
          <w:p w14:paraId="5EDC747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3,75</w:t>
            </w:r>
          </w:p>
        </w:tc>
        <w:tc>
          <w:tcPr>
            <w:tcW w:w="1278" w:type="dxa"/>
          </w:tcPr>
          <w:p w14:paraId="4A6DF0B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0,07</w:t>
            </w:r>
          </w:p>
        </w:tc>
        <w:tc>
          <w:tcPr>
            <w:tcW w:w="1278" w:type="dxa"/>
          </w:tcPr>
          <w:p w14:paraId="76B7BE3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60,1</w:t>
            </w:r>
          </w:p>
        </w:tc>
        <w:tc>
          <w:tcPr>
            <w:tcW w:w="1278" w:type="dxa"/>
          </w:tcPr>
          <w:p w14:paraId="0209573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50,0</w:t>
            </w:r>
          </w:p>
        </w:tc>
        <w:tc>
          <w:tcPr>
            <w:tcW w:w="1278" w:type="dxa"/>
          </w:tcPr>
          <w:p w14:paraId="3B63AFF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-10,1</w:t>
            </w:r>
          </w:p>
        </w:tc>
      </w:tr>
      <w:tr w:rsidR="00680C58" w:rsidRPr="008E2AAE" w14:paraId="125E2E0B"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385B5CEA" w14:textId="77777777" w:rsidR="00680C58" w:rsidRPr="008E2AAE" w:rsidRDefault="00000000" w:rsidP="008E2AAE">
            <w:pPr>
              <w:jc w:val="both"/>
              <w:rPr>
                <w:lang w:val="tr-TR"/>
              </w:rPr>
            </w:pPr>
            <w:r w:rsidRPr="008E2AAE">
              <w:rPr>
                <w:sz w:val="16"/>
                <w:lang w:val="tr-TR"/>
              </w:rPr>
              <w:t>M05</w:t>
            </w:r>
          </w:p>
        </w:tc>
        <w:tc>
          <w:tcPr>
            <w:tcW w:w="1278" w:type="dxa"/>
          </w:tcPr>
          <w:p w14:paraId="24085A4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Sunulan olanakların yeterliliği</w:t>
            </w:r>
          </w:p>
        </w:tc>
        <w:tc>
          <w:tcPr>
            <w:tcW w:w="1278" w:type="dxa"/>
          </w:tcPr>
          <w:p w14:paraId="6F7CCE8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3,28</w:t>
            </w:r>
          </w:p>
        </w:tc>
        <w:tc>
          <w:tcPr>
            <w:tcW w:w="1278" w:type="dxa"/>
          </w:tcPr>
          <w:p w14:paraId="220CF93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3,40</w:t>
            </w:r>
          </w:p>
        </w:tc>
        <w:tc>
          <w:tcPr>
            <w:tcW w:w="1278" w:type="dxa"/>
          </w:tcPr>
          <w:p w14:paraId="66C1DF3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0,12</w:t>
            </w:r>
          </w:p>
        </w:tc>
        <w:tc>
          <w:tcPr>
            <w:tcW w:w="1278" w:type="dxa"/>
          </w:tcPr>
          <w:p w14:paraId="369E17B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46,1</w:t>
            </w:r>
          </w:p>
        </w:tc>
        <w:tc>
          <w:tcPr>
            <w:tcW w:w="1278" w:type="dxa"/>
          </w:tcPr>
          <w:p w14:paraId="6A00277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45,0</w:t>
            </w:r>
          </w:p>
        </w:tc>
        <w:tc>
          <w:tcPr>
            <w:tcW w:w="1278" w:type="dxa"/>
          </w:tcPr>
          <w:p w14:paraId="22F7AAB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w:t>
            </w:r>
          </w:p>
        </w:tc>
      </w:tr>
      <w:tr w:rsidR="00680C58" w:rsidRPr="008E2AAE" w14:paraId="532D1C53" w14:textId="77777777" w:rsidTr="00680C58">
        <w:tc>
          <w:tcPr>
            <w:cnfStyle w:val="001000000000" w:firstRow="0" w:lastRow="0" w:firstColumn="1" w:lastColumn="0" w:oddVBand="0" w:evenVBand="0" w:oddHBand="0" w:evenHBand="0" w:firstRowFirstColumn="0" w:firstRowLastColumn="0" w:lastRowFirstColumn="0" w:lastRowLastColumn="0"/>
            <w:tcW w:w="1278" w:type="dxa"/>
          </w:tcPr>
          <w:p w14:paraId="42190881" w14:textId="77777777" w:rsidR="00680C58" w:rsidRPr="008E2AAE" w:rsidRDefault="00000000" w:rsidP="008E2AAE">
            <w:pPr>
              <w:jc w:val="both"/>
              <w:rPr>
                <w:lang w:val="tr-TR"/>
              </w:rPr>
            </w:pPr>
            <w:r w:rsidRPr="008E2AAE">
              <w:rPr>
                <w:sz w:val="16"/>
                <w:lang w:val="tr-TR"/>
              </w:rPr>
              <w:t>M06</w:t>
            </w:r>
          </w:p>
        </w:tc>
        <w:tc>
          <w:tcPr>
            <w:tcW w:w="1278" w:type="dxa"/>
          </w:tcPr>
          <w:p w14:paraId="556812A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Alan bilgisini kullanma becerisi</w:t>
            </w:r>
          </w:p>
        </w:tc>
        <w:tc>
          <w:tcPr>
            <w:tcW w:w="1278" w:type="dxa"/>
          </w:tcPr>
          <w:p w14:paraId="14A0900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3,68</w:t>
            </w:r>
          </w:p>
        </w:tc>
        <w:tc>
          <w:tcPr>
            <w:tcW w:w="1278" w:type="dxa"/>
          </w:tcPr>
          <w:p w14:paraId="6EC2EE1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3,80</w:t>
            </w:r>
          </w:p>
        </w:tc>
        <w:tc>
          <w:tcPr>
            <w:tcW w:w="1278" w:type="dxa"/>
          </w:tcPr>
          <w:p w14:paraId="4735622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0,12</w:t>
            </w:r>
          </w:p>
        </w:tc>
        <w:tc>
          <w:tcPr>
            <w:tcW w:w="1278" w:type="dxa"/>
          </w:tcPr>
          <w:p w14:paraId="6603D5B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60,1</w:t>
            </w:r>
          </w:p>
        </w:tc>
        <w:tc>
          <w:tcPr>
            <w:tcW w:w="1278" w:type="dxa"/>
          </w:tcPr>
          <w:p w14:paraId="3C2B0CB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60,0</w:t>
            </w:r>
          </w:p>
        </w:tc>
        <w:tc>
          <w:tcPr>
            <w:tcW w:w="1278" w:type="dxa"/>
          </w:tcPr>
          <w:p w14:paraId="5A92F77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-0,1</w:t>
            </w:r>
          </w:p>
        </w:tc>
      </w:tr>
      <w:tr w:rsidR="00680C58" w:rsidRPr="008E2AAE" w14:paraId="7536B88F"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04A4728C" w14:textId="77777777" w:rsidR="00680C58" w:rsidRPr="008E2AAE" w:rsidRDefault="00000000" w:rsidP="008E2AAE">
            <w:pPr>
              <w:jc w:val="both"/>
              <w:rPr>
                <w:lang w:val="tr-TR"/>
              </w:rPr>
            </w:pPr>
            <w:r w:rsidRPr="008E2AAE">
              <w:rPr>
                <w:sz w:val="16"/>
                <w:lang w:val="tr-TR"/>
              </w:rPr>
              <w:t>M07</w:t>
            </w:r>
          </w:p>
        </w:tc>
        <w:tc>
          <w:tcPr>
            <w:tcW w:w="1278" w:type="dxa"/>
          </w:tcPr>
          <w:p w14:paraId="33CB28E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hayatına yönelik danışmanlık</w:t>
            </w:r>
          </w:p>
        </w:tc>
        <w:tc>
          <w:tcPr>
            <w:tcW w:w="1278" w:type="dxa"/>
          </w:tcPr>
          <w:p w14:paraId="13ECB05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3,62</w:t>
            </w:r>
          </w:p>
        </w:tc>
        <w:tc>
          <w:tcPr>
            <w:tcW w:w="1278" w:type="dxa"/>
          </w:tcPr>
          <w:p w14:paraId="7A35903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3,50</w:t>
            </w:r>
          </w:p>
        </w:tc>
        <w:tc>
          <w:tcPr>
            <w:tcW w:w="1278" w:type="dxa"/>
          </w:tcPr>
          <w:p w14:paraId="73EB221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-0,12</w:t>
            </w:r>
          </w:p>
        </w:tc>
        <w:tc>
          <w:tcPr>
            <w:tcW w:w="1278" w:type="dxa"/>
          </w:tcPr>
          <w:p w14:paraId="1E87B38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61,4</w:t>
            </w:r>
          </w:p>
        </w:tc>
        <w:tc>
          <w:tcPr>
            <w:tcW w:w="1278" w:type="dxa"/>
          </w:tcPr>
          <w:p w14:paraId="56FF46E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60,0</w:t>
            </w:r>
          </w:p>
        </w:tc>
        <w:tc>
          <w:tcPr>
            <w:tcW w:w="1278" w:type="dxa"/>
          </w:tcPr>
          <w:p w14:paraId="1A4F748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-1,4</w:t>
            </w:r>
          </w:p>
        </w:tc>
      </w:tr>
      <w:tr w:rsidR="00680C58" w:rsidRPr="008E2AAE" w14:paraId="418A7CB3" w14:textId="77777777" w:rsidTr="00680C58">
        <w:tc>
          <w:tcPr>
            <w:cnfStyle w:val="001000000000" w:firstRow="0" w:lastRow="0" w:firstColumn="1" w:lastColumn="0" w:oddVBand="0" w:evenVBand="0" w:oddHBand="0" w:evenHBand="0" w:firstRowFirstColumn="0" w:firstRowLastColumn="0" w:lastRowFirstColumn="0" w:lastRowLastColumn="0"/>
            <w:tcW w:w="1278" w:type="dxa"/>
          </w:tcPr>
          <w:p w14:paraId="4F532B67" w14:textId="77777777" w:rsidR="00680C58" w:rsidRPr="008E2AAE" w:rsidRDefault="00000000" w:rsidP="008E2AAE">
            <w:pPr>
              <w:jc w:val="both"/>
              <w:rPr>
                <w:lang w:val="tr-TR"/>
              </w:rPr>
            </w:pPr>
            <w:r w:rsidRPr="008E2AAE">
              <w:rPr>
                <w:sz w:val="16"/>
                <w:lang w:val="tr-TR"/>
              </w:rPr>
              <w:t>M08</w:t>
            </w:r>
          </w:p>
        </w:tc>
        <w:tc>
          <w:tcPr>
            <w:tcW w:w="1278" w:type="dxa"/>
          </w:tcPr>
          <w:p w14:paraId="44B4E60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Bilgiye ulaşma ve araştırma</w:t>
            </w:r>
          </w:p>
        </w:tc>
        <w:tc>
          <w:tcPr>
            <w:tcW w:w="1278" w:type="dxa"/>
          </w:tcPr>
          <w:p w14:paraId="6AE8C18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3,78</w:t>
            </w:r>
          </w:p>
        </w:tc>
        <w:tc>
          <w:tcPr>
            <w:tcW w:w="1278" w:type="dxa"/>
          </w:tcPr>
          <w:p w14:paraId="7E5539F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4,15</w:t>
            </w:r>
          </w:p>
        </w:tc>
        <w:tc>
          <w:tcPr>
            <w:tcW w:w="1278" w:type="dxa"/>
          </w:tcPr>
          <w:p w14:paraId="269DEEE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0,37</w:t>
            </w:r>
          </w:p>
        </w:tc>
        <w:tc>
          <w:tcPr>
            <w:tcW w:w="1278" w:type="dxa"/>
          </w:tcPr>
          <w:p w14:paraId="13E21D7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63,2</w:t>
            </w:r>
          </w:p>
        </w:tc>
        <w:tc>
          <w:tcPr>
            <w:tcW w:w="1278" w:type="dxa"/>
          </w:tcPr>
          <w:p w14:paraId="6490E4A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80,0</w:t>
            </w:r>
          </w:p>
        </w:tc>
        <w:tc>
          <w:tcPr>
            <w:tcW w:w="1278" w:type="dxa"/>
          </w:tcPr>
          <w:p w14:paraId="25A18C2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16,8</w:t>
            </w:r>
          </w:p>
        </w:tc>
      </w:tr>
      <w:tr w:rsidR="00680C58" w:rsidRPr="008E2AAE" w14:paraId="255A39B5"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78DEB245" w14:textId="77777777" w:rsidR="00680C58" w:rsidRPr="008E2AAE" w:rsidRDefault="00000000" w:rsidP="008E2AAE">
            <w:pPr>
              <w:jc w:val="both"/>
              <w:rPr>
                <w:lang w:val="tr-TR"/>
              </w:rPr>
            </w:pPr>
            <w:r w:rsidRPr="008E2AAE">
              <w:rPr>
                <w:sz w:val="16"/>
                <w:lang w:val="tr-TR"/>
              </w:rPr>
              <w:t>M09</w:t>
            </w:r>
          </w:p>
        </w:tc>
        <w:tc>
          <w:tcPr>
            <w:tcW w:w="1278" w:type="dxa"/>
          </w:tcPr>
          <w:p w14:paraId="1269F9B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İletişim becerileri</w:t>
            </w:r>
          </w:p>
        </w:tc>
        <w:tc>
          <w:tcPr>
            <w:tcW w:w="1278" w:type="dxa"/>
          </w:tcPr>
          <w:p w14:paraId="069D32C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4,07</w:t>
            </w:r>
          </w:p>
        </w:tc>
        <w:tc>
          <w:tcPr>
            <w:tcW w:w="1278" w:type="dxa"/>
          </w:tcPr>
          <w:p w14:paraId="57B2B61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4,55</w:t>
            </w:r>
          </w:p>
        </w:tc>
        <w:tc>
          <w:tcPr>
            <w:tcW w:w="1278" w:type="dxa"/>
          </w:tcPr>
          <w:p w14:paraId="7E00857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0,48</w:t>
            </w:r>
          </w:p>
        </w:tc>
        <w:tc>
          <w:tcPr>
            <w:tcW w:w="1278" w:type="dxa"/>
          </w:tcPr>
          <w:p w14:paraId="750D22C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74,1</w:t>
            </w:r>
          </w:p>
        </w:tc>
        <w:tc>
          <w:tcPr>
            <w:tcW w:w="1278" w:type="dxa"/>
          </w:tcPr>
          <w:p w14:paraId="13FB685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90,0</w:t>
            </w:r>
          </w:p>
        </w:tc>
        <w:tc>
          <w:tcPr>
            <w:tcW w:w="1278" w:type="dxa"/>
          </w:tcPr>
          <w:p w14:paraId="2EDE687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15,9</w:t>
            </w:r>
          </w:p>
        </w:tc>
      </w:tr>
      <w:tr w:rsidR="00680C58" w:rsidRPr="008E2AAE" w14:paraId="5A604F4E" w14:textId="77777777" w:rsidTr="00680C58">
        <w:tc>
          <w:tcPr>
            <w:cnfStyle w:val="001000000000" w:firstRow="0" w:lastRow="0" w:firstColumn="1" w:lastColumn="0" w:oddVBand="0" w:evenVBand="0" w:oddHBand="0" w:evenHBand="0" w:firstRowFirstColumn="0" w:firstRowLastColumn="0" w:lastRowFirstColumn="0" w:lastRowLastColumn="0"/>
            <w:tcW w:w="1278" w:type="dxa"/>
          </w:tcPr>
          <w:p w14:paraId="11648922" w14:textId="77777777" w:rsidR="00680C58" w:rsidRPr="008E2AAE" w:rsidRDefault="00000000" w:rsidP="008E2AAE">
            <w:pPr>
              <w:jc w:val="both"/>
              <w:rPr>
                <w:lang w:val="tr-TR"/>
              </w:rPr>
            </w:pPr>
            <w:r w:rsidRPr="008E2AAE">
              <w:rPr>
                <w:sz w:val="16"/>
                <w:lang w:val="tr-TR"/>
              </w:rPr>
              <w:t>M10</w:t>
            </w:r>
          </w:p>
        </w:tc>
        <w:tc>
          <w:tcPr>
            <w:tcW w:w="1278" w:type="dxa"/>
          </w:tcPr>
          <w:p w14:paraId="58ED8F8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Etik ve mesleki sorumluluk</w:t>
            </w:r>
          </w:p>
        </w:tc>
        <w:tc>
          <w:tcPr>
            <w:tcW w:w="1278" w:type="dxa"/>
          </w:tcPr>
          <w:p w14:paraId="2CA908E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4,01</w:t>
            </w:r>
          </w:p>
        </w:tc>
        <w:tc>
          <w:tcPr>
            <w:tcW w:w="1278" w:type="dxa"/>
          </w:tcPr>
          <w:p w14:paraId="6BC6BF2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4,40</w:t>
            </w:r>
          </w:p>
        </w:tc>
        <w:tc>
          <w:tcPr>
            <w:tcW w:w="1278" w:type="dxa"/>
          </w:tcPr>
          <w:p w14:paraId="42A15C4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0,39</w:t>
            </w:r>
          </w:p>
        </w:tc>
        <w:tc>
          <w:tcPr>
            <w:tcW w:w="1278" w:type="dxa"/>
          </w:tcPr>
          <w:p w14:paraId="435E8A9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72,8</w:t>
            </w:r>
          </w:p>
        </w:tc>
        <w:tc>
          <w:tcPr>
            <w:tcW w:w="1278" w:type="dxa"/>
          </w:tcPr>
          <w:p w14:paraId="1CF727B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80,0</w:t>
            </w:r>
          </w:p>
        </w:tc>
        <w:tc>
          <w:tcPr>
            <w:tcW w:w="1278" w:type="dxa"/>
          </w:tcPr>
          <w:p w14:paraId="50BC143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7,2</w:t>
            </w:r>
          </w:p>
        </w:tc>
      </w:tr>
      <w:tr w:rsidR="00680C58" w:rsidRPr="008E2AAE" w14:paraId="361FC706"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3BCF4E8F" w14:textId="77777777" w:rsidR="00680C58" w:rsidRPr="008E2AAE" w:rsidRDefault="00000000" w:rsidP="008E2AAE">
            <w:pPr>
              <w:jc w:val="both"/>
              <w:rPr>
                <w:lang w:val="tr-TR"/>
              </w:rPr>
            </w:pPr>
            <w:r w:rsidRPr="008E2AAE">
              <w:rPr>
                <w:sz w:val="16"/>
                <w:lang w:val="tr-TR"/>
              </w:rPr>
              <w:t>M11</w:t>
            </w:r>
          </w:p>
        </w:tc>
        <w:tc>
          <w:tcPr>
            <w:tcW w:w="1278" w:type="dxa"/>
          </w:tcPr>
          <w:p w14:paraId="1B059B0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Mesleki yabancı dil</w:t>
            </w:r>
          </w:p>
        </w:tc>
        <w:tc>
          <w:tcPr>
            <w:tcW w:w="1278" w:type="dxa"/>
          </w:tcPr>
          <w:p w14:paraId="4118C4D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2,93</w:t>
            </w:r>
          </w:p>
        </w:tc>
        <w:tc>
          <w:tcPr>
            <w:tcW w:w="1278" w:type="dxa"/>
          </w:tcPr>
          <w:p w14:paraId="6E44448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3,25</w:t>
            </w:r>
          </w:p>
        </w:tc>
        <w:tc>
          <w:tcPr>
            <w:tcW w:w="1278" w:type="dxa"/>
          </w:tcPr>
          <w:p w14:paraId="4C05890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0,32</w:t>
            </w:r>
          </w:p>
        </w:tc>
        <w:tc>
          <w:tcPr>
            <w:tcW w:w="1278" w:type="dxa"/>
          </w:tcPr>
          <w:p w14:paraId="0B67460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37,7</w:t>
            </w:r>
          </w:p>
        </w:tc>
        <w:tc>
          <w:tcPr>
            <w:tcW w:w="1278" w:type="dxa"/>
          </w:tcPr>
          <w:p w14:paraId="13F6955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50,0</w:t>
            </w:r>
          </w:p>
        </w:tc>
        <w:tc>
          <w:tcPr>
            <w:tcW w:w="1278" w:type="dxa"/>
          </w:tcPr>
          <w:p w14:paraId="75CC352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12,3</w:t>
            </w:r>
          </w:p>
        </w:tc>
      </w:tr>
      <w:tr w:rsidR="00680C58" w:rsidRPr="008E2AAE" w14:paraId="7F995195" w14:textId="77777777" w:rsidTr="00680C58">
        <w:tc>
          <w:tcPr>
            <w:cnfStyle w:val="001000000000" w:firstRow="0" w:lastRow="0" w:firstColumn="1" w:lastColumn="0" w:oddVBand="0" w:evenVBand="0" w:oddHBand="0" w:evenHBand="0" w:firstRowFirstColumn="0" w:firstRowLastColumn="0" w:lastRowFirstColumn="0" w:lastRowLastColumn="0"/>
            <w:tcW w:w="1278" w:type="dxa"/>
          </w:tcPr>
          <w:p w14:paraId="7C23114F" w14:textId="77777777" w:rsidR="00680C58" w:rsidRPr="008E2AAE" w:rsidRDefault="00000000" w:rsidP="008E2AAE">
            <w:pPr>
              <w:jc w:val="both"/>
              <w:rPr>
                <w:lang w:val="tr-TR"/>
              </w:rPr>
            </w:pPr>
            <w:r w:rsidRPr="008E2AAE">
              <w:rPr>
                <w:sz w:val="16"/>
                <w:lang w:val="tr-TR"/>
              </w:rPr>
              <w:t>M12</w:t>
            </w:r>
          </w:p>
        </w:tc>
        <w:tc>
          <w:tcPr>
            <w:tcW w:w="1278" w:type="dxa"/>
          </w:tcPr>
          <w:p w14:paraId="685C059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Bilgisayar kullanma yetkinliği</w:t>
            </w:r>
          </w:p>
        </w:tc>
        <w:tc>
          <w:tcPr>
            <w:tcW w:w="1278" w:type="dxa"/>
          </w:tcPr>
          <w:p w14:paraId="2D50A39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3,22</w:t>
            </w:r>
          </w:p>
        </w:tc>
        <w:tc>
          <w:tcPr>
            <w:tcW w:w="1278" w:type="dxa"/>
          </w:tcPr>
          <w:p w14:paraId="09A1ABB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3,25</w:t>
            </w:r>
          </w:p>
        </w:tc>
        <w:tc>
          <w:tcPr>
            <w:tcW w:w="1278" w:type="dxa"/>
          </w:tcPr>
          <w:p w14:paraId="1A45FBC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0,03</w:t>
            </w:r>
          </w:p>
        </w:tc>
        <w:tc>
          <w:tcPr>
            <w:tcW w:w="1278" w:type="dxa"/>
          </w:tcPr>
          <w:p w14:paraId="09D8C8C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43,9</w:t>
            </w:r>
          </w:p>
        </w:tc>
        <w:tc>
          <w:tcPr>
            <w:tcW w:w="1278" w:type="dxa"/>
          </w:tcPr>
          <w:p w14:paraId="5C9B38B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45,0</w:t>
            </w:r>
          </w:p>
        </w:tc>
        <w:tc>
          <w:tcPr>
            <w:tcW w:w="1278" w:type="dxa"/>
          </w:tcPr>
          <w:p w14:paraId="49DB5D5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1,1</w:t>
            </w:r>
          </w:p>
        </w:tc>
      </w:tr>
      <w:tr w:rsidR="00680C58" w:rsidRPr="008E2AAE" w14:paraId="01697785"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37DBC60D" w14:textId="77777777" w:rsidR="00680C58" w:rsidRPr="008E2AAE" w:rsidRDefault="00000000" w:rsidP="008E2AAE">
            <w:pPr>
              <w:jc w:val="both"/>
              <w:rPr>
                <w:lang w:val="tr-TR"/>
              </w:rPr>
            </w:pPr>
            <w:r w:rsidRPr="008E2AAE">
              <w:rPr>
                <w:sz w:val="16"/>
                <w:lang w:val="tr-TR"/>
              </w:rPr>
              <w:t>M13</w:t>
            </w:r>
          </w:p>
        </w:tc>
        <w:tc>
          <w:tcPr>
            <w:tcW w:w="1278" w:type="dxa"/>
          </w:tcPr>
          <w:p w14:paraId="0549C36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dünyasında mezunlara tutum</w:t>
            </w:r>
          </w:p>
        </w:tc>
        <w:tc>
          <w:tcPr>
            <w:tcW w:w="1278" w:type="dxa"/>
          </w:tcPr>
          <w:p w14:paraId="79DA28B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3,19</w:t>
            </w:r>
          </w:p>
        </w:tc>
        <w:tc>
          <w:tcPr>
            <w:tcW w:w="1278" w:type="dxa"/>
          </w:tcPr>
          <w:p w14:paraId="4159270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3,25</w:t>
            </w:r>
          </w:p>
        </w:tc>
        <w:tc>
          <w:tcPr>
            <w:tcW w:w="1278" w:type="dxa"/>
          </w:tcPr>
          <w:p w14:paraId="143B586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0,06</w:t>
            </w:r>
          </w:p>
        </w:tc>
        <w:tc>
          <w:tcPr>
            <w:tcW w:w="1278" w:type="dxa"/>
          </w:tcPr>
          <w:p w14:paraId="43BBB3A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42,1</w:t>
            </w:r>
          </w:p>
        </w:tc>
        <w:tc>
          <w:tcPr>
            <w:tcW w:w="1278" w:type="dxa"/>
          </w:tcPr>
          <w:p w14:paraId="12E8AD2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40,0</w:t>
            </w:r>
          </w:p>
        </w:tc>
        <w:tc>
          <w:tcPr>
            <w:tcW w:w="1278" w:type="dxa"/>
          </w:tcPr>
          <w:p w14:paraId="034822B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-2,1</w:t>
            </w:r>
          </w:p>
        </w:tc>
      </w:tr>
      <w:tr w:rsidR="00680C58" w:rsidRPr="008E2AAE" w14:paraId="6AE9EB04" w14:textId="77777777" w:rsidTr="00680C58">
        <w:tc>
          <w:tcPr>
            <w:cnfStyle w:val="001000000000" w:firstRow="0" w:lastRow="0" w:firstColumn="1" w:lastColumn="0" w:oddVBand="0" w:evenVBand="0" w:oddHBand="0" w:evenHBand="0" w:firstRowFirstColumn="0" w:firstRowLastColumn="0" w:lastRowFirstColumn="0" w:lastRowLastColumn="0"/>
            <w:tcW w:w="1278" w:type="dxa"/>
          </w:tcPr>
          <w:p w14:paraId="461AC80A" w14:textId="77777777" w:rsidR="00680C58" w:rsidRPr="008E2AAE" w:rsidRDefault="00000000" w:rsidP="008E2AAE">
            <w:pPr>
              <w:jc w:val="both"/>
              <w:rPr>
                <w:lang w:val="tr-TR"/>
              </w:rPr>
            </w:pPr>
            <w:r w:rsidRPr="008E2AAE">
              <w:rPr>
                <w:sz w:val="16"/>
                <w:lang w:val="tr-TR"/>
              </w:rPr>
              <w:t>M14</w:t>
            </w:r>
          </w:p>
        </w:tc>
        <w:tc>
          <w:tcPr>
            <w:tcW w:w="1278" w:type="dxa"/>
          </w:tcPr>
          <w:p w14:paraId="0C79043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Genel eğitim memnuniyeti</w:t>
            </w:r>
          </w:p>
        </w:tc>
        <w:tc>
          <w:tcPr>
            <w:tcW w:w="1278" w:type="dxa"/>
          </w:tcPr>
          <w:p w14:paraId="19A4726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3,68</w:t>
            </w:r>
          </w:p>
        </w:tc>
        <w:tc>
          <w:tcPr>
            <w:tcW w:w="1278" w:type="dxa"/>
          </w:tcPr>
          <w:p w14:paraId="54C49B0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3,70</w:t>
            </w:r>
          </w:p>
        </w:tc>
        <w:tc>
          <w:tcPr>
            <w:tcW w:w="1278" w:type="dxa"/>
          </w:tcPr>
          <w:p w14:paraId="157C205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0,02</w:t>
            </w:r>
          </w:p>
        </w:tc>
        <w:tc>
          <w:tcPr>
            <w:tcW w:w="1278" w:type="dxa"/>
          </w:tcPr>
          <w:p w14:paraId="55F1069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58,8</w:t>
            </w:r>
          </w:p>
        </w:tc>
        <w:tc>
          <w:tcPr>
            <w:tcW w:w="1278" w:type="dxa"/>
          </w:tcPr>
          <w:p w14:paraId="1A97958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50,0</w:t>
            </w:r>
          </w:p>
        </w:tc>
        <w:tc>
          <w:tcPr>
            <w:tcW w:w="1278" w:type="dxa"/>
          </w:tcPr>
          <w:p w14:paraId="4450CD8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-8,8</w:t>
            </w:r>
          </w:p>
        </w:tc>
      </w:tr>
      <w:tr w:rsidR="00680C58" w:rsidRPr="008E2AAE" w14:paraId="50872341"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2AE9E806" w14:textId="77777777" w:rsidR="00680C58" w:rsidRPr="008E2AAE" w:rsidRDefault="00000000" w:rsidP="008E2AAE">
            <w:pPr>
              <w:jc w:val="both"/>
              <w:rPr>
                <w:lang w:val="tr-TR"/>
              </w:rPr>
            </w:pPr>
            <w:r w:rsidRPr="008E2AAE">
              <w:rPr>
                <w:sz w:val="16"/>
                <w:lang w:val="tr-TR"/>
              </w:rPr>
              <w:t>M15</w:t>
            </w:r>
          </w:p>
        </w:tc>
        <w:tc>
          <w:tcPr>
            <w:tcW w:w="1278" w:type="dxa"/>
          </w:tcPr>
          <w:p w14:paraId="6A76F37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Üniversiteyi tekrar seçme</w:t>
            </w:r>
          </w:p>
        </w:tc>
        <w:tc>
          <w:tcPr>
            <w:tcW w:w="1278" w:type="dxa"/>
          </w:tcPr>
          <w:p w14:paraId="7067DCE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3,55</w:t>
            </w:r>
          </w:p>
        </w:tc>
        <w:tc>
          <w:tcPr>
            <w:tcW w:w="1278" w:type="dxa"/>
          </w:tcPr>
          <w:p w14:paraId="5B9333C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3,75</w:t>
            </w:r>
          </w:p>
        </w:tc>
        <w:tc>
          <w:tcPr>
            <w:tcW w:w="1278" w:type="dxa"/>
          </w:tcPr>
          <w:p w14:paraId="3935743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0,20</w:t>
            </w:r>
          </w:p>
        </w:tc>
        <w:tc>
          <w:tcPr>
            <w:tcW w:w="1278" w:type="dxa"/>
          </w:tcPr>
          <w:p w14:paraId="52B83A8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57,0</w:t>
            </w:r>
          </w:p>
        </w:tc>
        <w:tc>
          <w:tcPr>
            <w:tcW w:w="1278" w:type="dxa"/>
          </w:tcPr>
          <w:p w14:paraId="00AADB2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55,0</w:t>
            </w:r>
          </w:p>
        </w:tc>
        <w:tc>
          <w:tcPr>
            <w:tcW w:w="1278" w:type="dxa"/>
          </w:tcPr>
          <w:p w14:paraId="35A6869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w:t>
            </w:r>
          </w:p>
        </w:tc>
      </w:tr>
      <w:tr w:rsidR="00680C58" w:rsidRPr="008E2AAE" w14:paraId="3C43BD19" w14:textId="77777777" w:rsidTr="00680C58">
        <w:tc>
          <w:tcPr>
            <w:cnfStyle w:val="001000000000" w:firstRow="0" w:lastRow="0" w:firstColumn="1" w:lastColumn="0" w:oddVBand="0" w:evenVBand="0" w:oddHBand="0" w:evenHBand="0" w:firstRowFirstColumn="0" w:firstRowLastColumn="0" w:lastRowFirstColumn="0" w:lastRowLastColumn="0"/>
            <w:tcW w:w="1278" w:type="dxa"/>
          </w:tcPr>
          <w:p w14:paraId="6B606155" w14:textId="77777777" w:rsidR="00680C58" w:rsidRPr="008E2AAE" w:rsidRDefault="00000000" w:rsidP="008E2AAE">
            <w:pPr>
              <w:jc w:val="both"/>
              <w:rPr>
                <w:lang w:val="tr-TR"/>
              </w:rPr>
            </w:pPr>
            <w:r w:rsidRPr="008E2AAE">
              <w:rPr>
                <w:sz w:val="16"/>
                <w:lang w:val="tr-TR"/>
              </w:rPr>
              <w:t>M16</w:t>
            </w:r>
          </w:p>
        </w:tc>
        <w:tc>
          <w:tcPr>
            <w:tcW w:w="1278" w:type="dxa"/>
          </w:tcPr>
          <w:p w14:paraId="6B82E93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Bölümü tekrar seçme</w:t>
            </w:r>
          </w:p>
        </w:tc>
        <w:tc>
          <w:tcPr>
            <w:tcW w:w="1278" w:type="dxa"/>
          </w:tcPr>
          <w:p w14:paraId="183A066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3,86</w:t>
            </w:r>
          </w:p>
        </w:tc>
        <w:tc>
          <w:tcPr>
            <w:tcW w:w="1278" w:type="dxa"/>
          </w:tcPr>
          <w:p w14:paraId="0514570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4,45</w:t>
            </w:r>
          </w:p>
        </w:tc>
        <w:tc>
          <w:tcPr>
            <w:tcW w:w="1278" w:type="dxa"/>
          </w:tcPr>
          <w:p w14:paraId="785BE84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0,59</w:t>
            </w:r>
          </w:p>
        </w:tc>
        <w:tc>
          <w:tcPr>
            <w:tcW w:w="1278" w:type="dxa"/>
          </w:tcPr>
          <w:p w14:paraId="78EA0CB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67,5</w:t>
            </w:r>
          </w:p>
        </w:tc>
        <w:tc>
          <w:tcPr>
            <w:tcW w:w="1278" w:type="dxa"/>
          </w:tcPr>
          <w:p w14:paraId="45F668C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85,0</w:t>
            </w:r>
          </w:p>
        </w:tc>
        <w:tc>
          <w:tcPr>
            <w:tcW w:w="1278" w:type="dxa"/>
          </w:tcPr>
          <w:p w14:paraId="191E58D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17,5</w:t>
            </w:r>
          </w:p>
        </w:tc>
      </w:tr>
      <w:tr w:rsidR="00680C58" w:rsidRPr="008E2AAE" w14:paraId="178AA48D"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0DBA455F" w14:textId="77777777" w:rsidR="00680C58" w:rsidRPr="008E2AAE" w:rsidRDefault="00000000" w:rsidP="008E2AAE">
            <w:pPr>
              <w:jc w:val="both"/>
              <w:rPr>
                <w:lang w:val="tr-TR"/>
              </w:rPr>
            </w:pPr>
            <w:r w:rsidRPr="008E2AAE">
              <w:rPr>
                <w:sz w:val="16"/>
                <w:lang w:val="tr-TR"/>
              </w:rPr>
              <w:t>M17</w:t>
            </w:r>
          </w:p>
        </w:tc>
        <w:tc>
          <w:tcPr>
            <w:tcW w:w="1278" w:type="dxa"/>
          </w:tcPr>
          <w:p w14:paraId="3E04067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Üniversiteyi tavsiye etme</w:t>
            </w:r>
          </w:p>
        </w:tc>
        <w:tc>
          <w:tcPr>
            <w:tcW w:w="1278" w:type="dxa"/>
          </w:tcPr>
          <w:p w14:paraId="3B78922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3,64</w:t>
            </w:r>
          </w:p>
        </w:tc>
        <w:tc>
          <w:tcPr>
            <w:tcW w:w="1278" w:type="dxa"/>
          </w:tcPr>
          <w:p w14:paraId="1B8B4E8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3,95</w:t>
            </w:r>
          </w:p>
        </w:tc>
        <w:tc>
          <w:tcPr>
            <w:tcW w:w="1278" w:type="dxa"/>
          </w:tcPr>
          <w:p w14:paraId="4A50C75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0,31</w:t>
            </w:r>
          </w:p>
        </w:tc>
        <w:tc>
          <w:tcPr>
            <w:tcW w:w="1278" w:type="dxa"/>
          </w:tcPr>
          <w:p w14:paraId="17FC523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56,6</w:t>
            </w:r>
          </w:p>
        </w:tc>
        <w:tc>
          <w:tcPr>
            <w:tcW w:w="1278" w:type="dxa"/>
          </w:tcPr>
          <w:p w14:paraId="45E9BF6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60,0</w:t>
            </w:r>
          </w:p>
        </w:tc>
        <w:tc>
          <w:tcPr>
            <w:tcW w:w="1278" w:type="dxa"/>
          </w:tcPr>
          <w:p w14:paraId="33607C3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3,4</w:t>
            </w:r>
          </w:p>
        </w:tc>
      </w:tr>
    </w:tbl>
    <w:p w14:paraId="3CD762C8" w14:textId="77777777" w:rsidR="00680C58" w:rsidRPr="008E2AAE" w:rsidRDefault="00000000" w:rsidP="008E2AAE">
      <w:pPr>
        <w:jc w:val="both"/>
        <w:rPr>
          <w:lang w:val="tr-TR"/>
        </w:rPr>
      </w:pPr>
      <w:r w:rsidRPr="008E2AAE">
        <w:rPr>
          <w:noProof/>
          <w:lang w:val="tr-TR"/>
        </w:rPr>
        <w:lastRenderedPageBreak/>
        <w:drawing>
          <wp:inline distT="0" distB="0" distL="0" distR="0" wp14:anchorId="2E103096" wp14:editId="3E24A6A9">
            <wp:extent cx="6126480" cy="4084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dde_karsilastirma.png"/>
                    <pic:cNvPicPr/>
                  </pic:nvPicPr>
                  <pic:blipFill>
                    <a:blip r:embed="rId9"/>
                    <a:stretch>
                      <a:fillRect/>
                    </a:stretch>
                  </pic:blipFill>
                  <pic:spPr>
                    <a:xfrm>
                      <a:off x="0" y="0"/>
                      <a:ext cx="6126480" cy="4084320"/>
                    </a:xfrm>
                    <a:prstGeom prst="rect">
                      <a:avLst/>
                    </a:prstGeom>
                  </pic:spPr>
                </pic:pic>
              </a:graphicData>
            </a:graphic>
          </wp:inline>
        </w:drawing>
      </w:r>
    </w:p>
    <w:p w14:paraId="2DF556EB" w14:textId="77777777" w:rsidR="00680C58" w:rsidRPr="008E2AAE" w:rsidRDefault="00000000" w:rsidP="008E2AAE">
      <w:pPr>
        <w:jc w:val="both"/>
        <w:rPr>
          <w:lang w:val="tr-TR"/>
        </w:rPr>
      </w:pPr>
      <w:r w:rsidRPr="008E2AAE">
        <w:rPr>
          <w:lang w:val="tr-TR"/>
        </w:rPr>
        <w:t>Olumlu yanıt oranında geç mezun lehine en büyük farklar bölümü tekrar seçme (+17,5 yüzde puan), bilgiye ulaşma ve araştırma (+16,8), iletişim becerileri (+15,9) ve mesleki yabancı dil (+12,3) maddelerindedir. Ortalama puan farkı en yüksek madde de bölümü tekrar seçmedir (+0,59 puan). Bunlar mezunların farklı kuşak ve deneyim bileşimlerini yansıtan betimsel farklardır.</w:t>
      </w:r>
    </w:p>
    <w:p w14:paraId="38143B0E" w14:textId="77777777" w:rsidR="00680C58" w:rsidRPr="008E2AAE" w:rsidRDefault="00000000" w:rsidP="008E2AAE">
      <w:pPr>
        <w:jc w:val="both"/>
        <w:rPr>
          <w:lang w:val="tr-TR"/>
        </w:rPr>
      </w:pPr>
      <w:r w:rsidRPr="008E2AAE">
        <w:rPr>
          <w:lang w:val="tr-TR"/>
        </w:rPr>
        <w:t xml:space="preserve">Yeni mezun lehine en büyük olumlu oran farkları eğitim düzeyinin yeterliliği (geç eksi yeni: −10,1 yüzde puan) ve genel eğitim memnuniyetidir (−8,8 yüzde puan). Ancak eğitim yeterliliği ortalaması geç mezunlarda 3,75, yeni mezunlarda 3,68’dir. Bu örnek, </w:t>
      </w:r>
      <w:proofErr w:type="spellStart"/>
      <w:r w:rsidRPr="008E2AAE">
        <w:rPr>
          <w:lang w:val="tr-TR"/>
        </w:rPr>
        <w:t>eşiklenmiş</w:t>
      </w:r>
      <w:proofErr w:type="spellEnd"/>
      <w:r w:rsidRPr="008E2AAE">
        <w:rPr>
          <w:lang w:val="tr-TR"/>
        </w:rPr>
        <w:t xml:space="preserve"> olumlu yanıt oranının tek başına bütün dağılımı temsil etmediğini göstermektedir.</w:t>
      </w:r>
    </w:p>
    <w:p w14:paraId="7B2A5F13" w14:textId="77777777" w:rsidR="00680C58" w:rsidRPr="008E2AAE" w:rsidRDefault="00000000" w:rsidP="008E2AAE">
      <w:pPr>
        <w:jc w:val="both"/>
        <w:rPr>
          <w:lang w:val="tr-TR"/>
        </w:rPr>
      </w:pPr>
      <w:r w:rsidRPr="008E2AAE">
        <w:rPr>
          <w:lang w:val="tr-TR"/>
        </w:rPr>
        <w:t>Sunulan olanaklar, alan bilgisini kullanma, danışmanlık ve bilgisayar yetkinliğinde olumlu oran farkları yaklaşık 0–1,5 yüzde puan aralığındadır. Bu alanlarda gruplar arası farktan çok her iki grubun ortak ihtiyaçları üzerinde durulmalıdır. Genel eğitim memnuniyeti ortalamasındaki yalnızca +0,02 puan fark da güçlü bir grup ayrışmasına işaret etmemektedir.</w:t>
      </w:r>
    </w:p>
    <w:p w14:paraId="238E57B0" w14:textId="77777777" w:rsidR="00680C58" w:rsidRPr="008E2AAE" w:rsidRDefault="00000000" w:rsidP="008E2AAE">
      <w:pPr>
        <w:jc w:val="both"/>
        <w:rPr>
          <w:lang w:val="tr-TR"/>
        </w:rPr>
      </w:pPr>
      <w:r w:rsidRPr="008E2AAE">
        <w:rPr>
          <w:lang w:val="tr-TR"/>
        </w:rPr>
        <w:t>17 maddenin eşit ağırlıklı betimsel ortalaması yeni mezunlarda 3,64, geç mezunlarda 3,87’dir. Tercih davranışları, beceriler ve bağlılık gibi farklı yapıları bir araya getirdiğinden bu özetin “genel eğitim memnuniyeti” maddesinin yerine kullanılması uygun değildir.</w:t>
      </w:r>
    </w:p>
    <w:p w14:paraId="26C6B11D" w14:textId="77777777" w:rsidR="00680C58" w:rsidRPr="008E2AAE" w:rsidRDefault="00000000" w:rsidP="008E2AAE">
      <w:pPr>
        <w:jc w:val="both"/>
        <w:rPr>
          <w:lang w:val="tr-TR"/>
        </w:rPr>
      </w:pPr>
      <w:r w:rsidRPr="008E2AAE">
        <w:rPr>
          <w:lang w:val="tr-TR"/>
        </w:rPr>
        <w:t>İstatistiksel anlamlılık testi veya p değeri raporlanmamıştır. Dengesiz örneklem büyüklükleri, 17 ayrı madde, birim/program bileşimi farklılıkları ve gönüllü katılım olasılığı nedeniyle betimsel sonuçların karar destek amacıyla kullanılması tercih edilmiştir. Görülen farklar “anlamlı artış”, “etki” veya “iyileşme kanıtı” olarak adlandırılmamalıdır.</w:t>
      </w:r>
    </w:p>
    <w:p w14:paraId="2F856586" w14:textId="77777777" w:rsidR="00680C58" w:rsidRPr="008E2AAE" w:rsidRDefault="00000000" w:rsidP="008E2AAE">
      <w:pPr>
        <w:pStyle w:val="Balk1"/>
        <w:jc w:val="both"/>
        <w:rPr>
          <w:lang w:val="tr-TR"/>
        </w:rPr>
      </w:pPr>
      <w:r w:rsidRPr="008E2AAE">
        <w:rPr>
          <w:lang w:val="tr-TR"/>
        </w:rPr>
        <w:t>9. Ana karşılaştırma dışındaki kayıtlar</w:t>
      </w:r>
    </w:p>
    <w:p w14:paraId="2B94A42A" w14:textId="77777777" w:rsidR="00680C58" w:rsidRPr="008E2AAE" w:rsidRDefault="00000000" w:rsidP="008E2AAE">
      <w:pPr>
        <w:jc w:val="both"/>
        <w:rPr>
          <w:lang w:val="tr-TR"/>
        </w:rPr>
      </w:pPr>
      <w:r w:rsidRPr="008E2AAE">
        <w:rPr>
          <w:lang w:val="tr-TR"/>
        </w:rPr>
        <w:t>2020 ve 2021 mezunlarından oluşan 3 yıldan eski grupta dört kayıt vardır. Bunların ikisi çalışmakta, çalışanlardan biri alanıyla ilgili çalışmaktadır. Genel eğitim memnuniyeti ortalaması 4,75, olumlu yanıt oranı %100,0’dır (4/4). Bu çok küçük grup ana iki gruba katılmamış ve bir trend kanıtı olarak yorumlanmamıştır. Ayrıntılı madde sonuçları Excel dosyasında ayrı tutulmuştur.</w:t>
      </w:r>
    </w:p>
    <w:p w14:paraId="006ABAF9" w14:textId="77777777" w:rsidR="00680C58" w:rsidRPr="008E2AAE" w:rsidRDefault="00000000" w:rsidP="008E2AAE">
      <w:pPr>
        <w:jc w:val="both"/>
        <w:rPr>
          <w:lang w:val="tr-TR"/>
        </w:rPr>
      </w:pPr>
      <w:r w:rsidRPr="008E2AAE">
        <w:rPr>
          <w:lang w:val="tr-TR"/>
        </w:rPr>
        <w:lastRenderedPageBreak/>
        <w:t>2029 mezuniyet yılı belirtilen kayıt, mezuniyet bilgisi doğrulanana kadar yeni/geç mezun sonuçlarına dahil edilmemelidir. “2024_2025” kaydı ise grubu etkilemeyen bir yıl belirsizliği taşımaktadır; kayıt yeni mezun analizinde korunmuş, mezuniyet yılı dağılımında ayrı gösterilmiştir.</w:t>
      </w:r>
    </w:p>
    <w:p w14:paraId="1993A286" w14:textId="77777777" w:rsidR="00680C58" w:rsidRPr="008E2AAE" w:rsidRDefault="00000000" w:rsidP="008E2AAE">
      <w:pPr>
        <w:pStyle w:val="Balk1"/>
        <w:jc w:val="both"/>
        <w:rPr>
          <w:lang w:val="tr-TR"/>
        </w:rPr>
      </w:pPr>
      <w:r w:rsidRPr="008E2AAE">
        <w:rPr>
          <w:lang w:val="tr-TR"/>
        </w:rPr>
        <w:t>10. Bulgulara dayalı önerilen PUKÖ eylem planı</w:t>
      </w:r>
    </w:p>
    <w:p w14:paraId="4FCEADC5" w14:textId="77777777" w:rsidR="00680C58" w:rsidRPr="008E2AAE" w:rsidRDefault="00000000" w:rsidP="008E2AAE">
      <w:pPr>
        <w:jc w:val="both"/>
        <w:rPr>
          <w:lang w:val="tr-TR"/>
        </w:rPr>
      </w:pPr>
      <w:r w:rsidRPr="008E2AAE">
        <w:rPr>
          <w:lang w:val="tr-TR"/>
        </w:rPr>
        <w:t>Aşağıdaki plan öneridir; kurumsal olarak onaylanmış karar, gerçekleştirilmiş faaliyet veya tamamlanmış iyileştirme değildir. Süreler raporun yetkili birimlerce kabulünden itibaren önerilmiştir. Hedefler başlangıç bulgularına dayalı taslak eşiklerdir; sonraki ölçümde benzer soru, grup kuralı ve program bileşimi korunarak izlenmelidir.</w:t>
      </w:r>
    </w:p>
    <w:p w14:paraId="46ED41A9" w14:textId="77777777" w:rsidR="00680C58" w:rsidRPr="008E2AAE" w:rsidRDefault="00000000" w:rsidP="008E2AAE">
      <w:pPr>
        <w:pStyle w:val="Balk1"/>
        <w:jc w:val="both"/>
        <w:rPr>
          <w:lang w:val="tr-TR"/>
        </w:rPr>
      </w:pPr>
      <w:r w:rsidRPr="008E2AAE">
        <w:rPr>
          <w:lang w:val="tr-TR"/>
        </w:rPr>
        <w:t>10.1. Mesleki yabancı dil</w:t>
      </w:r>
    </w:p>
    <w:p w14:paraId="16FCBF86" w14:textId="77777777" w:rsidR="00680C58" w:rsidRPr="008E2AAE" w:rsidRDefault="00000000" w:rsidP="008E2AAE">
      <w:pPr>
        <w:jc w:val="both"/>
        <w:rPr>
          <w:lang w:val="tr-TR"/>
        </w:rPr>
      </w:pPr>
      <w:r w:rsidRPr="008E2AAE">
        <w:rPr>
          <w:lang w:val="tr-TR"/>
        </w:rPr>
        <w:t>Başlangıç kanıtı: Yeni %37,7; geç %50,0 olumlu.</w:t>
      </w:r>
    </w:p>
    <w:p w14:paraId="794C23F6" w14:textId="77777777" w:rsidR="00680C58" w:rsidRPr="008E2AAE" w:rsidRDefault="00000000" w:rsidP="008E2AAE">
      <w:pPr>
        <w:jc w:val="both"/>
        <w:rPr>
          <w:lang w:val="tr-TR"/>
        </w:rPr>
      </w:pPr>
      <w:r w:rsidRPr="008E2AAE">
        <w:rPr>
          <w:lang w:val="tr-TR"/>
        </w:rPr>
        <w:t>Planla ve uygula: Mesleğe özgü dil ihtiyaçlarını program bazında belirle; uygulamalı kısa modül ve konuşma/mesleki okuma desteği planla.</w:t>
      </w:r>
    </w:p>
    <w:p w14:paraId="790C7B9D" w14:textId="77777777" w:rsidR="00680C58" w:rsidRPr="008E2AAE" w:rsidRDefault="00000000" w:rsidP="008E2AAE">
      <w:pPr>
        <w:jc w:val="both"/>
        <w:rPr>
          <w:lang w:val="tr-TR"/>
        </w:rPr>
      </w:pPr>
      <w:r w:rsidRPr="008E2AAE">
        <w:rPr>
          <w:lang w:val="tr-TR"/>
        </w:rPr>
        <w:t>Önerilen koordinasyon: İlgili akademik birimler + dil eğitimi birimleri. Süre: İlk 3 ay plan; 6–12 ay uygulama.</w:t>
      </w:r>
    </w:p>
    <w:p w14:paraId="6EEF41C6" w14:textId="77777777" w:rsidR="00680C58" w:rsidRPr="008E2AAE" w:rsidRDefault="00000000" w:rsidP="008E2AAE">
      <w:pPr>
        <w:jc w:val="both"/>
        <w:rPr>
          <w:lang w:val="tr-TR"/>
        </w:rPr>
      </w:pPr>
      <w:r w:rsidRPr="008E2AAE">
        <w:rPr>
          <w:lang w:val="tr-TR"/>
        </w:rPr>
        <w:t xml:space="preserve">Kontrol et: Katılım/tamamlama, ön-son beceri görevi; sonraki ankette yeni mezun olumlu oranında +5 </w:t>
      </w:r>
      <w:proofErr w:type="spellStart"/>
      <w:r w:rsidRPr="008E2AAE">
        <w:rPr>
          <w:lang w:val="tr-TR"/>
        </w:rPr>
        <w:t>yp</w:t>
      </w:r>
      <w:proofErr w:type="spellEnd"/>
      <w:r w:rsidRPr="008E2AAE">
        <w:rPr>
          <w:lang w:val="tr-TR"/>
        </w:rPr>
        <w:t xml:space="preserve"> taslak hedef.</w:t>
      </w:r>
    </w:p>
    <w:p w14:paraId="6BBB3FFD" w14:textId="77777777" w:rsidR="00680C58" w:rsidRPr="008E2AAE" w:rsidRDefault="00000000" w:rsidP="008E2AAE">
      <w:pPr>
        <w:jc w:val="both"/>
        <w:rPr>
          <w:lang w:val="tr-TR"/>
        </w:rPr>
      </w:pPr>
      <w:r w:rsidRPr="008E2AAE">
        <w:rPr>
          <w:lang w:val="tr-TR"/>
        </w:rPr>
        <w:t xml:space="preserve">Önlem al: İzleme sonucu ilgili kurulda değerlendirilir; hedefin karşılanmadığı alanlarda neden analizi yapılarak içerik, erişim veya uygulama yöntemi </w:t>
      </w:r>
      <w:proofErr w:type="gramStart"/>
      <w:r w:rsidRPr="008E2AAE">
        <w:rPr>
          <w:lang w:val="tr-TR"/>
        </w:rPr>
        <w:t>revize edilir</w:t>
      </w:r>
      <w:proofErr w:type="gramEnd"/>
      <w:r w:rsidRPr="008E2AAE">
        <w:rPr>
          <w:lang w:val="tr-TR"/>
        </w:rPr>
        <w:t>. Karar ve takip ölçümü kanıt dosyasına eklenir.</w:t>
      </w:r>
    </w:p>
    <w:p w14:paraId="0992BEE1" w14:textId="77777777" w:rsidR="00680C58" w:rsidRPr="008E2AAE" w:rsidRDefault="00000000" w:rsidP="008E2AAE">
      <w:pPr>
        <w:pStyle w:val="Balk1"/>
        <w:jc w:val="both"/>
        <w:rPr>
          <w:lang w:val="tr-TR"/>
        </w:rPr>
      </w:pPr>
      <w:r w:rsidRPr="008E2AAE">
        <w:rPr>
          <w:lang w:val="tr-TR"/>
        </w:rPr>
        <w:t>10.2. Dijital yetkinlik</w:t>
      </w:r>
    </w:p>
    <w:p w14:paraId="5DB17BDA" w14:textId="77777777" w:rsidR="00680C58" w:rsidRPr="008E2AAE" w:rsidRDefault="00000000" w:rsidP="008E2AAE">
      <w:pPr>
        <w:jc w:val="both"/>
        <w:rPr>
          <w:lang w:val="tr-TR"/>
        </w:rPr>
      </w:pPr>
      <w:r w:rsidRPr="008E2AAE">
        <w:rPr>
          <w:lang w:val="tr-TR"/>
        </w:rPr>
        <w:t>Başlangıç kanıtı: Yeni %43,9; geç %45,0 olumlu.</w:t>
      </w:r>
    </w:p>
    <w:p w14:paraId="7CE94A49" w14:textId="77777777" w:rsidR="00680C58" w:rsidRPr="008E2AAE" w:rsidRDefault="00000000" w:rsidP="008E2AAE">
      <w:pPr>
        <w:jc w:val="both"/>
        <w:rPr>
          <w:lang w:val="tr-TR"/>
        </w:rPr>
      </w:pPr>
      <w:r w:rsidRPr="008E2AAE">
        <w:rPr>
          <w:lang w:val="tr-TR"/>
        </w:rPr>
        <w:t>Planla ve uygula: Alan yazılımları ve bilgisayar kullanımındaki ihtiyaçları belirle; uygulamalı atölye ve erişim desteği sun.</w:t>
      </w:r>
    </w:p>
    <w:p w14:paraId="1CD3C889" w14:textId="77777777" w:rsidR="00680C58" w:rsidRPr="008E2AAE" w:rsidRDefault="00000000" w:rsidP="008E2AAE">
      <w:pPr>
        <w:jc w:val="both"/>
        <w:rPr>
          <w:lang w:val="tr-TR"/>
        </w:rPr>
      </w:pPr>
      <w:r w:rsidRPr="008E2AAE">
        <w:rPr>
          <w:lang w:val="tr-TR"/>
        </w:rPr>
        <w:t>Önerilen koordinasyon: Akademik birimler + ilgili bilgi işlem/dijital destek birimleri. Süre: 3–6 ay.</w:t>
      </w:r>
    </w:p>
    <w:p w14:paraId="03C0E68C" w14:textId="77777777" w:rsidR="00680C58" w:rsidRPr="008E2AAE" w:rsidRDefault="00000000" w:rsidP="008E2AAE">
      <w:pPr>
        <w:jc w:val="both"/>
        <w:rPr>
          <w:lang w:val="tr-TR"/>
        </w:rPr>
      </w:pPr>
      <w:r w:rsidRPr="008E2AAE">
        <w:rPr>
          <w:lang w:val="tr-TR"/>
        </w:rPr>
        <w:t xml:space="preserve">Kontrol et: Atölye tamamlama ve uygulama başarısı; aynı maddede +5 </w:t>
      </w:r>
      <w:proofErr w:type="spellStart"/>
      <w:r w:rsidRPr="008E2AAE">
        <w:rPr>
          <w:lang w:val="tr-TR"/>
        </w:rPr>
        <w:t>yp</w:t>
      </w:r>
      <w:proofErr w:type="spellEnd"/>
      <w:r w:rsidRPr="008E2AAE">
        <w:rPr>
          <w:lang w:val="tr-TR"/>
        </w:rPr>
        <w:t xml:space="preserve"> taslak hedef.</w:t>
      </w:r>
    </w:p>
    <w:p w14:paraId="1A5933DF" w14:textId="77777777" w:rsidR="00680C58" w:rsidRPr="008E2AAE" w:rsidRDefault="00000000" w:rsidP="008E2AAE">
      <w:pPr>
        <w:jc w:val="both"/>
        <w:rPr>
          <w:lang w:val="tr-TR"/>
        </w:rPr>
      </w:pPr>
      <w:r w:rsidRPr="008E2AAE">
        <w:rPr>
          <w:lang w:val="tr-TR"/>
        </w:rPr>
        <w:t xml:space="preserve">Önlem al: İzleme sonucu ilgili kurulda değerlendirilir; hedefin karşılanmadığı alanlarda neden analizi yapılarak içerik, erişim veya uygulama yöntemi </w:t>
      </w:r>
      <w:proofErr w:type="gramStart"/>
      <w:r w:rsidRPr="008E2AAE">
        <w:rPr>
          <w:lang w:val="tr-TR"/>
        </w:rPr>
        <w:t>revize edilir</w:t>
      </w:r>
      <w:proofErr w:type="gramEnd"/>
      <w:r w:rsidRPr="008E2AAE">
        <w:rPr>
          <w:lang w:val="tr-TR"/>
        </w:rPr>
        <w:t>. Karar ve takip ölçümü kanıt dosyasına eklenir.</w:t>
      </w:r>
    </w:p>
    <w:p w14:paraId="6B27AF87" w14:textId="77777777" w:rsidR="00680C58" w:rsidRPr="008E2AAE" w:rsidRDefault="00000000" w:rsidP="008E2AAE">
      <w:pPr>
        <w:pStyle w:val="Balk1"/>
        <w:jc w:val="both"/>
        <w:rPr>
          <w:lang w:val="tr-TR"/>
        </w:rPr>
      </w:pPr>
      <w:r w:rsidRPr="008E2AAE">
        <w:rPr>
          <w:lang w:val="tr-TR"/>
        </w:rPr>
        <w:t>10.3. Olanaklara erişim</w:t>
      </w:r>
    </w:p>
    <w:p w14:paraId="6C85ACC0" w14:textId="77777777" w:rsidR="00680C58" w:rsidRPr="008E2AAE" w:rsidRDefault="00000000" w:rsidP="008E2AAE">
      <w:pPr>
        <w:jc w:val="both"/>
        <w:rPr>
          <w:lang w:val="tr-TR"/>
        </w:rPr>
      </w:pPr>
      <w:r w:rsidRPr="008E2AAE">
        <w:rPr>
          <w:lang w:val="tr-TR"/>
        </w:rPr>
        <w:t>Başlangıç kanıtı: Yeni %46,1; geç %45,0 olumlu.</w:t>
      </w:r>
    </w:p>
    <w:p w14:paraId="5F41325E" w14:textId="77777777" w:rsidR="00680C58" w:rsidRPr="008E2AAE" w:rsidRDefault="00000000" w:rsidP="008E2AAE">
      <w:pPr>
        <w:jc w:val="both"/>
        <w:rPr>
          <w:lang w:val="tr-TR"/>
        </w:rPr>
      </w:pPr>
      <w:r w:rsidRPr="008E2AAE">
        <w:rPr>
          <w:lang w:val="tr-TR"/>
        </w:rPr>
        <w:t>Planla ve uygula: Laboratuvar, yazılım, kütüphane ve çalışma alanı için ayrı sorularla sorunun yerini belirle; öncelikli eksikleri planla.</w:t>
      </w:r>
    </w:p>
    <w:p w14:paraId="63361A49" w14:textId="77777777" w:rsidR="00680C58" w:rsidRPr="008E2AAE" w:rsidRDefault="00000000" w:rsidP="008E2AAE">
      <w:pPr>
        <w:jc w:val="both"/>
        <w:rPr>
          <w:lang w:val="tr-TR"/>
        </w:rPr>
      </w:pPr>
      <w:r w:rsidRPr="008E2AAE">
        <w:rPr>
          <w:lang w:val="tr-TR"/>
        </w:rPr>
        <w:t>Önerilen koordinasyon: Akademik birimler + ilgili idari birimler. Süre: 3 ay tanılama; 6–12 ay düzeltme.</w:t>
      </w:r>
    </w:p>
    <w:p w14:paraId="2D9B5011" w14:textId="77777777" w:rsidR="00680C58" w:rsidRPr="008E2AAE" w:rsidRDefault="00000000" w:rsidP="008E2AAE">
      <w:pPr>
        <w:jc w:val="both"/>
        <w:rPr>
          <w:lang w:val="tr-TR"/>
        </w:rPr>
      </w:pPr>
      <w:r w:rsidRPr="008E2AAE">
        <w:rPr>
          <w:lang w:val="tr-TR"/>
        </w:rPr>
        <w:t xml:space="preserve">Kontrol et: Birim bazında sorun/çözüm kaydı, kullanım verisi; olumlu oranda +5 </w:t>
      </w:r>
      <w:proofErr w:type="spellStart"/>
      <w:r w:rsidRPr="008E2AAE">
        <w:rPr>
          <w:lang w:val="tr-TR"/>
        </w:rPr>
        <w:t>yp</w:t>
      </w:r>
      <w:proofErr w:type="spellEnd"/>
      <w:r w:rsidRPr="008E2AAE">
        <w:rPr>
          <w:lang w:val="tr-TR"/>
        </w:rPr>
        <w:t xml:space="preserve"> taslak hedef.</w:t>
      </w:r>
    </w:p>
    <w:p w14:paraId="3A5B6515" w14:textId="77777777" w:rsidR="00680C58" w:rsidRPr="008E2AAE" w:rsidRDefault="00000000" w:rsidP="008E2AAE">
      <w:pPr>
        <w:jc w:val="both"/>
        <w:rPr>
          <w:lang w:val="tr-TR"/>
        </w:rPr>
      </w:pPr>
      <w:r w:rsidRPr="008E2AAE">
        <w:rPr>
          <w:lang w:val="tr-TR"/>
        </w:rPr>
        <w:t xml:space="preserve">Önlem al: İzleme sonucu ilgili kurulda değerlendirilir; hedefin karşılanmadığı alanlarda neden analizi yapılarak içerik, erişim veya uygulama yöntemi </w:t>
      </w:r>
      <w:proofErr w:type="gramStart"/>
      <w:r w:rsidRPr="008E2AAE">
        <w:rPr>
          <w:lang w:val="tr-TR"/>
        </w:rPr>
        <w:t>revize edilir</w:t>
      </w:r>
      <w:proofErr w:type="gramEnd"/>
      <w:r w:rsidRPr="008E2AAE">
        <w:rPr>
          <w:lang w:val="tr-TR"/>
        </w:rPr>
        <w:t>. Karar ve takip ölçümü kanıt dosyasına eklenir.</w:t>
      </w:r>
    </w:p>
    <w:p w14:paraId="5F41A65A" w14:textId="77777777" w:rsidR="00680C58" w:rsidRPr="008E2AAE" w:rsidRDefault="00000000" w:rsidP="008E2AAE">
      <w:pPr>
        <w:pStyle w:val="Balk1"/>
        <w:jc w:val="both"/>
        <w:rPr>
          <w:lang w:val="tr-TR"/>
        </w:rPr>
      </w:pPr>
      <w:r w:rsidRPr="008E2AAE">
        <w:rPr>
          <w:lang w:val="tr-TR"/>
        </w:rPr>
        <w:t>10.4. İşe geçiş ve alan uyumu</w:t>
      </w:r>
    </w:p>
    <w:p w14:paraId="7497AEB9" w14:textId="77777777" w:rsidR="00680C58" w:rsidRPr="008E2AAE" w:rsidRDefault="00000000" w:rsidP="008E2AAE">
      <w:pPr>
        <w:jc w:val="both"/>
        <w:rPr>
          <w:lang w:val="tr-TR"/>
        </w:rPr>
      </w:pPr>
      <w:r w:rsidRPr="008E2AAE">
        <w:rPr>
          <w:lang w:val="tr-TR"/>
        </w:rPr>
        <w:t>Başlangıç kanıtı: Yeni çalışma %43,4; çalışanlarda alan uyumu %52,5.</w:t>
      </w:r>
    </w:p>
    <w:p w14:paraId="7A16DBDA" w14:textId="77777777" w:rsidR="00680C58" w:rsidRPr="008E2AAE" w:rsidRDefault="00000000" w:rsidP="008E2AAE">
      <w:pPr>
        <w:jc w:val="both"/>
        <w:rPr>
          <w:lang w:val="tr-TR"/>
        </w:rPr>
      </w:pPr>
      <w:r w:rsidRPr="008E2AAE">
        <w:rPr>
          <w:lang w:val="tr-TR"/>
        </w:rPr>
        <w:lastRenderedPageBreak/>
        <w:t>Planla ve uygula: İş arayanları ayrı belirle; işveren buluşmaları, alan odaklı ilanlar ve bireysel kariyer desteği planla.</w:t>
      </w:r>
    </w:p>
    <w:p w14:paraId="59FD2292" w14:textId="77777777" w:rsidR="00680C58" w:rsidRPr="008E2AAE" w:rsidRDefault="00000000" w:rsidP="008E2AAE">
      <w:pPr>
        <w:jc w:val="both"/>
        <w:rPr>
          <w:lang w:val="tr-TR"/>
        </w:rPr>
      </w:pPr>
      <w:r w:rsidRPr="008E2AAE">
        <w:rPr>
          <w:lang w:val="tr-TR"/>
        </w:rPr>
        <w:t>Önerilen koordinasyon: Kariyer Merkezi + akademik birimler + işveren paydaşları. Süre: 3–12 ay.</w:t>
      </w:r>
    </w:p>
    <w:p w14:paraId="5F2415ED" w14:textId="77777777" w:rsidR="00680C58" w:rsidRPr="008E2AAE" w:rsidRDefault="00000000" w:rsidP="008E2AAE">
      <w:pPr>
        <w:jc w:val="both"/>
        <w:rPr>
          <w:lang w:val="tr-TR"/>
        </w:rPr>
      </w:pPr>
      <w:r w:rsidRPr="008E2AAE">
        <w:rPr>
          <w:lang w:val="tr-TR"/>
        </w:rPr>
        <w:t>Kontrol et: İş arama durumu, hizmet kullanımı, 6/12 aylık izleme, alanında işe giriş; başlangıçtan sonraki ayrı izlemde değerlendirme.</w:t>
      </w:r>
    </w:p>
    <w:p w14:paraId="066A0B9A" w14:textId="77777777" w:rsidR="00680C58" w:rsidRPr="008E2AAE" w:rsidRDefault="00000000" w:rsidP="008E2AAE">
      <w:pPr>
        <w:jc w:val="both"/>
        <w:rPr>
          <w:lang w:val="tr-TR"/>
        </w:rPr>
      </w:pPr>
      <w:r w:rsidRPr="008E2AAE">
        <w:rPr>
          <w:lang w:val="tr-TR"/>
        </w:rPr>
        <w:t xml:space="preserve">Önlem al: İzleme sonucu ilgili kurulda değerlendirilir; hedefin karşılanmadığı alanlarda neden analizi yapılarak içerik, erişim veya uygulama yöntemi </w:t>
      </w:r>
      <w:proofErr w:type="gramStart"/>
      <w:r w:rsidRPr="008E2AAE">
        <w:rPr>
          <w:lang w:val="tr-TR"/>
        </w:rPr>
        <w:t>revize edilir</w:t>
      </w:r>
      <w:proofErr w:type="gramEnd"/>
      <w:r w:rsidRPr="008E2AAE">
        <w:rPr>
          <w:lang w:val="tr-TR"/>
        </w:rPr>
        <w:t>. Karar ve takip ölçümü kanıt dosyasına eklenir.</w:t>
      </w:r>
    </w:p>
    <w:p w14:paraId="2D4BD901" w14:textId="77777777" w:rsidR="00680C58" w:rsidRPr="008E2AAE" w:rsidRDefault="00000000" w:rsidP="008E2AAE">
      <w:pPr>
        <w:pStyle w:val="Balk1"/>
        <w:jc w:val="both"/>
        <w:rPr>
          <w:lang w:val="tr-TR"/>
        </w:rPr>
      </w:pPr>
      <w:r w:rsidRPr="008E2AAE">
        <w:rPr>
          <w:lang w:val="tr-TR"/>
        </w:rPr>
        <w:t>10.5. Mezun–işveren iletişimi</w:t>
      </w:r>
    </w:p>
    <w:p w14:paraId="51D0CED5" w14:textId="77777777" w:rsidR="00680C58" w:rsidRPr="008E2AAE" w:rsidRDefault="00000000" w:rsidP="008E2AAE">
      <w:pPr>
        <w:jc w:val="both"/>
        <w:rPr>
          <w:lang w:val="tr-TR"/>
        </w:rPr>
      </w:pPr>
      <w:r w:rsidRPr="008E2AAE">
        <w:rPr>
          <w:lang w:val="tr-TR"/>
        </w:rPr>
        <w:t>Başlangıç kanıtı: İşveren tutumu algısı: yeni %42,1; geç %40,0.</w:t>
      </w:r>
    </w:p>
    <w:p w14:paraId="529BA88E" w14:textId="77777777" w:rsidR="00680C58" w:rsidRPr="008E2AAE" w:rsidRDefault="00000000" w:rsidP="008E2AAE">
      <w:pPr>
        <w:jc w:val="both"/>
        <w:rPr>
          <w:lang w:val="tr-TR"/>
        </w:rPr>
      </w:pPr>
      <w:r w:rsidRPr="008E2AAE">
        <w:rPr>
          <w:lang w:val="tr-TR"/>
        </w:rPr>
        <w:t>Planla ve uygula: Mezun algısını işveren anketi/odak görüşmesiyle tamamla; program yetkinlikleri ve işveren beklentilerini karşılaştır.</w:t>
      </w:r>
    </w:p>
    <w:p w14:paraId="389E2DFF" w14:textId="77777777" w:rsidR="00680C58" w:rsidRPr="008E2AAE" w:rsidRDefault="00000000" w:rsidP="008E2AAE">
      <w:pPr>
        <w:jc w:val="both"/>
        <w:rPr>
          <w:lang w:val="tr-TR"/>
        </w:rPr>
      </w:pPr>
      <w:r w:rsidRPr="008E2AAE">
        <w:rPr>
          <w:lang w:val="tr-TR"/>
        </w:rPr>
        <w:t>Önerilen koordinasyon: Kariyer Merkezi + bölüm/program yönetimleri. Süre: 6 ay.</w:t>
      </w:r>
    </w:p>
    <w:p w14:paraId="27576462" w14:textId="77777777" w:rsidR="00680C58" w:rsidRPr="008E2AAE" w:rsidRDefault="00000000" w:rsidP="008E2AAE">
      <w:pPr>
        <w:jc w:val="both"/>
        <w:rPr>
          <w:lang w:val="tr-TR"/>
        </w:rPr>
      </w:pPr>
      <w:r w:rsidRPr="008E2AAE">
        <w:rPr>
          <w:lang w:val="tr-TR"/>
        </w:rPr>
        <w:t>Kontrol et: İşveren katılımı, görüşme raporu, müfredat gündem kaydı; mezun algısıyla birlikte izleme.</w:t>
      </w:r>
    </w:p>
    <w:p w14:paraId="5EB2C7C9" w14:textId="77777777" w:rsidR="00680C58" w:rsidRPr="008E2AAE" w:rsidRDefault="00000000" w:rsidP="008E2AAE">
      <w:pPr>
        <w:jc w:val="both"/>
        <w:rPr>
          <w:lang w:val="tr-TR"/>
        </w:rPr>
      </w:pPr>
      <w:r w:rsidRPr="008E2AAE">
        <w:rPr>
          <w:lang w:val="tr-TR"/>
        </w:rPr>
        <w:t xml:space="preserve">Önlem al: İzleme sonucu ilgili kurulda değerlendirilir; hedefin karşılanmadığı alanlarda neden analizi yapılarak içerik, erişim veya uygulama yöntemi </w:t>
      </w:r>
      <w:proofErr w:type="gramStart"/>
      <w:r w:rsidRPr="008E2AAE">
        <w:rPr>
          <w:lang w:val="tr-TR"/>
        </w:rPr>
        <w:t>revize edilir</w:t>
      </w:r>
      <w:proofErr w:type="gramEnd"/>
      <w:r w:rsidRPr="008E2AAE">
        <w:rPr>
          <w:lang w:val="tr-TR"/>
        </w:rPr>
        <w:t>. Karar ve takip ölçümü kanıt dosyasına eklenir.</w:t>
      </w:r>
    </w:p>
    <w:p w14:paraId="0BA74F1A" w14:textId="77777777" w:rsidR="00680C58" w:rsidRPr="008E2AAE" w:rsidRDefault="00000000" w:rsidP="008E2AAE">
      <w:pPr>
        <w:pStyle w:val="Balk1"/>
        <w:jc w:val="both"/>
        <w:rPr>
          <w:lang w:val="tr-TR"/>
        </w:rPr>
      </w:pPr>
      <w:r w:rsidRPr="008E2AAE">
        <w:rPr>
          <w:lang w:val="tr-TR"/>
        </w:rPr>
        <w:t>10.6. Ölçme ve veri kalitesi</w:t>
      </w:r>
    </w:p>
    <w:p w14:paraId="2C924D32" w14:textId="77777777" w:rsidR="00680C58" w:rsidRPr="008E2AAE" w:rsidRDefault="00000000" w:rsidP="008E2AAE">
      <w:pPr>
        <w:jc w:val="both"/>
        <w:rPr>
          <w:lang w:val="tr-TR"/>
        </w:rPr>
      </w:pPr>
      <w:r w:rsidRPr="008E2AAE">
        <w:rPr>
          <w:lang w:val="tr-TR"/>
        </w:rPr>
        <w:t>Başlangıç kanıtı: 19 çalışma/alan uyumu çelişkisi; 1 ileri yıl.</w:t>
      </w:r>
    </w:p>
    <w:p w14:paraId="03A84C36" w14:textId="77777777" w:rsidR="00680C58" w:rsidRPr="008E2AAE" w:rsidRDefault="00000000" w:rsidP="008E2AAE">
      <w:pPr>
        <w:jc w:val="both"/>
        <w:rPr>
          <w:lang w:val="tr-TR"/>
        </w:rPr>
      </w:pPr>
      <w:r w:rsidRPr="008E2AAE">
        <w:rPr>
          <w:lang w:val="tr-TR"/>
        </w:rPr>
        <w:t xml:space="preserve">Planla ve uygula: Mezuniyet tarihini gün/ay/yıl al; çalışmayanlara alan uyumu sorusunu </w:t>
      </w:r>
      <w:proofErr w:type="gramStart"/>
      <w:r w:rsidRPr="008E2AAE">
        <w:rPr>
          <w:lang w:val="tr-TR"/>
        </w:rPr>
        <w:t>atla;</w:t>
      </w:r>
      <w:proofErr w:type="gramEnd"/>
      <w:r w:rsidRPr="008E2AAE">
        <w:rPr>
          <w:lang w:val="tr-TR"/>
        </w:rPr>
        <w:t xml:space="preserve"> tekil anonim yanıt anahtarı ve dönem kapanışı kullan.</w:t>
      </w:r>
    </w:p>
    <w:p w14:paraId="6A806D4F" w14:textId="77777777" w:rsidR="00680C58" w:rsidRPr="008E2AAE" w:rsidRDefault="00000000" w:rsidP="008E2AAE">
      <w:pPr>
        <w:jc w:val="both"/>
        <w:rPr>
          <w:lang w:val="tr-TR"/>
        </w:rPr>
      </w:pPr>
      <w:r w:rsidRPr="008E2AAE">
        <w:rPr>
          <w:lang w:val="tr-TR"/>
        </w:rPr>
        <w:t>Önerilen koordinasyon: Anketi yöneten birim + kalite koordinasyonu. Süre: Bir sonraki uygulama öncesi.</w:t>
      </w:r>
    </w:p>
    <w:p w14:paraId="5BEE6AA8" w14:textId="77777777" w:rsidR="00680C58" w:rsidRPr="008E2AAE" w:rsidRDefault="00000000" w:rsidP="008E2AAE">
      <w:pPr>
        <w:jc w:val="both"/>
        <w:rPr>
          <w:lang w:val="tr-TR"/>
        </w:rPr>
      </w:pPr>
      <w:r w:rsidRPr="008E2AAE">
        <w:rPr>
          <w:lang w:val="tr-TR"/>
        </w:rPr>
        <w:t>Kontrol et: Gelecek tarih ve yönlendirme çelişkisi 0; grup, davet sayısı ve yanıt oranı kayıt altına alınır.</w:t>
      </w:r>
    </w:p>
    <w:p w14:paraId="647E8BA4" w14:textId="77777777" w:rsidR="00680C58" w:rsidRPr="008E2AAE" w:rsidRDefault="00000000" w:rsidP="008E2AAE">
      <w:pPr>
        <w:jc w:val="both"/>
        <w:rPr>
          <w:lang w:val="tr-TR"/>
        </w:rPr>
      </w:pPr>
      <w:r w:rsidRPr="008E2AAE">
        <w:rPr>
          <w:lang w:val="tr-TR"/>
        </w:rPr>
        <w:t xml:space="preserve">Önlem al: İzleme sonucu ilgili kurulda değerlendirilir; hedefin karşılanmadığı alanlarda neden analizi yapılarak içerik, erişim veya uygulama yöntemi </w:t>
      </w:r>
      <w:proofErr w:type="gramStart"/>
      <w:r w:rsidRPr="008E2AAE">
        <w:rPr>
          <w:lang w:val="tr-TR"/>
        </w:rPr>
        <w:t>revize edilir</w:t>
      </w:r>
      <w:proofErr w:type="gramEnd"/>
      <w:r w:rsidRPr="008E2AAE">
        <w:rPr>
          <w:lang w:val="tr-TR"/>
        </w:rPr>
        <w:t>. Karar ve takip ölçümü kanıt dosyasına eklenir.</w:t>
      </w:r>
    </w:p>
    <w:p w14:paraId="65BFFFE6" w14:textId="77777777" w:rsidR="00680C58" w:rsidRPr="008E2AAE" w:rsidRDefault="00000000" w:rsidP="008E2AAE">
      <w:pPr>
        <w:pStyle w:val="Balk1"/>
        <w:jc w:val="both"/>
        <w:rPr>
          <w:lang w:val="tr-TR"/>
        </w:rPr>
      </w:pPr>
      <w:r w:rsidRPr="008E2AAE">
        <w:rPr>
          <w:lang w:val="tr-TR"/>
        </w:rPr>
        <w:t>11. Kalite güvencesi bakımından kanıtın kullanımı</w:t>
      </w:r>
    </w:p>
    <w:p w14:paraId="11C8F4EC" w14:textId="77777777" w:rsidR="00680C58" w:rsidRPr="008E2AAE" w:rsidRDefault="00000000" w:rsidP="008E2AAE">
      <w:pPr>
        <w:jc w:val="both"/>
        <w:rPr>
          <w:lang w:val="tr-TR"/>
        </w:rPr>
      </w:pPr>
      <w:r w:rsidRPr="008E2AAE">
        <w:rPr>
          <w:lang w:val="tr-TR"/>
        </w:rPr>
        <w:t>Anket sonuçları mezun geri bildirimlerinin alındığını ve iki mezuniyet süresi grubunda incelendiğini belgeleyen bir değerlendirme kanıtıdır. PUKÖ döngüsünün tamamlandığını göstermek için tek başına yeterli değildir. Bulguların bölüm/fakülte veya ilgili kurullarda görüşüldüğünü gösteren kararlar, uygulama kayıtları ve takip ölçümleriyle ilişkilendirilmelidir.</w:t>
      </w:r>
    </w:p>
    <w:tbl>
      <w:tblPr>
        <w:tblStyle w:val="AkGlgeleme-Vurgu1"/>
        <w:tblW w:w="0" w:type="auto"/>
        <w:tblLook w:val="04A0" w:firstRow="1" w:lastRow="0" w:firstColumn="1" w:lastColumn="0" w:noHBand="0" w:noVBand="1"/>
      </w:tblPr>
      <w:tblGrid>
        <w:gridCol w:w="5112"/>
        <w:gridCol w:w="5112"/>
      </w:tblGrid>
      <w:tr w:rsidR="00680C58" w:rsidRPr="008E2AAE" w14:paraId="705E1AFD"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2" w:type="dxa"/>
          </w:tcPr>
          <w:p w14:paraId="6568B775" w14:textId="77777777" w:rsidR="00680C58" w:rsidRPr="008E2AAE" w:rsidRDefault="00000000" w:rsidP="008E2AAE">
            <w:pPr>
              <w:jc w:val="both"/>
              <w:rPr>
                <w:lang w:val="tr-TR"/>
              </w:rPr>
            </w:pPr>
            <w:r w:rsidRPr="008E2AAE">
              <w:rPr>
                <w:sz w:val="16"/>
                <w:lang w:val="tr-TR"/>
              </w:rPr>
              <w:t>Aşama</w:t>
            </w:r>
          </w:p>
        </w:tc>
        <w:tc>
          <w:tcPr>
            <w:tcW w:w="5112" w:type="dxa"/>
          </w:tcPr>
          <w:p w14:paraId="7D52E668"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Bu raporun sunduğu / tamamlanması gereken kanıt</w:t>
            </w:r>
          </w:p>
        </w:tc>
      </w:tr>
      <w:tr w:rsidR="00680C58" w:rsidRPr="008E2AAE" w14:paraId="6F5880F3"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2" w:type="dxa"/>
          </w:tcPr>
          <w:p w14:paraId="653E5BD0" w14:textId="77777777" w:rsidR="00680C58" w:rsidRPr="008E2AAE" w:rsidRDefault="00000000" w:rsidP="008E2AAE">
            <w:pPr>
              <w:jc w:val="both"/>
              <w:rPr>
                <w:lang w:val="tr-TR"/>
              </w:rPr>
            </w:pPr>
            <w:r w:rsidRPr="008E2AAE">
              <w:rPr>
                <w:sz w:val="16"/>
                <w:lang w:val="tr-TR"/>
              </w:rPr>
              <w:t>Planla</w:t>
            </w:r>
          </w:p>
        </w:tc>
        <w:tc>
          <w:tcPr>
            <w:tcW w:w="5112" w:type="dxa"/>
          </w:tcPr>
          <w:p w14:paraId="245516C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Düşük sonuç veren maddeler ve grup farklılıkları; bunlara bağlı önerilen hedef ve sorumluluklar.</w:t>
            </w:r>
          </w:p>
        </w:tc>
      </w:tr>
      <w:tr w:rsidR="00680C58" w:rsidRPr="008E2AAE" w14:paraId="417D3377" w14:textId="77777777" w:rsidTr="00680C58">
        <w:tc>
          <w:tcPr>
            <w:cnfStyle w:val="001000000000" w:firstRow="0" w:lastRow="0" w:firstColumn="1" w:lastColumn="0" w:oddVBand="0" w:evenVBand="0" w:oddHBand="0" w:evenHBand="0" w:firstRowFirstColumn="0" w:firstRowLastColumn="0" w:lastRowFirstColumn="0" w:lastRowLastColumn="0"/>
            <w:tcW w:w="5112" w:type="dxa"/>
          </w:tcPr>
          <w:p w14:paraId="3157D93F" w14:textId="77777777" w:rsidR="00680C58" w:rsidRPr="008E2AAE" w:rsidRDefault="00000000" w:rsidP="008E2AAE">
            <w:pPr>
              <w:jc w:val="both"/>
              <w:rPr>
                <w:lang w:val="tr-TR"/>
              </w:rPr>
            </w:pPr>
            <w:r w:rsidRPr="008E2AAE">
              <w:rPr>
                <w:sz w:val="16"/>
                <w:lang w:val="tr-TR"/>
              </w:rPr>
              <w:t>Uygula</w:t>
            </w:r>
          </w:p>
        </w:tc>
        <w:tc>
          <w:tcPr>
            <w:tcW w:w="5112" w:type="dxa"/>
          </w:tcPr>
          <w:p w14:paraId="1236202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Kurumun gerçekleştireceği atölye, danışmanlık, altyapı veya iletişim faaliyetlerinin kayıtları; bu dosyada faaliyet gerçekleşmiş sayılmaz.</w:t>
            </w:r>
          </w:p>
        </w:tc>
      </w:tr>
      <w:tr w:rsidR="00680C58" w:rsidRPr="008E2AAE" w14:paraId="314D17C4"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2" w:type="dxa"/>
          </w:tcPr>
          <w:p w14:paraId="7B2C4341" w14:textId="77777777" w:rsidR="00680C58" w:rsidRPr="008E2AAE" w:rsidRDefault="00000000" w:rsidP="008E2AAE">
            <w:pPr>
              <w:jc w:val="both"/>
              <w:rPr>
                <w:lang w:val="tr-TR"/>
              </w:rPr>
            </w:pPr>
            <w:r w:rsidRPr="008E2AAE">
              <w:rPr>
                <w:sz w:val="16"/>
                <w:lang w:val="tr-TR"/>
              </w:rPr>
              <w:t>Kontrol et</w:t>
            </w:r>
          </w:p>
        </w:tc>
        <w:tc>
          <w:tcPr>
            <w:tcW w:w="5112" w:type="dxa"/>
          </w:tcPr>
          <w:p w14:paraId="6C1D0B7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Aynı maddelerle takip anketi, grup bazında paydalar, katılım verileri ve gerekirse odak görüşmeleri.</w:t>
            </w:r>
          </w:p>
        </w:tc>
      </w:tr>
      <w:tr w:rsidR="00680C58" w:rsidRPr="008E2AAE" w14:paraId="63CFA517" w14:textId="77777777" w:rsidTr="00680C58">
        <w:tc>
          <w:tcPr>
            <w:cnfStyle w:val="001000000000" w:firstRow="0" w:lastRow="0" w:firstColumn="1" w:lastColumn="0" w:oddVBand="0" w:evenVBand="0" w:oddHBand="0" w:evenHBand="0" w:firstRowFirstColumn="0" w:firstRowLastColumn="0" w:lastRowFirstColumn="0" w:lastRowLastColumn="0"/>
            <w:tcW w:w="5112" w:type="dxa"/>
          </w:tcPr>
          <w:p w14:paraId="75957DB6" w14:textId="77777777" w:rsidR="00680C58" w:rsidRPr="008E2AAE" w:rsidRDefault="00000000" w:rsidP="008E2AAE">
            <w:pPr>
              <w:jc w:val="both"/>
              <w:rPr>
                <w:lang w:val="tr-TR"/>
              </w:rPr>
            </w:pPr>
            <w:r w:rsidRPr="008E2AAE">
              <w:rPr>
                <w:sz w:val="16"/>
                <w:lang w:val="tr-TR"/>
              </w:rPr>
              <w:t>Önlem al</w:t>
            </w:r>
          </w:p>
        </w:tc>
        <w:tc>
          <w:tcPr>
            <w:tcW w:w="5112" w:type="dxa"/>
          </w:tcPr>
          <w:p w14:paraId="0304A23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Takip bulgularına göre kurul kararı, uygulama revizyonu ve sonraki dönem izleme takvimi.</w:t>
            </w:r>
          </w:p>
        </w:tc>
      </w:tr>
    </w:tbl>
    <w:p w14:paraId="2FFD5B65" w14:textId="77777777" w:rsidR="00680C58" w:rsidRPr="008E2AAE" w:rsidRDefault="00000000" w:rsidP="008E2AAE">
      <w:pPr>
        <w:jc w:val="both"/>
        <w:rPr>
          <w:lang w:val="tr-TR"/>
        </w:rPr>
      </w:pPr>
      <w:r w:rsidRPr="008E2AAE">
        <w:rPr>
          <w:lang w:val="tr-TR"/>
        </w:rPr>
        <w:lastRenderedPageBreak/>
        <w:t xml:space="preserve">Önerilen kanıt paketi: özgün anket formu ve seçenek tanımları; uygulama/davet bilgileri; bu değerlendirme </w:t>
      </w:r>
      <w:proofErr w:type="gramStart"/>
      <w:r w:rsidRPr="008E2AAE">
        <w:rPr>
          <w:lang w:val="tr-TR"/>
        </w:rPr>
        <w:t>raporu;</w:t>
      </w:r>
      <w:proofErr w:type="gramEnd"/>
      <w:r w:rsidRPr="008E2AAE">
        <w:rPr>
          <w:lang w:val="tr-TR"/>
        </w:rPr>
        <w:t xml:space="preserve"> hesaplamaları içeren </w:t>
      </w:r>
      <w:proofErr w:type="gramStart"/>
      <w:r w:rsidRPr="008E2AAE">
        <w:rPr>
          <w:lang w:val="tr-TR"/>
        </w:rPr>
        <w:t>Excel;</w:t>
      </w:r>
      <w:proofErr w:type="gramEnd"/>
      <w:r w:rsidRPr="008E2AAE">
        <w:rPr>
          <w:lang w:val="tr-TR"/>
        </w:rPr>
        <w:t xml:space="preserve"> ilgili kurul gündem ve </w:t>
      </w:r>
      <w:proofErr w:type="gramStart"/>
      <w:r w:rsidRPr="008E2AAE">
        <w:rPr>
          <w:lang w:val="tr-TR"/>
        </w:rPr>
        <w:t>kararları;</w:t>
      </w:r>
      <w:proofErr w:type="gramEnd"/>
      <w:r w:rsidRPr="008E2AAE">
        <w:rPr>
          <w:lang w:val="tr-TR"/>
        </w:rPr>
        <w:t xml:space="preserve"> onaylanan eylem </w:t>
      </w:r>
      <w:proofErr w:type="gramStart"/>
      <w:r w:rsidRPr="008E2AAE">
        <w:rPr>
          <w:lang w:val="tr-TR"/>
        </w:rPr>
        <w:t>planı;</w:t>
      </w:r>
      <w:proofErr w:type="gramEnd"/>
      <w:r w:rsidRPr="008E2AAE">
        <w:rPr>
          <w:lang w:val="tr-TR"/>
        </w:rPr>
        <w:t xml:space="preserve"> gerçekleşen faaliyet </w:t>
      </w:r>
      <w:proofErr w:type="gramStart"/>
      <w:r w:rsidRPr="008E2AAE">
        <w:rPr>
          <w:lang w:val="tr-TR"/>
        </w:rPr>
        <w:t>belgeleri;</w:t>
      </w:r>
      <w:proofErr w:type="gramEnd"/>
      <w:r w:rsidRPr="008E2AAE">
        <w:rPr>
          <w:lang w:val="tr-TR"/>
        </w:rPr>
        <w:t xml:space="preserve"> sonraki ölçüm ve önceki sonuçlarla karşılaştırma. Mezun iletişim bilgileri toplu rapora eklenmemelidir.</w:t>
      </w:r>
    </w:p>
    <w:p w14:paraId="25A7FBB9" w14:textId="77777777" w:rsidR="00680C58" w:rsidRPr="008E2AAE" w:rsidRDefault="00000000" w:rsidP="008E2AAE">
      <w:pPr>
        <w:pStyle w:val="Balk1"/>
        <w:jc w:val="both"/>
        <w:rPr>
          <w:lang w:val="tr-TR"/>
        </w:rPr>
      </w:pPr>
      <w:r w:rsidRPr="008E2AAE">
        <w:rPr>
          <w:lang w:val="tr-TR"/>
        </w:rPr>
        <w:t>12. Sınırlılıklar ve sonuç</w:t>
      </w:r>
    </w:p>
    <w:p w14:paraId="3870AD5E" w14:textId="77777777" w:rsidR="00680C58" w:rsidRPr="008E2AAE" w:rsidRDefault="00000000" w:rsidP="008E2AAE">
      <w:pPr>
        <w:jc w:val="both"/>
        <w:rPr>
          <w:lang w:val="tr-TR"/>
        </w:rPr>
      </w:pPr>
      <w:r w:rsidRPr="008E2AAE">
        <w:rPr>
          <w:lang w:val="tr-TR"/>
        </w:rPr>
        <w:t>Mezuniyetin kesin tarihi yerine çoğunlukla yalnızca yılı bilinmektedir. Bu nedenle gruplar takvim yılı farkına dayanan yaklaşık süre sınıflarıdır. Soru formu seçenek açıklamaları, uygulama yöntemi, davet edilen mezun sayısı, örnekleme çerçevesi ve erişim oranı dosyada yoktur. Yanıt oranı ve bütün mezun evreninin temsil düzeyi hesaplanamamaktadır.</w:t>
      </w:r>
    </w:p>
    <w:p w14:paraId="55B7BBB9" w14:textId="77777777" w:rsidR="00680C58" w:rsidRPr="008E2AAE" w:rsidRDefault="00000000" w:rsidP="008E2AAE">
      <w:pPr>
        <w:jc w:val="both"/>
        <w:rPr>
          <w:lang w:val="tr-TR"/>
        </w:rPr>
      </w:pPr>
      <w:r w:rsidRPr="008E2AAE">
        <w:rPr>
          <w:lang w:val="tr-TR"/>
        </w:rPr>
        <w:t>Yanıt dönemi 2025 ve 2026’ya yayılmıştır; geç mezunların tümü 2025’te, yeni mezunların bir bölümü 2026’da yanıt vermiştir. Grubun büyüklüğü ve program bileşimi farklıdır. Aynı kişiler zaman içinde izlenmediğinden gelişme/gerileme çıkarımı yapılamaz. Beyanlar idari kayıt veya işveren verisiyle doğrulanmamıştır; olası aynı yanıtlar da tekil kimlik olmadan çözülememektedir.</w:t>
      </w:r>
    </w:p>
    <w:p w14:paraId="04A99A7A" w14:textId="77777777" w:rsidR="00680C58" w:rsidRPr="008E2AAE" w:rsidRDefault="00000000" w:rsidP="008E2AAE">
      <w:pPr>
        <w:jc w:val="both"/>
        <w:rPr>
          <w:lang w:val="tr-TR"/>
        </w:rPr>
      </w:pPr>
      <w:r w:rsidRPr="008E2AAE">
        <w:rPr>
          <w:lang w:val="tr-TR"/>
        </w:rPr>
        <w:t>Formda açık uçlu görüş sorusu bulunmadığı için düşük puanların nedenleri doğrudan bilinmemektedir. Sunulan eylemler bu nedenle sonuçlardan türetilmiş önerilerdir; neden analizi yerine geçmez. 1–5 cevaplar sıralı ölçümdür; ortalamalar özet olarak kullanılmış, kategori dağılımlarıyla desteklenmiştir. İstihdam göstergeleri çalışma beyanını ve alan uyumunu içerir; işsizlik, ücret ve iş kalitesi ölçümlerini içermez.</w:t>
      </w:r>
    </w:p>
    <w:p w14:paraId="7997EDDE" w14:textId="77777777" w:rsidR="00680C58" w:rsidRPr="008E2AAE" w:rsidRDefault="00000000" w:rsidP="008E2AAE">
      <w:pPr>
        <w:jc w:val="both"/>
        <w:rPr>
          <w:lang w:val="tr-TR"/>
        </w:rPr>
      </w:pPr>
      <w:r w:rsidRPr="008E2AAE">
        <w:rPr>
          <w:lang w:val="tr-TR"/>
        </w:rPr>
        <w:t>Sonuç olarak katılımcılar iletişim, etik sorumluluk ve program bağlılığı açısından olumlu değerlendirmeler yapmaktadır. Yabancı dil, dijital yetkinlik, olanaklar ve işe geçiş desteği ortak geliştirme başlıklarıdır. Geç mezunlar çalışma ve alan uyumu bakımından daha yüksek oranlar bildirmekte, genel eğitim memnuniyetinin ortalaması ise iki grupta yakın seyretmektedir. Bulguların kalite güvencesindeki değeri, önerilerin kurumsal karara dönüştürülmesi ve izleme verisiyle tekrar değerlendirilmesiyle güçlenecektir.</w:t>
      </w:r>
    </w:p>
    <w:p w14:paraId="548D5CA7" w14:textId="77777777" w:rsidR="00680C58" w:rsidRPr="008E2AAE" w:rsidRDefault="00000000" w:rsidP="008E2AAE">
      <w:pPr>
        <w:pStyle w:val="Balk1"/>
        <w:jc w:val="both"/>
        <w:rPr>
          <w:lang w:val="tr-TR"/>
        </w:rPr>
      </w:pPr>
      <w:r w:rsidRPr="008E2AAE">
        <w:rPr>
          <w:lang w:val="tr-TR"/>
        </w:rPr>
        <w:t>Ek 1. Madde sözlüğü</w:t>
      </w:r>
    </w:p>
    <w:tbl>
      <w:tblPr>
        <w:tblStyle w:val="AkGlgeleme-Vurgu1"/>
        <w:tblW w:w="0" w:type="auto"/>
        <w:tblLook w:val="04A0" w:firstRow="1" w:lastRow="0" w:firstColumn="1" w:lastColumn="0" w:noHBand="0" w:noVBand="1"/>
      </w:tblPr>
      <w:tblGrid>
        <w:gridCol w:w="5112"/>
        <w:gridCol w:w="5112"/>
      </w:tblGrid>
      <w:tr w:rsidR="00680C58" w:rsidRPr="008E2AAE" w14:paraId="3A71C781"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2" w:type="dxa"/>
          </w:tcPr>
          <w:p w14:paraId="4E284803" w14:textId="77777777" w:rsidR="00680C58" w:rsidRPr="008E2AAE" w:rsidRDefault="00000000" w:rsidP="008E2AAE">
            <w:pPr>
              <w:jc w:val="both"/>
              <w:rPr>
                <w:lang w:val="tr-TR"/>
              </w:rPr>
            </w:pPr>
            <w:r w:rsidRPr="008E2AAE">
              <w:rPr>
                <w:sz w:val="16"/>
                <w:lang w:val="tr-TR"/>
              </w:rPr>
              <w:t>Kod</w:t>
            </w:r>
          </w:p>
        </w:tc>
        <w:tc>
          <w:tcPr>
            <w:tcW w:w="5112" w:type="dxa"/>
          </w:tcPr>
          <w:p w14:paraId="7A5F70A8"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Anketin özgün ifadesi</w:t>
            </w:r>
          </w:p>
        </w:tc>
      </w:tr>
      <w:tr w:rsidR="00680C58" w:rsidRPr="008E2AAE" w14:paraId="4984FCDC"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2" w:type="dxa"/>
          </w:tcPr>
          <w:p w14:paraId="39FF7E0D" w14:textId="77777777" w:rsidR="00680C58" w:rsidRPr="008E2AAE" w:rsidRDefault="00000000" w:rsidP="008E2AAE">
            <w:pPr>
              <w:jc w:val="both"/>
              <w:rPr>
                <w:lang w:val="tr-TR"/>
              </w:rPr>
            </w:pPr>
            <w:r w:rsidRPr="008E2AAE">
              <w:rPr>
                <w:sz w:val="16"/>
                <w:lang w:val="tr-TR"/>
              </w:rPr>
              <w:t>M01</w:t>
            </w:r>
          </w:p>
        </w:tc>
        <w:tc>
          <w:tcPr>
            <w:tcW w:w="5112" w:type="dxa"/>
          </w:tcPr>
          <w:p w14:paraId="1993789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ALKÜ mezunu olmaktan gurur duyuyorum.</w:t>
            </w:r>
          </w:p>
        </w:tc>
      </w:tr>
      <w:tr w:rsidR="00680C58" w:rsidRPr="008E2AAE" w14:paraId="7FC2F937" w14:textId="77777777" w:rsidTr="00680C58">
        <w:tc>
          <w:tcPr>
            <w:cnfStyle w:val="001000000000" w:firstRow="0" w:lastRow="0" w:firstColumn="1" w:lastColumn="0" w:oddVBand="0" w:evenVBand="0" w:oddHBand="0" w:evenHBand="0" w:firstRowFirstColumn="0" w:firstRowLastColumn="0" w:lastRowFirstColumn="0" w:lastRowLastColumn="0"/>
            <w:tcW w:w="5112" w:type="dxa"/>
          </w:tcPr>
          <w:p w14:paraId="0DE567E1" w14:textId="77777777" w:rsidR="00680C58" w:rsidRPr="008E2AAE" w:rsidRDefault="00000000" w:rsidP="008E2AAE">
            <w:pPr>
              <w:jc w:val="both"/>
              <w:rPr>
                <w:lang w:val="tr-TR"/>
              </w:rPr>
            </w:pPr>
            <w:r w:rsidRPr="008E2AAE">
              <w:rPr>
                <w:sz w:val="16"/>
                <w:lang w:val="tr-TR"/>
              </w:rPr>
              <w:t>M02</w:t>
            </w:r>
          </w:p>
        </w:tc>
        <w:tc>
          <w:tcPr>
            <w:tcW w:w="5112" w:type="dxa"/>
          </w:tcPr>
          <w:p w14:paraId="34CEE20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proofErr w:type="spellStart"/>
            <w:r w:rsidRPr="008E2AAE">
              <w:rPr>
                <w:sz w:val="16"/>
                <w:lang w:val="tr-TR"/>
              </w:rPr>
              <w:t>ALKÜ’yü</w:t>
            </w:r>
            <w:proofErr w:type="spellEnd"/>
            <w:r w:rsidRPr="008E2AAE">
              <w:rPr>
                <w:sz w:val="16"/>
                <w:lang w:val="tr-TR"/>
              </w:rPr>
              <w:t xml:space="preserve"> bilinçli olarak tercih ettim.</w:t>
            </w:r>
          </w:p>
        </w:tc>
      </w:tr>
      <w:tr w:rsidR="00680C58" w:rsidRPr="008E2AAE" w14:paraId="17091EDA"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2" w:type="dxa"/>
          </w:tcPr>
          <w:p w14:paraId="75DFB3C7" w14:textId="77777777" w:rsidR="00680C58" w:rsidRPr="008E2AAE" w:rsidRDefault="00000000" w:rsidP="008E2AAE">
            <w:pPr>
              <w:jc w:val="both"/>
              <w:rPr>
                <w:lang w:val="tr-TR"/>
              </w:rPr>
            </w:pPr>
            <w:r w:rsidRPr="008E2AAE">
              <w:rPr>
                <w:sz w:val="16"/>
                <w:lang w:val="tr-TR"/>
              </w:rPr>
              <w:t>M03</w:t>
            </w:r>
          </w:p>
        </w:tc>
        <w:tc>
          <w:tcPr>
            <w:tcW w:w="5112" w:type="dxa"/>
          </w:tcPr>
          <w:p w14:paraId="2200E2C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Bitirdiğim bölüm/programın özellikleri ve içeriği hakkında tercihimi yapmadan önce fikrim vardı.</w:t>
            </w:r>
          </w:p>
        </w:tc>
      </w:tr>
      <w:tr w:rsidR="00680C58" w:rsidRPr="008E2AAE" w14:paraId="4B1C9A57" w14:textId="77777777" w:rsidTr="00680C58">
        <w:tc>
          <w:tcPr>
            <w:cnfStyle w:val="001000000000" w:firstRow="0" w:lastRow="0" w:firstColumn="1" w:lastColumn="0" w:oddVBand="0" w:evenVBand="0" w:oddHBand="0" w:evenHBand="0" w:firstRowFirstColumn="0" w:firstRowLastColumn="0" w:lastRowFirstColumn="0" w:lastRowLastColumn="0"/>
            <w:tcW w:w="5112" w:type="dxa"/>
          </w:tcPr>
          <w:p w14:paraId="53F13EE7" w14:textId="77777777" w:rsidR="00680C58" w:rsidRPr="008E2AAE" w:rsidRDefault="00000000" w:rsidP="008E2AAE">
            <w:pPr>
              <w:jc w:val="both"/>
              <w:rPr>
                <w:lang w:val="tr-TR"/>
              </w:rPr>
            </w:pPr>
            <w:r w:rsidRPr="008E2AAE">
              <w:rPr>
                <w:sz w:val="16"/>
                <w:lang w:val="tr-TR"/>
              </w:rPr>
              <w:t>M04</w:t>
            </w:r>
          </w:p>
        </w:tc>
        <w:tc>
          <w:tcPr>
            <w:tcW w:w="5112" w:type="dxa"/>
          </w:tcPr>
          <w:p w14:paraId="6906F61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Mezun olduğum programın eğitim düzeyinin yeterli olduğuna inanıyorum.</w:t>
            </w:r>
          </w:p>
        </w:tc>
      </w:tr>
      <w:tr w:rsidR="00680C58" w:rsidRPr="008E2AAE" w14:paraId="544CB871"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2" w:type="dxa"/>
          </w:tcPr>
          <w:p w14:paraId="2359D359" w14:textId="77777777" w:rsidR="00680C58" w:rsidRPr="008E2AAE" w:rsidRDefault="00000000" w:rsidP="008E2AAE">
            <w:pPr>
              <w:jc w:val="both"/>
              <w:rPr>
                <w:lang w:val="tr-TR"/>
              </w:rPr>
            </w:pPr>
            <w:r w:rsidRPr="008E2AAE">
              <w:rPr>
                <w:sz w:val="16"/>
                <w:lang w:val="tr-TR"/>
              </w:rPr>
              <w:t>M05</w:t>
            </w:r>
          </w:p>
        </w:tc>
        <w:tc>
          <w:tcPr>
            <w:tcW w:w="5112" w:type="dxa"/>
          </w:tcPr>
          <w:p w14:paraId="480DCBB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 eğitimim sırasında bize sağlanan olanaklar genel olarak yeterliydi.</w:t>
            </w:r>
          </w:p>
        </w:tc>
      </w:tr>
      <w:tr w:rsidR="00680C58" w:rsidRPr="008E2AAE" w14:paraId="2A92F62A" w14:textId="77777777" w:rsidTr="00680C58">
        <w:tc>
          <w:tcPr>
            <w:cnfStyle w:val="001000000000" w:firstRow="0" w:lastRow="0" w:firstColumn="1" w:lastColumn="0" w:oddVBand="0" w:evenVBand="0" w:oddHBand="0" w:evenHBand="0" w:firstRowFirstColumn="0" w:firstRowLastColumn="0" w:lastRowFirstColumn="0" w:lastRowLastColumn="0"/>
            <w:tcW w:w="5112" w:type="dxa"/>
          </w:tcPr>
          <w:p w14:paraId="1E4CB127" w14:textId="77777777" w:rsidR="00680C58" w:rsidRPr="008E2AAE" w:rsidRDefault="00000000" w:rsidP="008E2AAE">
            <w:pPr>
              <w:jc w:val="both"/>
              <w:rPr>
                <w:lang w:val="tr-TR"/>
              </w:rPr>
            </w:pPr>
            <w:r w:rsidRPr="008E2AAE">
              <w:rPr>
                <w:sz w:val="16"/>
                <w:lang w:val="tr-TR"/>
              </w:rPr>
              <w:t>M06</w:t>
            </w:r>
          </w:p>
        </w:tc>
        <w:tc>
          <w:tcPr>
            <w:tcW w:w="5112" w:type="dxa"/>
          </w:tcPr>
          <w:p w14:paraId="7F34E06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Üniversitede aldığım eğitim, alanımla ilgili bilgileri kullanabilme becerilerimi geliştirdi.</w:t>
            </w:r>
          </w:p>
        </w:tc>
      </w:tr>
      <w:tr w:rsidR="00680C58" w:rsidRPr="008E2AAE" w14:paraId="4E1B0EC8"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2" w:type="dxa"/>
          </w:tcPr>
          <w:p w14:paraId="62FA7C0D" w14:textId="77777777" w:rsidR="00680C58" w:rsidRPr="008E2AAE" w:rsidRDefault="00000000" w:rsidP="008E2AAE">
            <w:pPr>
              <w:jc w:val="both"/>
              <w:rPr>
                <w:lang w:val="tr-TR"/>
              </w:rPr>
            </w:pPr>
            <w:r w:rsidRPr="008E2AAE">
              <w:rPr>
                <w:sz w:val="16"/>
                <w:lang w:val="tr-TR"/>
              </w:rPr>
              <w:t>M07</w:t>
            </w:r>
          </w:p>
        </w:tc>
        <w:tc>
          <w:tcPr>
            <w:tcW w:w="5112" w:type="dxa"/>
          </w:tcPr>
          <w:p w14:paraId="3E75F3E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Eğitim sırasında, iş hayatına yönelik danışmanım önerilerde bulundu.</w:t>
            </w:r>
          </w:p>
        </w:tc>
      </w:tr>
      <w:tr w:rsidR="00680C58" w:rsidRPr="008E2AAE" w14:paraId="55FF1E05" w14:textId="77777777" w:rsidTr="00680C58">
        <w:tc>
          <w:tcPr>
            <w:cnfStyle w:val="001000000000" w:firstRow="0" w:lastRow="0" w:firstColumn="1" w:lastColumn="0" w:oddVBand="0" w:evenVBand="0" w:oddHBand="0" w:evenHBand="0" w:firstRowFirstColumn="0" w:firstRowLastColumn="0" w:lastRowFirstColumn="0" w:lastRowLastColumn="0"/>
            <w:tcW w:w="5112" w:type="dxa"/>
          </w:tcPr>
          <w:p w14:paraId="7F12E006" w14:textId="77777777" w:rsidR="00680C58" w:rsidRPr="008E2AAE" w:rsidRDefault="00000000" w:rsidP="008E2AAE">
            <w:pPr>
              <w:jc w:val="both"/>
              <w:rPr>
                <w:lang w:val="tr-TR"/>
              </w:rPr>
            </w:pPr>
            <w:r w:rsidRPr="008E2AAE">
              <w:rPr>
                <w:sz w:val="16"/>
                <w:lang w:val="tr-TR"/>
              </w:rPr>
              <w:t>M08</w:t>
            </w:r>
          </w:p>
        </w:tc>
        <w:tc>
          <w:tcPr>
            <w:tcW w:w="5112" w:type="dxa"/>
          </w:tcPr>
          <w:p w14:paraId="1229506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Üniversite eğitimim bana bilgiye ulaşma ve araştırma becerileri kazandırdı.</w:t>
            </w:r>
          </w:p>
        </w:tc>
      </w:tr>
      <w:tr w:rsidR="00680C58" w:rsidRPr="008E2AAE" w14:paraId="38153E5B"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2" w:type="dxa"/>
          </w:tcPr>
          <w:p w14:paraId="372F770A" w14:textId="77777777" w:rsidR="00680C58" w:rsidRPr="008E2AAE" w:rsidRDefault="00000000" w:rsidP="008E2AAE">
            <w:pPr>
              <w:jc w:val="both"/>
              <w:rPr>
                <w:lang w:val="tr-TR"/>
              </w:rPr>
            </w:pPr>
            <w:r w:rsidRPr="008E2AAE">
              <w:rPr>
                <w:sz w:val="16"/>
                <w:lang w:val="tr-TR"/>
              </w:rPr>
              <w:t>M09</w:t>
            </w:r>
          </w:p>
        </w:tc>
        <w:tc>
          <w:tcPr>
            <w:tcW w:w="5112" w:type="dxa"/>
          </w:tcPr>
          <w:p w14:paraId="32F6909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 eğitimim iletişim becerilerimi artırdı.</w:t>
            </w:r>
          </w:p>
        </w:tc>
      </w:tr>
      <w:tr w:rsidR="00680C58" w:rsidRPr="008E2AAE" w14:paraId="3C54754C" w14:textId="77777777" w:rsidTr="00680C58">
        <w:tc>
          <w:tcPr>
            <w:cnfStyle w:val="001000000000" w:firstRow="0" w:lastRow="0" w:firstColumn="1" w:lastColumn="0" w:oddVBand="0" w:evenVBand="0" w:oddHBand="0" w:evenHBand="0" w:firstRowFirstColumn="0" w:firstRowLastColumn="0" w:lastRowFirstColumn="0" w:lastRowLastColumn="0"/>
            <w:tcW w:w="5112" w:type="dxa"/>
          </w:tcPr>
          <w:p w14:paraId="2205F291" w14:textId="77777777" w:rsidR="00680C58" w:rsidRPr="008E2AAE" w:rsidRDefault="00000000" w:rsidP="008E2AAE">
            <w:pPr>
              <w:jc w:val="both"/>
              <w:rPr>
                <w:lang w:val="tr-TR"/>
              </w:rPr>
            </w:pPr>
            <w:r w:rsidRPr="008E2AAE">
              <w:rPr>
                <w:sz w:val="16"/>
                <w:lang w:val="tr-TR"/>
              </w:rPr>
              <w:t>M10</w:t>
            </w:r>
          </w:p>
        </w:tc>
        <w:tc>
          <w:tcPr>
            <w:tcW w:w="5112" w:type="dxa"/>
          </w:tcPr>
          <w:p w14:paraId="59375F6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Üniversite eğitimim bana etik ve mesleki sorumluluk anlayışı kazandırdı.</w:t>
            </w:r>
          </w:p>
        </w:tc>
      </w:tr>
      <w:tr w:rsidR="00680C58" w:rsidRPr="008E2AAE" w14:paraId="7E4C9254"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2" w:type="dxa"/>
          </w:tcPr>
          <w:p w14:paraId="0F24ADE4" w14:textId="77777777" w:rsidR="00680C58" w:rsidRPr="008E2AAE" w:rsidRDefault="00000000" w:rsidP="008E2AAE">
            <w:pPr>
              <w:jc w:val="both"/>
              <w:rPr>
                <w:lang w:val="tr-TR"/>
              </w:rPr>
            </w:pPr>
            <w:r w:rsidRPr="008E2AAE">
              <w:rPr>
                <w:sz w:val="16"/>
                <w:lang w:val="tr-TR"/>
              </w:rPr>
              <w:t>M11</w:t>
            </w:r>
          </w:p>
        </w:tc>
        <w:tc>
          <w:tcPr>
            <w:tcW w:w="5112" w:type="dxa"/>
          </w:tcPr>
          <w:p w14:paraId="0D2FD00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 eğitimim bana alanımla ilgili iletişim kurabilecek düzeyde yabancı dil bilgisi edinmeme katkı sağladı.</w:t>
            </w:r>
          </w:p>
        </w:tc>
      </w:tr>
      <w:tr w:rsidR="00680C58" w:rsidRPr="008E2AAE" w14:paraId="0321D705" w14:textId="77777777" w:rsidTr="00680C58">
        <w:tc>
          <w:tcPr>
            <w:cnfStyle w:val="001000000000" w:firstRow="0" w:lastRow="0" w:firstColumn="1" w:lastColumn="0" w:oddVBand="0" w:evenVBand="0" w:oddHBand="0" w:evenHBand="0" w:firstRowFirstColumn="0" w:firstRowLastColumn="0" w:lastRowFirstColumn="0" w:lastRowLastColumn="0"/>
            <w:tcW w:w="5112" w:type="dxa"/>
          </w:tcPr>
          <w:p w14:paraId="5A968F09" w14:textId="77777777" w:rsidR="00680C58" w:rsidRPr="008E2AAE" w:rsidRDefault="00000000" w:rsidP="008E2AAE">
            <w:pPr>
              <w:jc w:val="both"/>
              <w:rPr>
                <w:lang w:val="tr-TR"/>
              </w:rPr>
            </w:pPr>
            <w:r w:rsidRPr="008E2AAE">
              <w:rPr>
                <w:sz w:val="16"/>
                <w:lang w:val="tr-TR"/>
              </w:rPr>
              <w:t>M12</w:t>
            </w:r>
          </w:p>
        </w:tc>
        <w:tc>
          <w:tcPr>
            <w:tcW w:w="5112" w:type="dxa"/>
          </w:tcPr>
          <w:p w14:paraId="5CFA231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Üniversite eğitimim bana alanımın gerektirdiği düzeyde bilgisayar kullanabilme yetkinliğini geliştirmemde yardımcı oldu.</w:t>
            </w:r>
          </w:p>
        </w:tc>
      </w:tr>
      <w:tr w:rsidR="00680C58" w:rsidRPr="008E2AAE" w14:paraId="16411FCE"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2" w:type="dxa"/>
          </w:tcPr>
          <w:p w14:paraId="4442993B" w14:textId="77777777" w:rsidR="00680C58" w:rsidRPr="008E2AAE" w:rsidRDefault="00000000" w:rsidP="008E2AAE">
            <w:pPr>
              <w:jc w:val="both"/>
              <w:rPr>
                <w:lang w:val="tr-TR"/>
              </w:rPr>
            </w:pPr>
            <w:r w:rsidRPr="008E2AAE">
              <w:rPr>
                <w:sz w:val="16"/>
                <w:lang w:val="tr-TR"/>
              </w:rPr>
              <w:t>M13</w:t>
            </w:r>
          </w:p>
        </w:tc>
        <w:tc>
          <w:tcPr>
            <w:tcW w:w="5112" w:type="dxa"/>
          </w:tcPr>
          <w:p w14:paraId="49FD520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hayatında ALKÜ mezunlarına yönelik tutumlar olumludur.</w:t>
            </w:r>
          </w:p>
        </w:tc>
      </w:tr>
      <w:tr w:rsidR="00680C58" w:rsidRPr="008E2AAE" w14:paraId="70491B06" w14:textId="77777777" w:rsidTr="00680C58">
        <w:tc>
          <w:tcPr>
            <w:cnfStyle w:val="001000000000" w:firstRow="0" w:lastRow="0" w:firstColumn="1" w:lastColumn="0" w:oddVBand="0" w:evenVBand="0" w:oddHBand="0" w:evenHBand="0" w:firstRowFirstColumn="0" w:firstRowLastColumn="0" w:lastRowFirstColumn="0" w:lastRowLastColumn="0"/>
            <w:tcW w:w="5112" w:type="dxa"/>
          </w:tcPr>
          <w:p w14:paraId="5B6DD0F7" w14:textId="77777777" w:rsidR="00680C58" w:rsidRPr="008E2AAE" w:rsidRDefault="00000000" w:rsidP="008E2AAE">
            <w:pPr>
              <w:jc w:val="both"/>
              <w:rPr>
                <w:lang w:val="tr-TR"/>
              </w:rPr>
            </w:pPr>
            <w:r w:rsidRPr="008E2AAE">
              <w:rPr>
                <w:sz w:val="16"/>
                <w:lang w:val="tr-TR"/>
              </w:rPr>
              <w:t>M14</w:t>
            </w:r>
          </w:p>
        </w:tc>
        <w:tc>
          <w:tcPr>
            <w:tcW w:w="5112" w:type="dxa"/>
          </w:tcPr>
          <w:p w14:paraId="1EF6773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Aldığım eğitimden genel olarak memnunum.</w:t>
            </w:r>
          </w:p>
        </w:tc>
      </w:tr>
      <w:tr w:rsidR="00680C58" w:rsidRPr="008E2AAE" w14:paraId="0FE6077F"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2" w:type="dxa"/>
          </w:tcPr>
          <w:p w14:paraId="3F9EBA67" w14:textId="77777777" w:rsidR="00680C58" w:rsidRPr="008E2AAE" w:rsidRDefault="00000000" w:rsidP="008E2AAE">
            <w:pPr>
              <w:jc w:val="both"/>
              <w:rPr>
                <w:lang w:val="tr-TR"/>
              </w:rPr>
            </w:pPr>
            <w:r w:rsidRPr="008E2AAE">
              <w:rPr>
                <w:sz w:val="16"/>
                <w:lang w:val="tr-TR"/>
              </w:rPr>
              <w:lastRenderedPageBreak/>
              <w:t>M15</w:t>
            </w:r>
          </w:p>
        </w:tc>
        <w:tc>
          <w:tcPr>
            <w:tcW w:w="5112" w:type="dxa"/>
          </w:tcPr>
          <w:p w14:paraId="4761D99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 xml:space="preserve">Eğer tekrar seçme şansım olsaydı yine ALKÜ’ </w:t>
            </w:r>
            <w:proofErr w:type="spellStart"/>
            <w:r w:rsidRPr="008E2AAE">
              <w:rPr>
                <w:sz w:val="16"/>
                <w:lang w:val="tr-TR"/>
              </w:rPr>
              <w:t>yü</w:t>
            </w:r>
            <w:proofErr w:type="spellEnd"/>
            <w:r w:rsidRPr="008E2AAE">
              <w:rPr>
                <w:sz w:val="16"/>
                <w:lang w:val="tr-TR"/>
              </w:rPr>
              <w:t xml:space="preserve"> seçerdim.</w:t>
            </w:r>
          </w:p>
        </w:tc>
      </w:tr>
      <w:tr w:rsidR="00680C58" w:rsidRPr="008E2AAE" w14:paraId="6DDD5B76" w14:textId="77777777" w:rsidTr="00680C58">
        <w:tc>
          <w:tcPr>
            <w:cnfStyle w:val="001000000000" w:firstRow="0" w:lastRow="0" w:firstColumn="1" w:lastColumn="0" w:oddVBand="0" w:evenVBand="0" w:oddHBand="0" w:evenHBand="0" w:firstRowFirstColumn="0" w:firstRowLastColumn="0" w:lastRowFirstColumn="0" w:lastRowLastColumn="0"/>
            <w:tcW w:w="5112" w:type="dxa"/>
          </w:tcPr>
          <w:p w14:paraId="06BA541A" w14:textId="77777777" w:rsidR="00680C58" w:rsidRPr="008E2AAE" w:rsidRDefault="00000000" w:rsidP="008E2AAE">
            <w:pPr>
              <w:jc w:val="both"/>
              <w:rPr>
                <w:lang w:val="tr-TR"/>
              </w:rPr>
            </w:pPr>
            <w:r w:rsidRPr="008E2AAE">
              <w:rPr>
                <w:sz w:val="16"/>
                <w:lang w:val="tr-TR"/>
              </w:rPr>
              <w:t>M16</w:t>
            </w:r>
          </w:p>
        </w:tc>
        <w:tc>
          <w:tcPr>
            <w:tcW w:w="5112" w:type="dxa"/>
          </w:tcPr>
          <w:p w14:paraId="35392F6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Eğer tekrar seçme şansım olsaydı yine aynı bölümü seçerdim.</w:t>
            </w:r>
          </w:p>
        </w:tc>
      </w:tr>
      <w:tr w:rsidR="00680C58" w:rsidRPr="008E2AAE" w14:paraId="2747AB83"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2" w:type="dxa"/>
          </w:tcPr>
          <w:p w14:paraId="600AA92A" w14:textId="77777777" w:rsidR="00680C58" w:rsidRPr="008E2AAE" w:rsidRDefault="00000000" w:rsidP="008E2AAE">
            <w:pPr>
              <w:jc w:val="both"/>
              <w:rPr>
                <w:lang w:val="tr-TR"/>
              </w:rPr>
            </w:pPr>
            <w:r w:rsidRPr="008E2AAE">
              <w:rPr>
                <w:sz w:val="16"/>
                <w:lang w:val="tr-TR"/>
              </w:rPr>
              <w:t>M17</w:t>
            </w:r>
          </w:p>
        </w:tc>
        <w:tc>
          <w:tcPr>
            <w:tcW w:w="5112" w:type="dxa"/>
          </w:tcPr>
          <w:p w14:paraId="14088E4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 xml:space="preserve">Üniversiteye yeni girecek öğrencilere ALKÜ’ </w:t>
            </w:r>
            <w:proofErr w:type="spellStart"/>
            <w:r w:rsidRPr="008E2AAE">
              <w:rPr>
                <w:sz w:val="16"/>
                <w:lang w:val="tr-TR"/>
              </w:rPr>
              <w:t>yü</w:t>
            </w:r>
            <w:proofErr w:type="spellEnd"/>
            <w:r w:rsidRPr="008E2AAE">
              <w:rPr>
                <w:sz w:val="16"/>
                <w:lang w:val="tr-TR"/>
              </w:rPr>
              <w:t xml:space="preserve"> tavsiye ederim.</w:t>
            </w:r>
          </w:p>
        </w:tc>
      </w:tr>
    </w:tbl>
    <w:p w14:paraId="038B9962" w14:textId="77777777" w:rsidR="00680C58" w:rsidRPr="008E2AAE" w:rsidRDefault="00000000" w:rsidP="008E2AAE">
      <w:pPr>
        <w:pStyle w:val="Balk1"/>
        <w:jc w:val="both"/>
        <w:rPr>
          <w:lang w:val="tr-TR"/>
        </w:rPr>
      </w:pPr>
      <w:r w:rsidRPr="008E2AAE">
        <w:rPr>
          <w:lang w:val="tr-TR"/>
        </w:rPr>
        <w:t>Ek 2. Puanların tam frekans dağılımı</w:t>
      </w:r>
    </w:p>
    <w:p w14:paraId="1D880172" w14:textId="77777777" w:rsidR="00680C58" w:rsidRPr="008E2AAE" w:rsidRDefault="00000000" w:rsidP="008E2AAE">
      <w:pPr>
        <w:jc w:val="both"/>
        <w:rPr>
          <w:lang w:val="tr-TR"/>
        </w:rPr>
      </w:pPr>
      <w:r w:rsidRPr="008E2AAE">
        <w:rPr>
          <w:lang w:val="tr-TR"/>
        </w:rPr>
        <w:t>Her satırda 1–5 puanlarının sayıları bulunur. Yeni mezun satırları 228’e, geç mezun satırları 20’ye toplamaktadır. Soruya göre eksik yanıt yoktur.</w:t>
      </w:r>
    </w:p>
    <w:p w14:paraId="05AC38C7" w14:textId="77777777" w:rsidR="00680C58" w:rsidRPr="008E2AAE" w:rsidRDefault="00000000" w:rsidP="008E2AAE">
      <w:pPr>
        <w:pStyle w:val="Balk1"/>
        <w:jc w:val="both"/>
        <w:rPr>
          <w:lang w:val="tr-TR"/>
        </w:rPr>
      </w:pPr>
      <w:r w:rsidRPr="008E2AAE">
        <w:rPr>
          <w:lang w:val="tr-TR"/>
        </w:rPr>
        <w:t>Yeni mezun</w:t>
      </w:r>
    </w:p>
    <w:tbl>
      <w:tblPr>
        <w:tblStyle w:val="AkGlgeleme-Vurgu1"/>
        <w:tblW w:w="0" w:type="auto"/>
        <w:tblLook w:val="04A0" w:firstRow="1" w:lastRow="0" w:firstColumn="1" w:lastColumn="0" w:noHBand="0" w:noVBand="1"/>
      </w:tblPr>
      <w:tblGrid>
        <w:gridCol w:w="1461"/>
        <w:gridCol w:w="1461"/>
        <w:gridCol w:w="1461"/>
        <w:gridCol w:w="1461"/>
        <w:gridCol w:w="1461"/>
        <w:gridCol w:w="1461"/>
        <w:gridCol w:w="1461"/>
      </w:tblGrid>
      <w:tr w:rsidR="00680C58" w:rsidRPr="008E2AAE" w14:paraId="03000DBE"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3B0ACCE9" w14:textId="77777777" w:rsidR="00680C58" w:rsidRPr="008E2AAE" w:rsidRDefault="00000000" w:rsidP="008E2AAE">
            <w:pPr>
              <w:jc w:val="both"/>
              <w:rPr>
                <w:lang w:val="tr-TR"/>
              </w:rPr>
            </w:pPr>
            <w:r w:rsidRPr="008E2AAE">
              <w:rPr>
                <w:sz w:val="16"/>
                <w:lang w:val="tr-TR"/>
              </w:rPr>
              <w:t>Kod</w:t>
            </w:r>
          </w:p>
        </w:tc>
        <w:tc>
          <w:tcPr>
            <w:tcW w:w="1461" w:type="dxa"/>
          </w:tcPr>
          <w:p w14:paraId="2863DD57"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1 puan</w:t>
            </w:r>
          </w:p>
        </w:tc>
        <w:tc>
          <w:tcPr>
            <w:tcW w:w="1461" w:type="dxa"/>
          </w:tcPr>
          <w:p w14:paraId="1A2F0C27"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2 puan</w:t>
            </w:r>
          </w:p>
        </w:tc>
        <w:tc>
          <w:tcPr>
            <w:tcW w:w="1461" w:type="dxa"/>
          </w:tcPr>
          <w:p w14:paraId="19F1FAD4"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3 puan</w:t>
            </w:r>
          </w:p>
        </w:tc>
        <w:tc>
          <w:tcPr>
            <w:tcW w:w="1461" w:type="dxa"/>
          </w:tcPr>
          <w:p w14:paraId="73305581"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4 puan</w:t>
            </w:r>
          </w:p>
        </w:tc>
        <w:tc>
          <w:tcPr>
            <w:tcW w:w="1461" w:type="dxa"/>
          </w:tcPr>
          <w:p w14:paraId="204D2270"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5 puan</w:t>
            </w:r>
          </w:p>
        </w:tc>
        <w:tc>
          <w:tcPr>
            <w:tcW w:w="1461" w:type="dxa"/>
          </w:tcPr>
          <w:p w14:paraId="4A2EDDCE"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Toplam</w:t>
            </w:r>
          </w:p>
        </w:tc>
      </w:tr>
      <w:tr w:rsidR="00680C58" w:rsidRPr="008E2AAE" w14:paraId="02F5DC29"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341BE6B3" w14:textId="77777777" w:rsidR="00680C58" w:rsidRPr="008E2AAE" w:rsidRDefault="00000000" w:rsidP="008E2AAE">
            <w:pPr>
              <w:jc w:val="both"/>
              <w:rPr>
                <w:lang w:val="tr-TR"/>
              </w:rPr>
            </w:pPr>
            <w:r w:rsidRPr="008E2AAE">
              <w:rPr>
                <w:sz w:val="16"/>
                <w:lang w:val="tr-TR"/>
              </w:rPr>
              <w:t>M01</w:t>
            </w:r>
          </w:p>
        </w:tc>
        <w:tc>
          <w:tcPr>
            <w:tcW w:w="1461" w:type="dxa"/>
          </w:tcPr>
          <w:p w14:paraId="2D6E2F1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w:t>
            </w:r>
          </w:p>
        </w:tc>
        <w:tc>
          <w:tcPr>
            <w:tcW w:w="1461" w:type="dxa"/>
          </w:tcPr>
          <w:p w14:paraId="7711F3A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12</w:t>
            </w:r>
          </w:p>
        </w:tc>
        <w:tc>
          <w:tcPr>
            <w:tcW w:w="1461" w:type="dxa"/>
          </w:tcPr>
          <w:p w14:paraId="06BC32A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58</w:t>
            </w:r>
          </w:p>
        </w:tc>
        <w:tc>
          <w:tcPr>
            <w:tcW w:w="1461" w:type="dxa"/>
          </w:tcPr>
          <w:p w14:paraId="7CEF9E9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39</w:t>
            </w:r>
          </w:p>
        </w:tc>
        <w:tc>
          <w:tcPr>
            <w:tcW w:w="1461" w:type="dxa"/>
          </w:tcPr>
          <w:p w14:paraId="0FA4A92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99</w:t>
            </w:r>
          </w:p>
        </w:tc>
        <w:tc>
          <w:tcPr>
            <w:tcW w:w="1461" w:type="dxa"/>
          </w:tcPr>
          <w:p w14:paraId="3AF9246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228</w:t>
            </w:r>
          </w:p>
        </w:tc>
      </w:tr>
      <w:tr w:rsidR="00680C58" w:rsidRPr="008E2AAE" w14:paraId="6D00B18C"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2D0BBD7A" w14:textId="77777777" w:rsidR="00680C58" w:rsidRPr="008E2AAE" w:rsidRDefault="00000000" w:rsidP="008E2AAE">
            <w:pPr>
              <w:jc w:val="both"/>
              <w:rPr>
                <w:lang w:val="tr-TR"/>
              </w:rPr>
            </w:pPr>
            <w:r w:rsidRPr="008E2AAE">
              <w:rPr>
                <w:sz w:val="16"/>
                <w:lang w:val="tr-TR"/>
              </w:rPr>
              <w:t>M02</w:t>
            </w:r>
          </w:p>
        </w:tc>
        <w:tc>
          <w:tcPr>
            <w:tcW w:w="1461" w:type="dxa"/>
          </w:tcPr>
          <w:p w14:paraId="3670CE1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25</w:t>
            </w:r>
          </w:p>
        </w:tc>
        <w:tc>
          <w:tcPr>
            <w:tcW w:w="1461" w:type="dxa"/>
          </w:tcPr>
          <w:p w14:paraId="209EE78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20</w:t>
            </w:r>
          </w:p>
        </w:tc>
        <w:tc>
          <w:tcPr>
            <w:tcW w:w="1461" w:type="dxa"/>
          </w:tcPr>
          <w:p w14:paraId="0B24EF1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34</w:t>
            </w:r>
          </w:p>
        </w:tc>
        <w:tc>
          <w:tcPr>
            <w:tcW w:w="1461" w:type="dxa"/>
          </w:tcPr>
          <w:p w14:paraId="22F56FB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32</w:t>
            </w:r>
          </w:p>
        </w:tc>
        <w:tc>
          <w:tcPr>
            <w:tcW w:w="1461" w:type="dxa"/>
          </w:tcPr>
          <w:p w14:paraId="3CCCA7D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117</w:t>
            </w:r>
          </w:p>
        </w:tc>
        <w:tc>
          <w:tcPr>
            <w:tcW w:w="1461" w:type="dxa"/>
          </w:tcPr>
          <w:p w14:paraId="124E9D9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228</w:t>
            </w:r>
          </w:p>
        </w:tc>
      </w:tr>
      <w:tr w:rsidR="00680C58" w:rsidRPr="008E2AAE" w14:paraId="7F760382"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4EA84630" w14:textId="77777777" w:rsidR="00680C58" w:rsidRPr="008E2AAE" w:rsidRDefault="00000000" w:rsidP="008E2AAE">
            <w:pPr>
              <w:jc w:val="both"/>
              <w:rPr>
                <w:lang w:val="tr-TR"/>
              </w:rPr>
            </w:pPr>
            <w:r w:rsidRPr="008E2AAE">
              <w:rPr>
                <w:sz w:val="16"/>
                <w:lang w:val="tr-TR"/>
              </w:rPr>
              <w:t>M03</w:t>
            </w:r>
          </w:p>
        </w:tc>
        <w:tc>
          <w:tcPr>
            <w:tcW w:w="1461" w:type="dxa"/>
          </w:tcPr>
          <w:p w14:paraId="289982B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13</w:t>
            </w:r>
          </w:p>
        </w:tc>
        <w:tc>
          <w:tcPr>
            <w:tcW w:w="1461" w:type="dxa"/>
          </w:tcPr>
          <w:p w14:paraId="24389A2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16</w:t>
            </w:r>
          </w:p>
        </w:tc>
        <w:tc>
          <w:tcPr>
            <w:tcW w:w="1461" w:type="dxa"/>
          </w:tcPr>
          <w:p w14:paraId="2A7F4ED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29</w:t>
            </w:r>
          </w:p>
        </w:tc>
        <w:tc>
          <w:tcPr>
            <w:tcW w:w="1461" w:type="dxa"/>
          </w:tcPr>
          <w:p w14:paraId="71008B8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48</w:t>
            </w:r>
          </w:p>
        </w:tc>
        <w:tc>
          <w:tcPr>
            <w:tcW w:w="1461" w:type="dxa"/>
          </w:tcPr>
          <w:p w14:paraId="3CF5E32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122</w:t>
            </w:r>
          </w:p>
        </w:tc>
        <w:tc>
          <w:tcPr>
            <w:tcW w:w="1461" w:type="dxa"/>
          </w:tcPr>
          <w:p w14:paraId="40184E0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228</w:t>
            </w:r>
          </w:p>
        </w:tc>
      </w:tr>
      <w:tr w:rsidR="00680C58" w:rsidRPr="008E2AAE" w14:paraId="2CBF8A75"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6D718F6E" w14:textId="77777777" w:rsidR="00680C58" w:rsidRPr="008E2AAE" w:rsidRDefault="00000000" w:rsidP="008E2AAE">
            <w:pPr>
              <w:jc w:val="both"/>
              <w:rPr>
                <w:lang w:val="tr-TR"/>
              </w:rPr>
            </w:pPr>
            <w:r w:rsidRPr="008E2AAE">
              <w:rPr>
                <w:sz w:val="16"/>
                <w:lang w:val="tr-TR"/>
              </w:rPr>
              <w:t>M04</w:t>
            </w:r>
          </w:p>
        </w:tc>
        <w:tc>
          <w:tcPr>
            <w:tcW w:w="1461" w:type="dxa"/>
          </w:tcPr>
          <w:p w14:paraId="38985CE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26</w:t>
            </w:r>
          </w:p>
        </w:tc>
        <w:tc>
          <w:tcPr>
            <w:tcW w:w="1461" w:type="dxa"/>
          </w:tcPr>
          <w:p w14:paraId="48300F8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19</w:t>
            </w:r>
          </w:p>
        </w:tc>
        <w:tc>
          <w:tcPr>
            <w:tcW w:w="1461" w:type="dxa"/>
          </w:tcPr>
          <w:p w14:paraId="76D1C96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46</w:t>
            </w:r>
          </w:p>
        </w:tc>
        <w:tc>
          <w:tcPr>
            <w:tcW w:w="1461" w:type="dxa"/>
          </w:tcPr>
          <w:p w14:paraId="69282FD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48</w:t>
            </w:r>
          </w:p>
        </w:tc>
        <w:tc>
          <w:tcPr>
            <w:tcW w:w="1461" w:type="dxa"/>
          </w:tcPr>
          <w:p w14:paraId="45C0003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89</w:t>
            </w:r>
          </w:p>
        </w:tc>
        <w:tc>
          <w:tcPr>
            <w:tcW w:w="1461" w:type="dxa"/>
          </w:tcPr>
          <w:p w14:paraId="71D5A8F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228</w:t>
            </w:r>
          </w:p>
        </w:tc>
      </w:tr>
      <w:tr w:rsidR="00680C58" w:rsidRPr="008E2AAE" w14:paraId="15E89F95"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4B2F810C" w14:textId="77777777" w:rsidR="00680C58" w:rsidRPr="008E2AAE" w:rsidRDefault="00000000" w:rsidP="008E2AAE">
            <w:pPr>
              <w:jc w:val="both"/>
              <w:rPr>
                <w:lang w:val="tr-TR"/>
              </w:rPr>
            </w:pPr>
            <w:r w:rsidRPr="008E2AAE">
              <w:rPr>
                <w:sz w:val="16"/>
                <w:lang w:val="tr-TR"/>
              </w:rPr>
              <w:t>M05</w:t>
            </w:r>
          </w:p>
        </w:tc>
        <w:tc>
          <w:tcPr>
            <w:tcW w:w="1461" w:type="dxa"/>
          </w:tcPr>
          <w:p w14:paraId="78767B5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40</w:t>
            </w:r>
          </w:p>
        </w:tc>
        <w:tc>
          <w:tcPr>
            <w:tcW w:w="1461" w:type="dxa"/>
          </w:tcPr>
          <w:p w14:paraId="74663AC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33</w:t>
            </w:r>
          </w:p>
        </w:tc>
        <w:tc>
          <w:tcPr>
            <w:tcW w:w="1461" w:type="dxa"/>
          </w:tcPr>
          <w:p w14:paraId="10E9C87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50</w:t>
            </w:r>
          </w:p>
        </w:tc>
        <w:tc>
          <w:tcPr>
            <w:tcW w:w="1461" w:type="dxa"/>
          </w:tcPr>
          <w:p w14:paraId="73BC9E4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34</w:t>
            </w:r>
          </w:p>
        </w:tc>
        <w:tc>
          <w:tcPr>
            <w:tcW w:w="1461" w:type="dxa"/>
          </w:tcPr>
          <w:p w14:paraId="260FE45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71</w:t>
            </w:r>
          </w:p>
        </w:tc>
        <w:tc>
          <w:tcPr>
            <w:tcW w:w="1461" w:type="dxa"/>
          </w:tcPr>
          <w:p w14:paraId="4AB8282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228</w:t>
            </w:r>
          </w:p>
        </w:tc>
      </w:tr>
      <w:tr w:rsidR="00680C58" w:rsidRPr="008E2AAE" w14:paraId="31BF2C1F"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183EDAF1" w14:textId="77777777" w:rsidR="00680C58" w:rsidRPr="008E2AAE" w:rsidRDefault="00000000" w:rsidP="008E2AAE">
            <w:pPr>
              <w:jc w:val="both"/>
              <w:rPr>
                <w:lang w:val="tr-TR"/>
              </w:rPr>
            </w:pPr>
            <w:r w:rsidRPr="008E2AAE">
              <w:rPr>
                <w:sz w:val="16"/>
                <w:lang w:val="tr-TR"/>
              </w:rPr>
              <w:t>M06</w:t>
            </w:r>
          </w:p>
        </w:tc>
        <w:tc>
          <w:tcPr>
            <w:tcW w:w="1461" w:type="dxa"/>
          </w:tcPr>
          <w:p w14:paraId="3E6211C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26</w:t>
            </w:r>
          </w:p>
        </w:tc>
        <w:tc>
          <w:tcPr>
            <w:tcW w:w="1461" w:type="dxa"/>
          </w:tcPr>
          <w:p w14:paraId="53513BB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17</w:t>
            </w:r>
          </w:p>
        </w:tc>
        <w:tc>
          <w:tcPr>
            <w:tcW w:w="1461" w:type="dxa"/>
          </w:tcPr>
          <w:p w14:paraId="6E6D94D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48</w:t>
            </w:r>
          </w:p>
        </w:tc>
        <w:tc>
          <w:tcPr>
            <w:tcW w:w="1461" w:type="dxa"/>
          </w:tcPr>
          <w:p w14:paraId="7CF37AA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49</w:t>
            </w:r>
          </w:p>
        </w:tc>
        <w:tc>
          <w:tcPr>
            <w:tcW w:w="1461" w:type="dxa"/>
          </w:tcPr>
          <w:p w14:paraId="23B6542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88</w:t>
            </w:r>
          </w:p>
        </w:tc>
        <w:tc>
          <w:tcPr>
            <w:tcW w:w="1461" w:type="dxa"/>
          </w:tcPr>
          <w:p w14:paraId="24C8430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228</w:t>
            </w:r>
          </w:p>
        </w:tc>
      </w:tr>
      <w:tr w:rsidR="00680C58" w:rsidRPr="008E2AAE" w14:paraId="0D605661"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0E0C61EE" w14:textId="77777777" w:rsidR="00680C58" w:rsidRPr="008E2AAE" w:rsidRDefault="00000000" w:rsidP="008E2AAE">
            <w:pPr>
              <w:jc w:val="both"/>
              <w:rPr>
                <w:lang w:val="tr-TR"/>
              </w:rPr>
            </w:pPr>
            <w:r w:rsidRPr="008E2AAE">
              <w:rPr>
                <w:sz w:val="16"/>
                <w:lang w:val="tr-TR"/>
              </w:rPr>
              <w:t>M07</w:t>
            </w:r>
          </w:p>
        </w:tc>
        <w:tc>
          <w:tcPr>
            <w:tcW w:w="1461" w:type="dxa"/>
          </w:tcPr>
          <w:p w14:paraId="0C15919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41</w:t>
            </w:r>
          </w:p>
        </w:tc>
        <w:tc>
          <w:tcPr>
            <w:tcW w:w="1461" w:type="dxa"/>
          </w:tcPr>
          <w:p w14:paraId="327E6B0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18</w:t>
            </w:r>
          </w:p>
        </w:tc>
        <w:tc>
          <w:tcPr>
            <w:tcW w:w="1461" w:type="dxa"/>
          </w:tcPr>
          <w:p w14:paraId="36DCAEF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29</w:t>
            </w:r>
          </w:p>
        </w:tc>
        <w:tc>
          <w:tcPr>
            <w:tcW w:w="1461" w:type="dxa"/>
          </w:tcPr>
          <w:p w14:paraId="4B3198F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39</w:t>
            </w:r>
          </w:p>
        </w:tc>
        <w:tc>
          <w:tcPr>
            <w:tcW w:w="1461" w:type="dxa"/>
          </w:tcPr>
          <w:p w14:paraId="48C5338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101</w:t>
            </w:r>
          </w:p>
        </w:tc>
        <w:tc>
          <w:tcPr>
            <w:tcW w:w="1461" w:type="dxa"/>
          </w:tcPr>
          <w:p w14:paraId="5055F9E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228</w:t>
            </w:r>
          </w:p>
        </w:tc>
      </w:tr>
      <w:tr w:rsidR="00680C58" w:rsidRPr="008E2AAE" w14:paraId="6CE7DD31"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43DE83B5" w14:textId="77777777" w:rsidR="00680C58" w:rsidRPr="008E2AAE" w:rsidRDefault="00000000" w:rsidP="008E2AAE">
            <w:pPr>
              <w:jc w:val="both"/>
              <w:rPr>
                <w:lang w:val="tr-TR"/>
              </w:rPr>
            </w:pPr>
            <w:r w:rsidRPr="008E2AAE">
              <w:rPr>
                <w:sz w:val="16"/>
                <w:lang w:val="tr-TR"/>
              </w:rPr>
              <w:t>M08</w:t>
            </w:r>
          </w:p>
        </w:tc>
        <w:tc>
          <w:tcPr>
            <w:tcW w:w="1461" w:type="dxa"/>
          </w:tcPr>
          <w:p w14:paraId="4A6F80A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23</w:t>
            </w:r>
          </w:p>
        </w:tc>
        <w:tc>
          <w:tcPr>
            <w:tcW w:w="1461" w:type="dxa"/>
          </w:tcPr>
          <w:p w14:paraId="32A6A47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18</w:t>
            </w:r>
          </w:p>
        </w:tc>
        <w:tc>
          <w:tcPr>
            <w:tcW w:w="1461" w:type="dxa"/>
          </w:tcPr>
          <w:p w14:paraId="3DFF318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43</w:t>
            </w:r>
          </w:p>
        </w:tc>
        <w:tc>
          <w:tcPr>
            <w:tcW w:w="1461" w:type="dxa"/>
          </w:tcPr>
          <w:p w14:paraId="021B136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46</w:t>
            </w:r>
          </w:p>
        </w:tc>
        <w:tc>
          <w:tcPr>
            <w:tcW w:w="1461" w:type="dxa"/>
          </w:tcPr>
          <w:p w14:paraId="63C3513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98</w:t>
            </w:r>
          </w:p>
        </w:tc>
        <w:tc>
          <w:tcPr>
            <w:tcW w:w="1461" w:type="dxa"/>
          </w:tcPr>
          <w:p w14:paraId="570EC6A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228</w:t>
            </w:r>
          </w:p>
        </w:tc>
      </w:tr>
      <w:tr w:rsidR="00680C58" w:rsidRPr="008E2AAE" w14:paraId="3263448F"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161D898E" w14:textId="77777777" w:rsidR="00680C58" w:rsidRPr="008E2AAE" w:rsidRDefault="00000000" w:rsidP="008E2AAE">
            <w:pPr>
              <w:jc w:val="both"/>
              <w:rPr>
                <w:lang w:val="tr-TR"/>
              </w:rPr>
            </w:pPr>
            <w:r w:rsidRPr="008E2AAE">
              <w:rPr>
                <w:sz w:val="16"/>
                <w:lang w:val="tr-TR"/>
              </w:rPr>
              <w:t>M09</w:t>
            </w:r>
          </w:p>
        </w:tc>
        <w:tc>
          <w:tcPr>
            <w:tcW w:w="1461" w:type="dxa"/>
          </w:tcPr>
          <w:p w14:paraId="0632BD8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16</w:t>
            </w:r>
          </w:p>
        </w:tc>
        <w:tc>
          <w:tcPr>
            <w:tcW w:w="1461" w:type="dxa"/>
          </w:tcPr>
          <w:p w14:paraId="639D3BE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8</w:t>
            </w:r>
          </w:p>
        </w:tc>
        <w:tc>
          <w:tcPr>
            <w:tcW w:w="1461" w:type="dxa"/>
          </w:tcPr>
          <w:p w14:paraId="220F192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35</w:t>
            </w:r>
          </w:p>
        </w:tc>
        <w:tc>
          <w:tcPr>
            <w:tcW w:w="1461" w:type="dxa"/>
          </w:tcPr>
          <w:p w14:paraId="3844D50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55</w:t>
            </w:r>
          </w:p>
        </w:tc>
        <w:tc>
          <w:tcPr>
            <w:tcW w:w="1461" w:type="dxa"/>
          </w:tcPr>
          <w:p w14:paraId="43ACF13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114</w:t>
            </w:r>
          </w:p>
        </w:tc>
        <w:tc>
          <w:tcPr>
            <w:tcW w:w="1461" w:type="dxa"/>
          </w:tcPr>
          <w:p w14:paraId="5CAEA0F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228</w:t>
            </w:r>
          </w:p>
        </w:tc>
      </w:tr>
      <w:tr w:rsidR="00680C58" w:rsidRPr="008E2AAE" w14:paraId="744A133E"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2549E756" w14:textId="77777777" w:rsidR="00680C58" w:rsidRPr="008E2AAE" w:rsidRDefault="00000000" w:rsidP="008E2AAE">
            <w:pPr>
              <w:jc w:val="both"/>
              <w:rPr>
                <w:lang w:val="tr-TR"/>
              </w:rPr>
            </w:pPr>
            <w:r w:rsidRPr="008E2AAE">
              <w:rPr>
                <w:sz w:val="16"/>
                <w:lang w:val="tr-TR"/>
              </w:rPr>
              <w:t>M10</w:t>
            </w:r>
          </w:p>
        </w:tc>
        <w:tc>
          <w:tcPr>
            <w:tcW w:w="1461" w:type="dxa"/>
          </w:tcPr>
          <w:p w14:paraId="1F3C895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19</w:t>
            </w:r>
          </w:p>
        </w:tc>
        <w:tc>
          <w:tcPr>
            <w:tcW w:w="1461" w:type="dxa"/>
          </w:tcPr>
          <w:p w14:paraId="706E745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12</w:t>
            </w:r>
          </w:p>
        </w:tc>
        <w:tc>
          <w:tcPr>
            <w:tcW w:w="1461" w:type="dxa"/>
          </w:tcPr>
          <w:p w14:paraId="58716F3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31</w:t>
            </w:r>
          </w:p>
        </w:tc>
        <w:tc>
          <w:tcPr>
            <w:tcW w:w="1461" w:type="dxa"/>
          </w:tcPr>
          <w:p w14:paraId="12C378F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51</w:t>
            </w:r>
          </w:p>
        </w:tc>
        <w:tc>
          <w:tcPr>
            <w:tcW w:w="1461" w:type="dxa"/>
          </w:tcPr>
          <w:p w14:paraId="7003ED6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115</w:t>
            </w:r>
          </w:p>
        </w:tc>
        <w:tc>
          <w:tcPr>
            <w:tcW w:w="1461" w:type="dxa"/>
          </w:tcPr>
          <w:p w14:paraId="61B83EB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228</w:t>
            </w:r>
          </w:p>
        </w:tc>
      </w:tr>
      <w:tr w:rsidR="00680C58" w:rsidRPr="008E2AAE" w14:paraId="16F79390"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58D136E5" w14:textId="77777777" w:rsidR="00680C58" w:rsidRPr="008E2AAE" w:rsidRDefault="00000000" w:rsidP="008E2AAE">
            <w:pPr>
              <w:jc w:val="both"/>
              <w:rPr>
                <w:lang w:val="tr-TR"/>
              </w:rPr>
            </w:pPr>
            <w:r w:rsidRPr="008E2AAE">
              <w:rPr>
                <w:sz w:val="16"/>
                <w:lang w:val="tr-TR"/>
              </w:rPr>
              <w:t>M11</w:t>
            </w:r>
          </w:p>
        </w:tc>
        <w:tc>
          <w:tcPr>
            <w:tcW w:w="1461" w:type="dxa"/>
          </w:tcPr>
          <w:p w14:paraId="6D33D55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66</w:t>
            </w:r>
          </w:p>
        </w:tc>
        <w:tc>
          <w:tcPr>
            <w:tcW w:w="1461" w:type="dxa"/>
          </w:tcPr>
          <w:p w14:paraId="788B745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41</w:t>
            </w:r>
          </w:p>
        </w:tc>
        <w:tc>
          <w:tcPr>
            <w:tcW w:w="1461" w:type="dxa"/>
          </w:tcPr>
          <w:p w14:paraId="18FC223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35</w:t>
            </w:r>
          </w:p>
        </w:tc>
        <w:tc>
          <w:tcPr>
            <w:tcW w:w="1461" w:type="dxa"/>
          </w:tcPr>
          <w:p w14:paraId="1BB9CA1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15</w:t>
            </w:r>
          </w:p>
        </w:tc>
        <w:tc>
          <w:tcPr>
            <w:tcW w:w="1461" w:type="dxa"/>
          </w:tcPr>
          <w:p w14:paraId="418A7E9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71</w:t>
            </w:r>
          </w:p>
        </w:tc>
        <w:tc>
          <w:tcPr>
            <w:tcW w:w="1461" w:type="dxa"/>
          </w:tcPr>
          <w:p w14:paraId="792837F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228</w:t>
            </w:r>
          </w:p>
        </w:tc>
      </w:tr>
      <w:tr w:rsidR="00680C58" w:rsidRPr="008E2AAE" w14:paraId="51306C72"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32E4C1D2" w14:textId="77777777" w:rsidR="00680C58" w:rsidRPr="008E2AAE" w:rsidRDefault="00000000" w:rsidP="008E2AAE">
            <w:pPr>
              <w:jc w:val="both"/>
              <w:rPr>
                <w:lang w:val="tr-TR"/>
              </w:rPr>
            </w:pPr>
            <w:r w:rsidRPr="008E2AAE">
              <w:rPr>
                <w:sz w:val="16"/>
                <w:lang w:val="tr-TR"/>
              </w:rPr>
              <w:t>M12</w:t>
            </w:r>
          </w:p>
        </w:tc>
        <w:tc>
          <w:tcPr>
            <w:tcW w:w="1461" w:type="dxa"/>
          </w:tcPr>
          <w:p w14:paraId="0CEC6C3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48</w:t>
            </w:r>
          </w:p>
        </w:tc>
        <w:tc>
          <w:tcPr>
            <w:tcW w:w="1461" w:type="dxa"/>
          </w:tcPr>
          <w:p w14:paraId="64FFFBB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28</w:t>
            </w:r>
          </w:p>
        </w:tc>
        <w:tc>
          <w:tcPr>
            <w:tcW w:w="1461" w:type="dxa"/>
          </w:tcPr>
          <w:p w14:paraId="4B68090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52</w:t>
            </w:r>
          </w:p>
        </w:tc>
        <w:tc>
          <w:tcPr>
            <w:tcW w:w="1461" w:type="dxa"/>
          </w:tcPr>
          <w:p w14:paraId="712FF75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25</w:t>
            </w:r>
          </w:p>
        </w:tc>
        <w:tc>
          <w:tcPr>
            <w:tcW w:w="1461" w:type="dxa"/>
          </w:tcPr>
          <w:p w14:paraId="5830803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75</w:t>
            </w:r>
          </w:p>
        </w:tc>
        <w:tc>
          <w:tcPr>
            <w:tcW w:w="1461" w:type="dxa"/>
          </w:tcPr>
          <w:p w14:paraId="57B4E13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228</w:t>
            </w:r>
          </w:p>
        </w:tc>
      </w:tr>
      <w:tr w:rsidR="00680C58" w:rsidRPr="008E2AAE" w14:paraId="1176377E"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49BD221D" w14:textId="77777777" w:rsidR="00680C58" w:rsidRPr="008E2AAE" w:rsidRDefault="00000000" w:rsidP="008E2AAE">
            <w:pPr>
              <w:jc w:val="both"/>
              <w:rPr>
                <w:lang w:val="tr-TR"/>
              </w:rPr>
            </w:pPr>
            <w:r w:rsidRPr="008E2AAE">
              <w:rPr>
                <w:sz w:val="16"/>
                <w:lang w:val="tr-TR"/>
              </w:rPr>
              <w:t>M13</w:t>
            </w:r>
          </w:p>
        </w:tc>
        <w:tc>
          <w:tcPr>
            <w:tcW w:w="1461" w:type="dxa"/>
          </w:tcPr>
          <w:p w14:paraId="77D27E0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47</w:t>
            </w:r>
          </w:p>
        </w:tc>
        <w:tc>
          <w:tcPr>
            <w:tcW w:w="1461" w:type="dxa"/>
          </w:tcPr>
          <w:p w14:paraId="613B093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27</w:t>
            </w:r>
          </w:p>
        </w:tc>
        <w:tc>
          <w:tcPr>
            <w:tcW w:w="1461" w:type="dxa"/>
          </w:tcPr>
          <w:p w14:paraId="30DEA33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58</w:t>
            </w:r>
          </w:p>
        </w:tc>
        <w:tc>
          <w:tcPr>
            <w:tcW w:w="1461" w:type="dxa"/>
          </w:tcPr>
          <w:p w14:paraId="6828029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27</w:t>
            </w:r>
          </w:p>
        </w:tc>
        <w:tc>
          <w:tcPr>
            <w:tcW w:w="1461" w:type="dxa"/>
          </w:tcPr>
          <w:p w14:paraId="61F9437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69</w:t>
            </w:r>
          </w:p>
        </w:tc>
        <w:tc>
          <w:tcPr>
            <w:tcW w:w="1461" w:type="dxa"/>
          </w:tcPr>
          <w:p w14:paraId="329ECEF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228</w:t>
            </w:r>
          </w:p>
        </w:tc>
      </w:tr>
      <w:tr w:rsidR="00680C58" w:rsidRPr="008E2AAE" w14:paraId="5C6EA4F2"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7F3B8FDF" w14:textId="77777777" w:rsidR="00680C58" w:rsidRPr="008E2AAE" w:rsidRDefault="00000000" w:rsidP="008E2AAE">
            <w:pPr>
              <w:jc w:val="both"/>
              <w:rPr>
                <w:lang w:val="tr-TR"/>
              </w:rPr>
            </w:pPr>
            <w:r w:rsidRPr="008E2AAE">
              <w:rPr>
                <w:sz w:val="16"/>
                <w:lang w:val="tr-TR"/>
              </w:rPr>
              <w:t>M14</w:t>
            </w:r>
          </w:p>
        </w:tc>
        <w:tc>
          <w:tcPr>
            <w:tcW w:w="1461" w:type="dxa"/>
          </w:tcPr>
          <w:p w14:paraId="2B0B599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26</w:t>
            </w:r>
          </w:p>
        </w:tc>
        <w:tc>
          <w:tcPr>
            <w:tcW w:w="1461" w:type="dxa"/>
          </w:tcPr>
          <w:p w14:paraId="6D77FDB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17</w:t>
            </w:r>
          </w:p>
        </w:tc>
        <w:tc>
          <w:tcPr>
            <w:tcW w:w="1461" w:type="dxa"/>
          </w:tcPr>
          <w:p w14:paraId="2F4E5BB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51</w:t>
            </w:r>
          </w:p>
        </w:tc>
        <w:tc>
          <w:tcPr>
            <w:tcW w:w="1461" w:type="dxa"/>
          </w:tcPr>
          <w:p w14:paraId="6C2107F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44</w:t>
            </w:r>
          </w:p>
        </w:tc>
        <w:tc>
          <w:tcPr>
            <w:tcW w:w="1461" w:type="dxa"/>
          </w:tcPr>
          <w:p w14:paraId="4A3C81E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90</w:t>
            </w:r>
          </w:p>
        </w:tc>
        <w:tc>
          <w:tcPr>
            <w:tcW w:w="1461" w:type="dxa"/>
          </w:tcPr>
          <w:p w14:paraId="0E51351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228</w:t>
            </w:r>
          </w:p>
        </w:tc>
      </w:tr>
      <w:tr w:rsidR="00680C58" w:rsidRPr="008E2AAE" w14:paraId="261E4EC8"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1BBABFD8" w14:textId="77777777" w:rsidR="00680C58" w:rsidRPr="008E2AAE" w:rsidRDefault="00000000" w:rsidP="008E2AAE">
            <w:pPr>
              <w:jc w:val="both"/>
              <w:rPr>
                <w:lang w:val="tr-TR"/>
              </w:rPr>
            </w:pPr>
            <w:r w:rsidRPr="008E2AAE">
              <w:rPr>
                <w:sz w:val="16"/>
                <w:lang w:val="tr-TR"/>
              </w:rPr>
              <w:t>M15</w:t>
            </w:r>
          </w:p>
        </w:tc>
        <w:tc>
          <w:tcPr>
            <w:tcW w:w="1461" w:type="dxa"/>
          </w:tcPr>
          <w:p w14:paraId="665E727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41</w:t>
            </w:r>
          </w:p>
        </w:tc>
        <w:tc>
          <w:tcPr>
            <w:tcW w:w="1461" w:type="dxa"/>
          </w:tcPr>
          <w:p w14:paraId="505A5DD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w:t>
            </w:r>
          </w:p>
        </w:tc>
        <w:tc>
          <w:tcPr>
            <w:tcW w:w="1461" w:type="dxa"/>
          </w:tcPr>
          <w:p w14:paraId="35CF627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37</w:t>
            </w:r>
          </w:p>
        </w:tc>
        <w:tc>
          <w:tcPr>
            <w:tcW w:w="1461" w:type="dxa"/>
          </w:tcPr>
          <w:p w14:paraId="70023DA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33</w:t>
            </w:r>
          </w:p>
        </w:tc>
        <w:tc>
          <w:tcPr>
            <w:tcW w:w="1461" w:type="dxa"/>
          </w:tcPr>
          <w:p w14:paraId="2103631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97</w:t>
            </w:r>
          </w:p>
        </w:tc>
        <w:tc>
          <w:tcPr>
            <w:tcW w:w="1461" w:type="dxa"/>
          </w:tcPr>
          <w:p w14:paraId="19FD512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228</w:t>
            </w:r>
          </w:p>
        </w:tc>
      </w:tr>
      <w:tr w:rsidR="00680C58" w:rsidRPr="008E2AAE" w14:paraId="37066484"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73C128CB" w14:textId="77777777" w:rsidR="00680C58" w:rsidRPr="008E2AAE" w:rsidRDefault="00000000" w:rsidP="008E2AAE">
            <w:pPr>
              <w:jc w:val="both"/>
              <w:rPr>
                <w:lang w:val="tr-TR"/>
              </w:rPr>
            </w:pPr>
            <w:r w:rsidRPr="008E2AAE">
              <w:rPr>
                <w:sz w:val="16"/>
                <w:lang w:val="tr-TR"/>
              </w:rPr>
              <w:t>M16</w:t>
            </w:r>
          </w:p>
        </w:tc>
        <w:tc>
          <w:tcPr>
            <w:tcW w:w="1461" w:type="dxa"/>
          </w:tcPr>
          <w:p w14:paraId="5446E14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29</w:t>
            </w:r>
          </w:p>
        </w:tc>
        <w:tc>
          <w:tcPr>
            <w:tcW w:w="1461" w:type="dxa"/>
          </w:tcPr>
          <w:p w14:paraId="3E3DC32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18</w:t>
            </w:r>
          </w:p>
        </w:tc>
        <w:tc>
          <w:tcPr>
            <w:tcW w:w="1461" w:type="dxa"/>
          </w:tcPr>
          <w:p w14:paraId="62747EE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27</w:t>
            </w:r>
          </w:p>
        </w:tc>
        <w:tc>
          <w:tcPr>
            <w:tcW w:w="1461" w:type="dxa"/>
          </w:tcPr>
          <w:p w14:paraId="2A34D4D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35</w:t>
            </w:r>
          </w:p>
        </w:tc>
        <w:tc>
          <w:tcPr>
            <w:tcW w:w="1461" w:type="dxa"/>
          </w:tcPr>
          <w:p w14:paraId="47D6C23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119</w:t>
            </w:r>
          </w:p>
        </w:tc>
        <w:tc>
          <w:tcPr>
            <w:tcW w:w="1461" w:type="dxa"/>
          </w:tcPr>
          <w:p w14:paraId="14E52D4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228</w:t>
            </w:r>
          </w:p>
        </w:tc>
      </w:tr>
      <w:tr w:rsidR="00680C58" w:rsidRPr="008E2AAE" w14:paraId="1A17524B"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0B4AFB7E" w14:textId="77777777" w:rsidR="00680C58" w:rsidRPr="008E2AAE" w:rsidRDefault="00000000" w:rsidP="008E2AAE">
            <w:pPr>
              <w:jc w:val="both"/>
              <w:rPr>
                <w:lang w:val="tr-TR"/>
              </w:rPr>
            </w:pPr>
            <w:r w:rsidRPr="008E2AAE">
              <w:rPr>
                <w:sz w:val="16"/>
                <w:lang w:val="tr-TR"/>
              </w:rPr>
              <w:t>M17</w:t>
            </w:r>
          </w:p>
        </w:tc>
        <w:tc>
          <w:tcPr>
            <w:tcW w:w="1461" w:type="dxa"/>
          </w:tcPr>
          <w:p w14:paraId="569EB49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29</w:t>
            </w:r>
          </w:p>
        </w:tc>
        <w:tc>
          <w:tcPr>
            <w:tcW w:w="1461" w:type="dxa"/>
          </w:tcPr>
          <w:p w14:paraId="2182D7F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w:t>
            </w:r>
          </w:p>
        </w:tc>
        <w:tc>
          <w:tcPr>
            <w:tcW w:w="1461" w:type="dxa"/>
          </w:tcPr>
          <w:p w14:paraId="33A36FF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50</w:t>
            </w:r>
          </w:p>
        </w:tc>
        <w:tc>
          <w:tcPr>
            <w:tcW w:w="1461" w:type="dxa"/>
          </w:tcPr>
          <w:p w14:paraId="200B967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34</w:t>
            </w:r>
          </w:p>
        </w:tc>
        <w:tc>
          <w:tcPr>
            <w:tcW w:w="1461" w:type="dxa"/>
          </w:tcPr>
          <w:p w14:paraId="779872D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95</w:t>
            </w:r>
          </w:p>
        </w:tc>
        <w:tc>
          <w:tcPr>
            <w:tcW w:w="1461" w:type="dxa"/>
          </w:tcPr>
          <w:p w14:paraId="2E7A04C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228</w:t>
            </w:r>
          </w:p>
        </w:tc>
      </w:tr>
    </w:tbl>
    <w:p w14:paraId="0BBCB99A" w14:textId="77777777" w:rsidR="00680C58" w:rsidRPr="008E2AAE" w:rsidRDefault="00000000" w:rsidP="008E2AAE">
      <w:pPr>
        <w:pStyle w:val="Balk1"/>
        <w:jc w:val="both"/>
        <w:rPr>
          <w:lang w:val="tr-TR"/>
        </w:rPr>
      </w:pPr>
      <w:r w:rsidRPr="008E2AAE">
        <w:rPr>
          <w:lang w:val="tr-TR"/>
        </w:rPr>
        <w:t>Geç mezun</w:t>
      </w:r>
    </w:p>
    <w:tbl>
      <w:tblPr>
        <w:tblStyle w:val="AkGlgeleme-Vurgu1"/>
        <w:tblW w:w="0" w:type="auto"/>
        <w:tblLook w:val="04A0" w:firstRow="1" w:lastRow="0" w:firstColumn="1" w:lastColumn="0" w:noHBand="0" w:noVBand="1"/>
      </w:tblPr>
      <w:tblGrid>
        <w:gridCol w:w="1461"/>
        <w:gridCol w:w="1461"/>
        <w:gridCol w:w="1461"/>
        <w:gridCol w:w="1461"/>
        <w:gridCol w:w="1461"/>
        <w:gridCol w:w="1461"/>
        <w:gridCol w:w="1461"/>
      </w:tblGrid>
      <w:tr w:rsidR="00680C58" w:rsidRPr="008E2AAE" w14:paraId="7127D3CD"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6228FED1" w14:textId="77777777" w:rsidR="00680C58" w:rsidRPr="008E2AAE" w:rsidRDefault="00000000" w:rsidP="008E2AAE">
            <w:pPr>
              <w:jc w:val="both"/>
              <w:rPr>
                <w:lang w:val="tr-TR"/>
              </w:rPr>
            </w:pPr>
            <w:r w:rsidRPr="008E2AAE">
              <w:rPr>
                <w:sz w:val="16"/>
                <w:lang w:val="tr-TR"/>
              </w:rPr>
              <w:t>Kod</w:t>
            </w:r>
          </w:p>
        </w:tc>
        <w:tc>
          <w:tcPr>
            <w:tcW w:w="1461" w:type="dxa"/>
          </w:tcPr>
          <w:p w14:paraId="59C488C4"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1 puan</w:t>
            </w:r>
          </w:p>
        </w:tc>
        <w:tc>
          <w:tcPr>
            <w:tcW w:w="1461" w:type="dxa"/>
          </w:tcPr>
          <w:p w14:paraId="63BFB62C"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2 puan</w:t>
            </w:r>
          </w:p>
        </w:tc>
        <w:tc>
          <w:tcPr>
            <w:tcW w:w="1461" w:type="dxa"/>
          </w:tcPr>
          <w:p w14:paraId="4CBC9033"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3 puan</w:t>
            </w:r>
          </w:p>
        </w:tc>
        <w:tc>
          <w:tcPr>
            <w:tcW w:w="1461" w:type="dxa"/>
          </w:tcPr>
          <w:p w14:paraId="78F4C2AD"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4 puan</w:t>
            </w:r>
          </w:p>
        </w:tc>
        <w:tc>
          <w:tcPr>
            <w:tcW w:w="1461" w:type="dxa"/>
          </w:tcPr>
          <w:p w14:paraId="60DD51FE"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5 puan</w:t>
            </w:r>
          </w:p>
        </w:tc>
        <w:tc>
          <w:tcPr>
            <w:tcW w:w="1461" w:type="dxa"/>
          </w:tcPr>
          <w:p w14:paraId="259F73BD"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Toplam</w:t>
            </w:r>
          </w:p>
        </w:tc>
      </w:tr>
      <w:tr w:rsidR="00680C58" w:rsidRPr="008E2AAE" w14:paraId="16C93CDF"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1FF55DE1" w14:textId="77777777" w:rsidR="00680C58" w:rsidRPr="008E2AAE" w:rsidRDefault="00000000" w:rsidP="008E2AAE">
            <w:pPr>
              <w:jc w:val="both"/>
              <w:rPr>
                <w:lang w:val="tr-TR"/>
              </w:rPr>
            </w:pPr>
            <w:r w:rsidRPr="008E2AAE">
              <w:rPr>
                <w:sz w:val="16"/>
                <w:lang w:val="tr-TR"/>
              </w:rPr>
              <w:t>M01</w:t>
            </w:r>
          </w:p>
        </w:tc>
        <w:tc>
          <w:tcPr>
            <w:tcW w:w="1461" w:type="dxa"/>
          </w:tcPr>
          <w:p w14:paraId="231F44B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w:t>
            </w:r>
          </w:p>
        </w:tc>
        <w:tc>
          <w:tcPr>
            <w:tcW w:w="1461" w:type="dxa"/>
          </w:tcPr>
          <w:p w14:paraId="019B573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w:t>
            </w:r>
          </w:p>
        </w:tc>
        <w:tc>
          <w:tcPr>
            <w:tcW w:w="1461" w:type="dxa"/>
          </w:tcPr>
          <w:p w14:paraId="3F6D270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w:t>
            </w:r>
          </w:p>
        </w:tc>
        <w:tc>
          <w:tcPr>
            <w:tcW w:w="1461" w:type="dxa"/>
          </w:tcPr>
          <w:p w14:paraId="597E254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w:t>
            </w:r>
          </w:p>
        </w:tc>
        <w:tc>
          <w:tcPr>
            <w:tcW w:w="1461" w:type="dxa"/>
          </w:tcPr>
          <w:p w14:paraId="5769313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w:t>
            </w:r>
          </w:p>
        </w:tc>
        <w:tc>
          <w:tcPr>
            <w:tcW w:w="1461" w:type="dxa"/>
          </w:tcPr>
          <w:p w14:paraId="7992FB8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w:t>
            </w:r>
          </w:p>
        </w:tc>
      </w:tr>
      <w:tr w:rsidR="00680C58" w:rsidRPr="008E2AAE" w14:paraId="5EF771A2"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4130F906" w14:textId="77777777" w:rsidR="00680C58" w:rsidRPr="008E2AAE" w:rsidRDefault="00000000" w:rsidP="008E2AAE">
            <w:pPr>
              <w:jc w:val="both"/>
              <w:rPr>
                <w:lang w:val="tr-TR"/>
              </w:rPr>
            </w:pPr>
            <w:r w:rsidRPr="008E2AAE">
              <w:rPr>
                <w:sz w:val="16"/>
                <w:lang w:val="tr-TR"/>
              </w:rPr>
              <w:t>M02</w:t>
            </w:r>
          </w:p>
        </w:tc>
        <w:tc>
          <w:tcPr>
            <w:tcW w:w="1461" w:type="dxa"/>
          </w:tcPr>
          <w:p w14:paraId="0ECE35F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w:t>
            </w:r>
          </w:p>
        </w:tc>
        <w:tc>
          <w:tcPr>
            <w:tcW w:w="1461" w:type="dxa"/>
          </w:tcPr>
          <w:p w14:paraId="17FA30C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w:t>
            </w:r>
          </w:p>
        </w:tc>
        <w:tc>
          <w:tcPr>
            <w:tcW w:w="1461" w:type="dxa"/>
          </w:tcPr>
          <w:p w14:paraId="742F3F6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w:t>
            </w:r>
          </w:p>
        </w:tc>
        <w:tc>
          <w:tcPr>
            <w:tcW w:w="1461" w:type="dxa"/>
          </w:tcPr>
          <w:p w14:paraId="539F3F5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w:t>
            </w:r>
          </w:p>
        </w:tc>
        <w:tc>
          <w:tcPr>
            <w:tcW w:w="1461" w:type="dxa"/>
          </w:tcPr>
          <w:p w14:paraId="1F4D8AA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11</w:t>
            </w:r>
          </w:p>
        </w:tc>
        <w:tc>
          <w:tcPr>
            <w:tcW w:w="1461" w:type="dxa"/>
          </w:tcPr>
          <w:p w14:paraId="7CCCFC4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20</w:t>
            </w:r>
          </w:p>
        </w:tc>
      </w:tr>
      <w:tr w:rsidR="00680C58" w:rsidRPr="008E2AAE" w14:paraId="71981F9D"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55CF2A18" w14:textId="77777777" w:rsidR="00680C58" w:rsidRPr="008E2AAE" w:rsidRDefault="00000000" w:rsidP="008E2AAE">
            <w:pPr>
              <w:jc w:val="both"/>
              <w:rPr>
                <w:lang w:val="tr-TR"/>
              </w:rPr>
            </w:pPr>
            <w:r w:rsidRPr="008E2AAE">
              <w:rPr>
                <w:sz w:val="16"/>
                <w:lang w:val="tr-TR"/>
              </w:rPr>
              <w:t>M03</w:t>
            </w:r>
          </w:p>
        </w:tc>
        <w:tc>
          <w:tcPr>
            <w:tcW w:w="1461" w:type="dxa"/>
          </w:tcPr>
          <w:p w14:paraId="078EB72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w:t>
            </w:r>
          </w:p>
        </w:tc>
        <w:tc>
          <w:tcPr>
            <w:tcW w:w="1461" w:type="dxa"/>
          </w:tcPr>
          <w:p w14:paraId="09163F1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w:t>
            </w:r>
          </w:p>
        </w:tc>
        <w:tc>
          <w:tcPr>
            <w:tcW w:w="1461" w:type="dxa"/>
          </w:tcPr>
          <w:p w14:paraId="357F5E5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w:t>
            </w:r>
          </w:p>
        </w:tc>
        <w:tc>
          <w:tcPr>
            <w:tcW w:w="1461" w:type="dxa"/>
          </w:tcPr>
          <w:p w14:paraId="7252717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w:t>
            </w:r>
          </w:p>
        </w:tc>
        <w:tc>
          <w:tcPr>
            <w:tcW w:w="1461" w:type="dxa"/>
          </w:tcPr>
          <w:p w14:paraId="5FD8B25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16</w:t>
            </w:r>
          </w:p>
        </w:tc>
        <w:tc>
          <w:tcPr>
            <w:tcW w:w="1461" w:type="dxa"/>
          </w:tcPr>
          <w:p w14:paraId="173F471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w:t>
            </w:r>
          </w:p>
        </w:tc>
      </w:tr>
      <w:tr w:rsidR="00680C58" w:rsidRPr="008E2AAE" w14:paraId="0BC06FB9"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7401C271" w14:textId="77777777" w:rsidR="00680C58" w:rsidRPr="008E2AAE" w:rsidRDefault="00000000" w:rsidP="008E2AAE">
            <w:pPr>
              <w:jc w:val="both"/>
              <w:rPr>
                <w:lang w:val="tr-TR"/>
              </w:rPr>
            </w:pPr>
            <w:r w:rsidRPr="008E2AAE">
              <w:rPr>
                <w:sz w:val="16"/>
                <w:lang w:val="tr-TR"/>
              </w:rPr>
              <w:t>M04</w:t>
            </w:r>
          </w:p>
        </w:tc>
        <w:tc>
          <w:tcPr>
            <w:tcW w:w="1461" w:type="dxa"/>
          </w:tcPr>
          <w:p w14:paraId="028D655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w:t>
            </w:r>
          </w:p>
        </w:tc>
        <w:tc>
          <w:tcPr>
            <w:tcW w:w="1461" w:type="dxa"/>
          </w:tcPr>
          <w:p w14:paraId="05763B1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w:t>
            </w:r>
          </w:p>
        </w:tc>
        <w:tc>
          <w:tcPr>
            <w:tcW w:w="1461" w:type="dxa"/>
          </w:tcPr>
          <w:p w14:paraId="23C58B7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w:t>
            </w:r>
          </w:p>
        </w:tc>
        <w:tc>
          <w:tcPr>
            <w:tcW w:w="1461" w:type="dxa"/>
          </w:tcPr>
          <w:p w14:paraId="6C84483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w:t>
            </w:r>
          </w:p>
        </w:tc>
        <w:tc>
          <w:tcPr>
            <w:tcW w:w="1461" w:type="dxa"/>
          </w:tcPr>
          <w:p w14:paraId="29D33F1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9</w:t>
            </w:r>
          </w:p>
        </w:tc>
        <w:tc>
          <w:tcPr>
            <w:tcW w:w="1461" w:type="dxa"/>
          </w:tcPr>
          <w:p w14:paraId="28276E5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20</w:t>
            </w:r>
          </w:p>
        </w:tc>
      </w:tr>
      <w:tr w:rsidR="00680C58" w:rsidRPr="008E2AAE" w14:paraId="28672076"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708AD290" w14:textId="77777777" w:rsidR="00680C58" w:rsidRPr="008E2AAE" w:rsidRDefault="00000000" w:rsidP="008E2AAE">
            <w:pPr>
              <w:jc w:val="both"/>
              <w:rPr>
                <w:lang w:val="tr-TR"/>
              </w:rPr>
            </w:pPr>
            <w:r w:rsidRPr="008E2AAE">
              <w:rPr>
                <w:sz w:val="16"/>
                <w:lang w:val="tr-TR"/>
              </w:rPr>
              <w:t>M05</w:t>
            </w:r>
          </w:p>
        </w:tc>
        <w:tc>
          <w:tcPr>
            <w:tcW w:w="1461" w:type="dxa"/>
          </w:tcPr>
          <w:p w14:paraId="18BCCDA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w:t>
            </w:r>
          </w:p>
        </w:tc>
        <w:tc>
          <w:tcPr>
            <w:tcW w:w="1461" w:type="dxa"/>
          </w:tcPr>
          <w:p w14:paraId="1E2A7CB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8</w:t>
            </w:r>
          </w:p>
        </w:tc>
        <w:tc>
          <w:tcPr>
            <w:tcW w:w="1461" w:type="dxa"/>
          </w:tcPr>
          <w:p w14:paraId="5EFFA51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w:t>
            </w:r>
          </w:p>
        </w:tc>
        <w:tc>
          <w:tcPr>
            <w:tcW w:w="1461" w:type="dxa"/>
          </w:tcPr>
          <w:p w14:paraId="106E368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w:t>
            </w:r>
          </w:p>
        </w:tc>
        <w:tc>
          <w:tcPr>
            <w:tcW w:w="1461" w:type="dxa"/>
          </w:tcPr>
          <w:p w14:paraId="6F2FCA7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w:t>
            </w:r>
          </w:p>
        </w:tc>
        <w:tc>
          <w:tcPr>
            <w:tcW w:w="1461" w:type="dxa"/>
          </w:tcPr>
          <w:p w14:paraId="1776174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w:t>
            </w:r>
          </w:p>
        </w:tc>
      </w:tr>
      <w:tr w:rsidR="00680C58" w:rsidRPr="008E2AAE" w14:paraId="787E473E"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17550E69" w14:textId="77777777" w:rsidR="00680C58" w:rsidRPr="008E2AAE" w:rsidRDefault="00000000" w:rsidP="008E2AAE">
            <w:pPr>
              <w:jc w:val="both"/>
              <w:rPr>
                <w:lang w:val="tr-TR"/>
              </w:rPr>
            </w:pPr>
            <w:r w:rsidRPr="008E2AAE">
              <w:rPr>
                <w:sz w:val="16"/>
                <w:lang w:val="tr-TR"/>
              </w:rPr>
              <w:t>M06</w:t>
            </w:r>
          </w:p>
        </w:tc>
        <w:tc>
          <w:tcPr>
            <w:tcW w:w="1461" w:type="dxa"/>
          </w:tcPr>
          <w:p w14:paraId="351686D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w:t>
            </w:r>
          </w:p>
        </w:tc>
        <w:tc>
          <w:tcPr>
            <w:tcW w:w="1461" w:type="dxa"/>
          </w:tcPr>
          <w:p w14:paraId="3C3EF45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w:t>
            </w:r>
          </w:p>
        </w:tc>
        <w:tc>
          <w:tcPr>
            <w:tcW w:w="1461" w:type="dxa"/>
          </w:tcPr>
          <w:p w14:paraId="563177F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w:t>
            </w:r>
          </w:p>
        </w:tc>
        <w:tc>
          <w:tcPr>
            <w:tcW w:w="1461" w:type="dxa"/>
          </w:tcPr>
          <w:p w14:paraId="42D412F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w:t>
            </w:r>
          </w:p>
        </w:tc>
        <w:tc>
          <w:tcPr>
            <w:tcW w:w="1461" w:type="dxa"/>
          </w:tcPr>
          <w:p w14:paraId="5CE7D46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9</w:t>
            </w:r>
          </w:p>
        </w:tc>
        <w:tc>
          <w:tcPr>
            <w:tcW w:w="1461" w:type="dxa"/>
          </w:tcPr>
          <w:p w14:paraId="44CC9BB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20</w:t>
            </w:r>
          </w:p>
        </w:tc>
      </w:tr>
      <w:tr w:rsidR="00680C58" w:rsidRPr="008E2AAE" w14:paraId="31096387"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1F800339" w14:textId="77777777" w:rsidR="00680C58" w:rsidRPr="008E2AAE" w:rsidRDefault="00000000" w:rsidP="008E2AAE">
            <w:pPr>
              <w:jc w:val="both"/>
              <w:rPr>
                <w:lang w:val="tr-TR"/>
              </w:rPr>
            </w:pPr>
            <w:r w:rsidRPr="008E2AAE">
              <w:rPr>
                <w:sz w:val="16"/>
                <w:lang w:val="tr-TR"/>
              </w:rPr>
              <w:t>M07</w:t>
            </w:r>
          </w:p>
        </w:tc>
        <w:tc>
          <w:tcPr>
            <w:tcW w:w="1461" w:type="dxa"/>
          </w:tcPr>
          <w:p w14:paraId="0D08523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w:t>
            </w:r>
          </w:p>
        </w:tc>
        <w:tc>
          <w:tcPr>
            <w:tcW w:w="1461" w:type="dxa"/>
          </w:tcPr>
          <w:p w14:paraId="1345C2E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w:t>
            </w:r>
          </w:p>
        </w:tc>
        <w:tc>
          <w:tcPr>
            <w:tcW w:w="1461" w:type="dxa"/>
          </w:tcPr>
          <w:p w14:paraId="7653962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w:t>
            </w:r>
          </w:p>
        </w:tc>
        <w:tc>
          <w:tcPr>
            <w:tcW w:w="1461" w:type="dxa"/>
          </w:tcPr>
          <w:p w14:paraId="7FB4156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w:t>
            </w:r>
          </w:p>
        </w:tc>
        <w:tc>
          <w:tcPr>
            <w:tcW w:w="1461" w:type="dxa"/>
          </w:tcPr>
          <w:p w14:paraId="3AA61C4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w:t>
            </w:r>
          </w:p>
        </w:tc>
        <w:tc>
          <w:tcPr>
            <w:tcW w:w="1461" w:type="dxa"/>
          </w:tcPr>
          <w:p w14:paraId="1198E15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w:t>
            </w:r>
          </w:p>
        </w:tc>
      </w:tr>
      <w:tr w:rsidR="00680C58" w:rsidRPr="008E2AAE" w14:paraId="095B7C61"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503C103A" w14:textId="77777777" w:rsidR="00680C58" w:rsidRPr="008E2AAE" w:rsidRDefault="00000000" w:rsidP="008E2AAE">
            <w:pPr>
              <w:jc w:val="both"/>
              <w:rPr>
                <w:lang w:val="tr-TR"/>
              </w:rPr>
            </w:pPr>
            <w:r w:rsidRPr="008E2AAE">
              <w:rPr>
                <w:sz w:val="16"/>
                <w:lang w:val="tr-TR"/>
              </w:rPr>
              <w:t>M08</w:t>
            </w:r>
          </w:p>
        </w:tc>
        <w:tc>
          <w:tcPr>
            <w:tcW w:w="1461" w:type="dxa"/>
          </w:tcPr>
          <w:p w14:paraId="2B47674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w:t>
            </w:r>
          </w:p>
        </w:tc>
        <w:tc>
          <w:tcPr>
            <w:tcW w:w="1461" w:type="dxa"/>
          </w:tcPr>
          <w:p w14:paraId="6D51B8F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w:t>
            </w:r>
          </w:p>
        </w:tc>
        <w:tc>
          <w:tcPr>
            <w:tcW w:w="1461" w:type="dxa"/>
          </w:tcPr>
          <w:p w14:paraId="733232C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w:t>
            </w:r>
          </w:p>
        </w:tc>
        <w:tc>
          <w:tcPr>
            <w:tcW w:w="1461" w:type="dxa"/>
          </w:tcPr>
          <w:p w14:paraId="67D2BB9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w:t>
            </w:r>
          </w:p>
        </w:tc>
        <w:tc>
          <w:tcPr>
            <w:tcW w:w="1461" w:type="dxa"/>
          </w:tcPr>
          <w:p w14:paraId="1A7415E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9</w:t>
            </w:r>
          </w:p>
        </w:tc>
        <w:tc>
          <w:tcPr>
            <w:tcW w:w="1461" w:type="dxa"/>
          </w:tcPr>
          <w:p w14:paraId="72783A2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20</w:t>
            </w:r>
          </w:p>
        </w:tc>
      </w:tr>
      <w:tr w:rsidR="00680C58" w:rsidRPr="008E2AAE" w14:paraId="70FA3FE1"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15BF4E1D" w14:textId="77777777" w:rsidR="00680C58" w:rsidRPr="008E2AAE" w:rsidRDefault="00000000" w:rsidP="008E2AAE">
            <w:pPr>
              <w:jc w:val="both"/>
              <w:rPr>
                <w:lang w:val="tr-TR"/>
              </w:rPr>
            </w:pPr>
            <w:r w:rsidRPr="008E2AAE">
              <w:rPr>
                <w:sz w:val="16"/>
                <w:lang w:val="tr-TR"/>
              </w:rPr>
              <w:t>M09</w:t>
            </w:r>
          </w:p>
        </w:tc>
        <w:tc>
          <w:tcPr>
            <w:tcW w:w="1461" w:type="dxa"/>
          </w:tcPr>
          <w:p w14:paraId="67245CD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w:t>
            </w:r>
          </w:p>
        </w:tc>
        <w:tc>
          <w:tcPr>
            <w:tcW w:w="1461" w:type="dxa"/>
          </w:tcPr>
          <w:p w14:paraId="790A87A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w:t>
            </w:r>
          </w:p>
        </w:tc>
        <w:tc>
          <w:tcPr>
            <w:tcW w:w="1461" w:type="dxa"/>
          </w:tcPr>
          <w:p w14:paraId="24042DC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w:t>
            </w:r>
          </w:p>
        </w:tc>
        <w:tc>
          <w:tcPr>
            <w:tcW w:w="1461" w:type="dxa"/>
          </w:tcPr>
          <w:p w14:paraId="4F5CDFA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w:t>
            </w:r>
          </w:p>
        </w:tc>
        <w:tc>
          <w:tcPr>
            <w:tcW w:w="1461" w:type="dxa"/>
          </w:tcPr>
          <w:p w14:paraId="38FD7BB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15</w:t>
            </w:r>
          </w:p>
        </w:tc>
        <w:tc>
          <w:tcPr>
            <w:tcW w:w="1461" w:type="dxa"/>
          </w:tcPr>
          <w:p w14:paraId="6F7EDD3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w:t>
            </w:r>
          </w:p>
        </w:tc>
      </w:tr>
      <w:tr w:rsidR="00680C58" w:rsidRPr="008E2AAE" w14:paraId="46F4E4C9"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4B7188F5" w14:textId="77777777" w:rsidR="00680C58" w:rsidRPr="008E2AAE" w:rsidRDefault="00000000" w:rsidP="008E2AAE">
            <w:pPr>
              <w:jc w:val="both"/>
              <w:rPr>
                <w:lang w:val="tr-TR"/>
              </w:rPr>
            </w:pPr>
            <w:r w:rsidRPr="008E2AAE">
              <w:rPr>
                <w:sz w:val="16"/>
                <w:lang w:val="tr-TR"/>
              </w:rPr>
              <w:lastRenderedPageBreak/>
              <w:t>M10</w:t>
            </w:r>
          </w:p>
        </w:tc>
        <w:tc>
          <w:tcPr>
            <w:tcW w:w="1461" w:type="dxa"/>
          </w:tcPr>
          <w:p w14:paraId="5DA0005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w:t>
            </w:r>
          </w:p>
        </w:tc>
        <w:tc>
          <w:tcPr>
            <w:tcW w:w="1461" w:type="dxa"/>
          </w:tcPr>
          <w:p w14:paraId="5E39BB3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w:t>
            </w:r>
          </w:p>
        </w:tc>
        <w:tc>
          <w:tcPr>
            <w:tcW w:w="1461" w:type="dxa"/>
          </w:tcPr>
          <w:p w14:paraId="67CFC38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w:t>
            </w:r>
          </w:p>
        </w:tc>
        <w:tc>
          <w:tcPr>
            <w:tcW w:w="1461" w:type="dxa"/>
          </w:tcPr>
          <w:p w14:paraId="288D2C1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w:t>
            </w:r>
          </w:p>
        </w:tc>
        <w:tc>
          <w:tcPr>
            <w:tcW w:w="1461" w:type="dxa"/>
          </w:tcPr>
          <w:p w14:paraId="4AE17FF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13</w:t>
            </w:r>
          </w:p>
        </w:tc>
        <w:tc>
          <w:tcPr>
            <w:tcW w:w="1461" w:type="dxa"/>
          </w:tcPr>
          <w:p w14:paraId="47F6179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20</w:t>
            </w:r>
          </w:p>
        </w:tc>
      </w:tr>
      <w:tr w:rsidR="00680C58" w:rsidRPr="008E2AAE" w14:paraId="737C09E9"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3BF9CB6F" w14:textId="77777777" w:rsidR="00680C58" w:rsidRPr="008E2AAE" w:rsidRDefault="00000000" w:rsidP="008E2AAE">
            <w:pPr>
              <w:jc w:val="both"/>
              <w:rPr>
                <w:lang w:val="tr-TR"/>
              </w:rPr>
            </w:pPr>
            <w:r w:rsidRPr="008E2AAE">
              <w:rPr>
                <w:sz w:val="16"/>
                <w:lang w:val="tr-TR"/>
              </w:rPr>
              <w:t>M11</w:t>
            </w:r>
          </w:p>
        </w:tc>
        <w:tc>
          <w:tcPr>
            <w:tcW w:w="1461" w:type="dxa"/>
          </w:tcPr>
          <w:p w14:paraId="78FE480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w:t>
            </w:r>
          </w:p>
        </w:tc>
        <w:tc>
          <w:tcPr>
            <w:tcW w:w="1461" w:type="dxa"/>
          </w:tcPr>
          <w:p w14:paraId="4E1EF5A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w:t>
            </w:r>
          </w:p>
        </w:tc>
        <w:tc>
          <w:tcPr>
            <w:tcW w:w="1461" w:type="dxa"/>
          </w:tcPr>
          <w:p w14:paraId="14C4280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w:t>
            </w:r>
          </w:p>
        </w:tc>
        <w:tc>
          <w:tcPr>
            <w:tcW w:w="1461" w:type="dxa"/>
          </w:tcPr>
          <w:p w14:paraId="4441164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w:t>
            </w:r>
          </w:p>
        </w:tc>
        <w:tc>
          <w:tcPr>
            <w:tcW w:w="1461" w:type="dxa"/>
          </w:tcPr>
          <w:p w14:paraId="1001357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w:t>
            </w:r>
          </w:p>
        </w:tc>
        <w:tc>
          <w:tcPr>
            <w:tcW w:w="1461" w:type="dxa"/>
          </w:tcPr>
          <w:p w14:paraId="196C86C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w:t>
            </w:r>
          </w:p>
        </w:tc>
      </w:tr>
      <w:tr w:rsidR="00680C58" w:rsidRPr="008E2AAE" w14:paraId="2235486C"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78952C9F" w14:textId="77777777" w:rsidR="00680C58" w:rsidRPr="008E2AAE" w:rsidRDefault="00000000" w:rsidP="008E2AAE">
            <w:pPr>
              <w:jc w:val="both"/>
              <w:rPr>
                <w:lang w:val="tr-TR"/>
              </w:rPr>
            </w:pPr>
            <w:r w:rsidRPr="008E2AAE">
              <w:rPr>
                <w:sz w:val="16"/>
                <w:lang w:val="tr-TR"/>
              </w:rPr>
              <w:t>M12</w:t>
            </w:r>
          </w:p>
        </w:tc>
        <w:tc>
          <w:tcPr>
            <w:tcW w:w="1461" w:type="dxa"/>
          </w:tcPr>
          <w:p w14:paraId="0DDDCF1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w:t>
            </w:r>
          </w:p>
        </w:tc>
        <w:tc>
          <w:tcPr>
            <w:tcW w:w="1461" w:type="dxa"/>
          </w:tcPr>
          <w:p w14:paraId="115D8A0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w:t>
            </w:r>
          </w:p>
        </w:tc>
        <w:tc>
          <w:tcPr>
            <w:tcW w:w="1461" w:type="dxa"/>
          </w:tcPr>
          <w:p w14:paraId="4C8519F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w:t>
            </w:r>
          </w:p>
        </w:tc>
        <w:tc>
          <w:tcPr>
            <w:tcW w:w="1461" w:type="dxa"/>
          </w:tcPr>
          <w:p w14:paraId="2942EAE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w:t>
            </w:r>
          </w:p>
        </w:tc>
        <w:tc>
          <w:tcPr>
            <w:tcW w:w="1461" w:type="dxa"/>
          </w:tcPr>
          <w:p w14:paraId="0739B02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w:t>
            </w:r>
          </w:p>
        </w:tc>
        <w:tc>
          <w:tcPr>
            <w:tcW w:w="1461" w:type="dxa"/>
          </w:tcPr>
          <w:p w14:paraId="4B26952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20</w:t>
            </w:r>
          </w:p>
        </w:tc>
      </w:tr>
      <w:tr w:rsidR="00680C58" w:rsidRPr="008E2AAE" w14:paraId="2BE82FC6"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71281ABE" w14:textId="77777777" w:rsidR="00680C58" w:rsidRPr="008E2AAE" w:rsidRDefault="00000000" w:rsidP="008E2AAE">
            <w:pPr>
              <w:jc w:val="both"/>
              <w:rPr>
                <w:lang w:val="tr-TR"/>
              </w:rPr>
            </w:pPr>
            <w:r w:rsidRPr="008E2AAE">
              <w:rPr>
                <w:sz w:val="16"/>
                <w:lang w:val="tr-TR"/>
              </w:rPr>
              <w:t>M13</w:t>
            </w:r>
          </w:p>
        </w:tc>
        <w:tc>
          <w:tcPr>
            <w:tcW w:w="1461" w:type="dxa"/>
          </w:tcPr>
          <w:p w14:paraId="2A96DE1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w:t>
            </w:r>
          </w:p>
        </w:tc>
        <w:tc>
          <w:tcPr>
            <w:tcW w:w="1461" w:type="dxa"/>
          </w:tcPr>
          <w:p w14:paraId="78D3D85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w:t>
            </w:r>
          </w:p>
        </w:tc>
        <w:tc>
          <w:tcPr>
            <w:tcW w:w="1461" w:type="dxa"/>
          </w:tcPr>
          <w:p w14:paraId="7220AC8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w:t>
            </w:r>
          </w:p>
        </w:tc>
        <w:tc>
          <w:tcPr>
            <w:tcW w:w="1461" w:type="dxa"/>
          </w:tcPr>
          <w:p w14:paraId="6A88503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w:t>
            </w:r>
          </w:p>
        </w:tc>
        <w:tc>
          <w:tcPr>
            <w:tcW w:w="1461" w:type="dxa"/>
          </w:tcPr>
          <w:p w14:paraId="0A7B758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w:t>
            </w:r>
          </w:p>
        </w:tc>
        <w:tc>
          <w:tcPr>
            <w:tcW w:w="1461" w:type="dxa"/>
          </w:tcPr>
          <w:p w14:paraId="3D5974F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w:t>
            </w:r>
          </w:p>
        </w:tc>
      </w:tr>
      <w:tr w:rsidR="00680C58" w:rsidRPr="008E2AAE" w14:paraId="66988753"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057D79D4" w14:textId="77777777" w:rsidR="00680C58" w:rsidRPr="008E2AAE" w:rsidRDefault="00000000" w:rsidP="008E2AAE">
            <w:pPr>
              <w:jc w:val="both"/>
              <w:rPr>
                <w:lang w:val="tr-TR"/>
              </w:rPr>
            </w:pPr>
            <w:r w:rsidRPr="008E2AAE">
              <w:rPr>
                <w:sz w:val="16"/>
                <w:lang w:val="tr-TR"/>
              </w:rPr>
              <w:t>M14</w:t>
            </w:r>
          </w:p>
        </w:tc>
        <w:tc>
          <w:tcPr>
            <w:tcW w:w="1461" w:type="dxa"/>
          </w:tcPr>
          <w:p w14:paraId="39B764A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w:t>
            </w:r>
          </w:p>
        </w:tc>
        <w:tc>
          <w:tcPr>
            <w:tcW w:w="1461" w:type="dxa"/>
          </w:tcPr>
          <w:p w14:paraId="4B9D1BB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w:t>
            </w:r>
          </w:p>
        </w:tc>
        <w:tc>
          <w:tcPr>
            <w:tcW w:w="1461" w:type="dxa"/>
          </w:tcPr>
          <w:p w14:paraId="653CBBB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9</w:t>
            </w:r>
          </w:p>
        </w:tc>
        <w:tc>
          <w:tcPr>
            <w:tcW w:w="1461" w:type="dxa"/>
          </w:tcPr>
          <w:p w14:paraId="65F9D72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w:t>
            </w:r>
          </w:p>
        </w:tc>
        <w:tc>
          <w:tcPr>
            <w:tcW w:w="1461" w:type="dxa"/>
          </w:tcPr>
          <w:p w14:paraId="3CBF1F0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w:t>
            </w:r>
          </w:p>
        </w:tc>
        <w:tc>
          <w:tcPr>
            <w:tcW w:w="1461" w:type="dxa"/>
          </w:tcPr>
          <w:p w14:paraId="0B1603B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20</w:t>
            </w:r>
          </w:p>
        </w:tc>
      </w:tr>
      <w:tr w:rsidR="00680C58" w:rsidRPr="008E2AAE" w14:paraId="6E59F665"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048C55D2" w14:textId="77777777" w:rsidR="00680C58" w:rsidRPr="008E2AAE" w:rsidRDefault="00000000" w:rsidP="008E2AAE">
            <w:pPr>
              <w:jc w:val="both"/>
              <w:rPr>
                <w:lang w:val="tr-TR"/>
              </w:rPr>
            </w:pPr>
            <w:r w:rsidRPr="008E2AAE">
              <w:rPr>
                <w:sz w:val="16"/>
                <w:lang w:val="tr-TR"/>
              </w:rPr>
              <w:t>M15</w:t>
            </w:r>
          </w:p>
        </w:tc>
        <w:tc>
          <w:tcPr>
            <w:tcW w:w="1461" w:type="dxa"/>
          </w:tcPr>
          <w:p w14:paraId="16C5048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w:t>
            </w:r>
          </w:p>
        </w:tc>
        <w:tc>
          <w:tcPr>
            <w:tcW w:w="1461" w:type="dxa"/>
          </w:tcPr>
          <w:p w14:paraId="1F4B5B1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w:t>
            </w:r>
          </w:p>
        </w:tc>
        <w:tc>
          <w:tcPr>
            <w:tcW w:w="1461" w:type="dxa"/>
          </w:tcPr>
          <w:p w14:paraId="28F2C6C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w:t>
            </w:r>
          </w:p>
        </w:tc>
        <w:tc>
          <w:tcPr>
            <w:tcW w:w="1461" w:type="dxa"/>
          </w:tcPr>
          <w:p w14:paraId="04C1252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w:t>
            </w:r>
          </w:p>
        </w:tc>
        <w:tc>
          <w:tcPr>
            <w:tcW w:w="1461" w:type="dxa"/>
          </w:tcPr>
          <w:p w14:paraId="00BA0C2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9</w:t>
            </w:r>
          </w:p>
        </w:tc>
        <w:tc>
          <w:tcPr>
            <w:tcW w:w="1461" w:type="dxa"/>
          </w:tcPr>
          <w:p w14:paraId="7C6FF6B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w:t>
            </w:r>
          </w:p>
        </w:tc>
      </w:tr>
      <w:tr w:rsidR="00680C58" w:rsidRPr="008E2AAE" w14:paraId="69B6952F"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0C4E7369" w14:textId="77777777" w:rsidR="00680C58" w:rsidRPr="008E2AAE" w:rsidRDefault="00000000" w:rsidP="008E2AAE">
            <w:pPr>
              <w:jc w:val="both"/>
              <w:rPr>
                <w:lang w:val="tr-TR"/>
              </w:rPr>
            </w:pPr>
            <w:r w:rsidRPr="008E2AAE">
              <w:rPr>
                <w:sz w:val="16"/>
                <w:lang w:val="tr-TR"/>
              </w:rPr>
              <w:t>M16</w:t>
            </w:r>
          </w:p>
        </w:tc>
        <w:tc>
          <w:tcPr>
            <w:tcW w:w="1461" w:type="dxa"/>
          </w:tcPr>
          <w:p w14:paraId="38AE3A3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w:t>
            </w:r>
          </w:p>
        </w:tc>
        <w:tc>
          <w:tcPr>
            <w:tcW w:w="1461" w:type="dxa"/>
          </w:tcPr>
          <w:p w14:paraId="0EFC3D3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w:t>
            </w:r>
          </w:p>
        </w:tc>
        <w:tc>
          <w:tcPr>
            <w:tcW w:w="1461" w:type="dxa"/>
          </w:tcPr>
          <w:p w14:paraId="7DC5AD7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w:t>
            </w:r>
          </w:p>
        </w:tc>
        <w:tc>
          <w:tcPr>
            <w:tcW w:w="1461" w:type="dxa"/>
          </w:tcPr>
          <w:p w14:paraId="239C8E7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w:t>
            </w:r>
          </w:p>
        </w:tc>
        <w:tc>
          <w:tcPr>
            <w:tcW w:w="1461" w:type="dxa"/>
          </w:tcPr>
          <w:p w14:paraId="4811413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15</w:t>
            </w:r>
          </w:p>
        </w:tc>
        <w:tc>
          <w:tcPr>
            <w:tcW w:w="1461" w:type="dxa"/>
          </w:tcPr>
          <w:p w14:paraId="58FFD5B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20</w:t>
            </w:r>
          </w:p>
        </w:tc>
      </w:tr>
      <w:tr w:rsidR="00680C58" w:rsidRPr="008E2AAE" w14:paraId="18CAD3CB"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1C8625C3" w14:textId="77777777" w:rsidR="00680C58" w:rsidRPr="008E2AAE" w:rsidRDefault="00000000" w:rsidP="008E2AAE">
            <w:pPr>
              <w:jc w:val="both"/>
              <w:rPr>
                <w:lang w:val="tr-TR"/>
              </w:rPr>
            </w:pPr>
            <w:r w:rsidRPr="008E2AAE">
              <w:rPr>
                <w:sz w:val="16"/>
                <w:lang w:val="tr-TR"/>
              </w:rPr>
              <w:t>M17</w:t>
            </w:r>
          </w:p>
        </w:tc>
        <w:tc>
          <w:tcPr>
            <w:tcW w:w="1461" w:type="dxa"/>
          </w:tcPr>
          <w:p w14:paraId="61635CB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w:t>
            </w:r>
          </w:p>
        </w:tc>
        <w:tc>
          <w:tcPr>
            <w:tcW w:w="1461" w:type="dxa"/>
          </w:tcPr>
          <w:p w14:paraId="3BE8BF2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w:t>
            </w:r>
          </w:p>
        </w:tc>
        <w:tc>
          <w:tcPr>
            <w:tcW w:w="1461" w:type="dxa"/>
          </w:tcPr>
          <w:p w14:paraId="6AF94F5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w:t>
            </w:r>
          </w:p>
        </w:tc>
        <w:tc>
          <w:tcPr>
            <w:tcW w:w="1461" w:type="dxa"/>
          </w:tcPr>
          <w:p w14:paraId="7965D48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w:t>
            </w:r>
          </w:p>
        </w:tc>
        <w:tc>
          <w:tcPr>
            <w:tcW w:w="1461" w:type="dxa"/>
          </w:tcPr>
          <w:p w14:paraId="529859E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8</w:t>
            </w:r>
          </w:p>
        </w:tc>
        <w:tc>
          <w:tcPr>
            <w:tcW w:w="1461" w:type="dxa"/>
          </w:tcPr>
          <w:p w14:paraId="39BCBDD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w:t>
            </w:r>
          </w:p>
        </w:tc>
      </w:tr>
    </w:tbl>
    <w:p w14:paraId="382BD68F" w14:textId="77777777" w:rsidR="00680C58" w:rsidRPr="008E2AAE" w:rsidRDefault="00000000" w:rsidP="008E2AAE">
      <w:pPr>
        <w:pStyle w:val="Balk1"/>
        <w:jc w:val="both"/>
        <w:rPr>
          <w:lang w:val="tr-TR"/>
        </w:rPr>
      </w:pPr>
      <w:r w:rsidRPr="008E2AAE">
        <w:rPr>
          <w:lang w:val="tr-TR"/>
        </w:rPr>
        <w:t>Ek 3. Yeniden üretilebilir hesaplama ve dosya kapsamı</w:t>
      </w:r>
    </w:p>
    <w:p w14:paraId="04D2EE31" w14:textId="77777777" w:rsidR="00680C58" w:rsidRPr="008E2AAE" w:rsidRDefault="00000000" w:rsidP="008E2AAE">
      <w:pPr>
        <w:jc w:val="both"/>
        <w:rPr>
          <w:lang w:val="tr-TR"/>
        </w:rPr>
      </w:pPr>
      <w:r w:rsidRPr="008E2AAE">
        <w:rPr>
          <w:lang w:val="tr-TR"/>
        </w:rPr>
        <w:t>Excel dosyası grup özeti, yanıt/mezuniyet yılı eşleşmeleri, profil dağılımları, çalışma göstergeleri, tüm madde istatistikleri, grup farkları, anonim sınıflandırılmış kayıtlar, veri kalite notları ve özgün birim/bölüm frekanslarını içerir. Anonim kodlar satır sırasından türetilmiş teknik eşleştirme kodlarıdır; tekil mezun kimliği olarak kabul edilmemelidir.</w:t>
      </w:r>
    </w:p>
    <w:p w14:paraId="2B0870CB" w14:textId="77777777" w:rsidR="00680C58" w:rsidRPr="008E2AAE" w:rsidRDefault="00000000" w:rsidP="008E2AAE">
      <w:pPr>
        <w:jc w:val="both"/>
        <w:rPr>
          <w:lang w:val="tr-TR"/>
        </w:rPr>
      </w:pPr>
      <w:r w:rsidRPr="008E2AAE">
        <w:rPr>
          <w:lang w:val="tr-TR"/>
        </w:rPr>
        <w:t>Formüller: çalışma oranı = çalıştığını belirten kayıt / grup toplamı × 100; çalışanlarda alan uyumu = çalıştığını ve alanında çalıştığını belirten kayıt / çalışan kayıt × 100; olumlu oran = 4 veya 5 puan veren kayıt / maddeyi yanıtlayan grup kaydı × 100; fark = geç mezun göstergesi − yeni mezun göstergesi. Kaynak dışı veri, tahmin veya uydurma faaliyet bilgisi eklenmemiştir.</w:t>
      </w:r>
    </w:p>
    <w:p w14:paraId="7DDBEEEA" w14:textId="77777777" w:rsidR="00680C58" w:rsidRPr="008E2AAE" w:rsidRDefault="00000000" w:rsidP="008E2AAE">
      <w:pPr>
        <w:jc w:val="both"/>
        <w:rPr>
          <w:lang w:val="tr-TR"/>
        </w:rPr>
      </w:pPr>
      <w:r w:rsidRPr="008E2AAE">
        <w:rPr>
          <w:lang w:val="tr-TR"/>
        </w:rPr>
        <w:br w:type="page"/>
      </w:r>
    </w:p>
    <w:p w14:paraId="796978AC" w14:textId="77777777" w:rsidR="00680C58" w:rsidRPr="008E2AAE" w:rsidRDefault="00000000" w:rsidP="008E2AAE">
      <w:pPr>
        <w:pStyle w:val="Balk1"/>
        <w:jc w:val="both"/>
        <w:rPr>
          <w:lang w:val="tr-TR"/>
        </w:rPr>
      </w:pPr>
      <w:r w:rsidRPr="008E2AAE">
        <w:rPr>
          <w:lang w:val="tr-TR"/>
        </w:rPr>
        <w:lastRenderedPageBreak/>
        <w:t>13. Fakülte ve birim bazında genişletilmiş değerlendirme</w:t>
      </w:r>
    </w:p>
    <w:p w14:paraId="5E474D74" w14:textId="77777777" w:rsidR="00680C58" w:rsidRPr="008E2AAE" w:rsidRDefault="00000000" w:rsidP="008E2AAE">
      <w:pPr>
        <w:jc w:val="both"/>
        <w:rPr>
          <w:lang w:val="tr-TR"/>
        </w:rPr>
      </w:pPr>
      <w:r w:rsidRPr="008E2AAE">
        <w:rPr>
          <w:lang w:val="tr-TR"/>
        </w:rPr>
        <w:t>Bu bölüm, genel sonuçlara ek olarak hazırlanmıştır. Fakülte toplamları mezuniyet süresi belirlenebilen kayıtları içerir: yeni, geç ve varsa 3 yıldan eski mezunlar birlikte değerlendirilir. 2029 mezuniyet yılı yazan İİSBF kaydı fakülte göstergelerinden çıkarılmıştır. Dolayısıyla birim toplamlarının evreni 252 kayıt, yeni–geç mezun karşılaştırmalarının evreni 248 kayıttır. Genel bölümdeki “tüm kayıtlar” tablosu ise ham 253 kaydı içerir. Paydalar arasındaki bu fark korunmalıdır.</w:t>
      </w:r>
    </w:p>
    <w:p w14:paraId="7073356D" w14:textId="77777777" w:rsidR="00680C58" w:rsidRPr="008E2AAE" w:rsidRDefault="00000000" w:rsidP="008E2AAE">
      <w:pPr>
        <w:jc w:val="both"/>
        <w:rPr>
          <w:lang w:val="tr-TR"/>
        </w:rPr>
      </w:pPr>
      <w:r w:rsidRPr="008E2AAE">
        <w:rPr>
          <w:lang w:val="tr-TR"/>
        </w:rPr>
        <w:t>Birim adlarında büyük/küçük harf, Türkçe karakter, yazım ve kısaltma farklılıkları birleştirilmiştir. İİBF/İİSBF gibi yanıtlar İktisadi, İdari ve Sosyal Bilimler Fakültesi başlığında; “mühendislik/Rafet Kayış” yanıtları mühendislik başlığında toplanmıştır. Bunlar anket yanıtlarının raporlama için standartlaştırılmasıdır; diploma veren birimin idari kayıtla doğrulandığı anlamına gelmez.</w:t>
      </w:r>
    </w:p>
    <w:p w14:paraId="0ED59215" w14:textId="77777777" w:rsidR="00680C58" w:rsidRPr="008E2AAE" w:rsidRDefault="00000000" w:rsidP="008E2AAE">
      <w:pPr>
        <w:jc w:val="both"/>
        <w:rPr>
          <w:lang w:val="tr-TR"/>
        </w:rPr>
      </w:pPr>
      <w:r w:rsidRPr="008E2AAE">
        <w:rPr>
          <w:lang w:val="tr-TR"/>
        </w:rPr>
        <w:t xml:space="preserve">Genel “Fakülte/ALKÜ” beyanı olan 17 kayıt bölüm/program bilgisiyle eşleştirilmiştir. Örneğin matematik öğretmenliği Eğitim; insan kaynakları/işletme/maliye İİSBF; lisans turizm işletmeciliği </w:t>
      </w:r>
      <w:proofErr w:type="gramStart"/>
      <w:r w:rsidRPr="008E2AAE">
        <w:rPr>
          <w:lang w:val="tr-TR"/>
        </w:rPr>
        <w:t>Turizm;</w:t>
      </w:r>
      <w:proofErr w:type="gramEnd"/>
      <w:r w:rsidRPr="008E2AAE">
        <w:rPr>
          <w:lang w:val="tr-TR"/>
        </w:rPr>
        <w:t xml:space="preserve"> diş hekimliği Diş Hekimliği başlığıyla ilişkilendirilmiştir. Eşleştirmeler aynı veri setindeki açık yanıt örneklerine dayanır. Banka–sigorta lisans beyanı ve ALTSO Fakültesi–emlak–lisans çelişkisi kesin fakülteye atanmamıştır.</w:t>
      </w:r>
    </w:p>
    <w:p w14:paraId="3251F04B" w14:textId="77777777" w:rsidR="00680C58" w:rsidRPr="008E2AAE" w:rsidRDefault="00000000" w:rsidP="008E2AAE">
      <w:pPr>
        <w:jc w:val="both"/>
        <w:rPr>
          <w:lang w:val="tr-TR"/>
        </w:rPr>
      </w:pPr>
      <w:r w:rsidRPr="008E2AAE">
        <w:rPr>
          <w:lang w:val="tr-TR"/>
        </w:rPr>
        <w:t xml:space="preserve">ALTSO adı verilen kayıtlar teknik/ticaret/turizm ayrımı açık değilse tek bir kesin </w:t>
      </w:r>
      <w:proofErr w:type="spellStart"/>
      <w:r w:rsidRPr="008E2AAE">
        <w:rPr>
          <w:lang w:val="tr-TR"/>
        </w:rPr>
        <w:t>MYO’ya</w:t>
      </w:r>
      <w:proofErr w:type="spellEnd"/>
      <w:r w:rsidRPr="008E2AAE">
        <w:rPr>
          <w:lang w:val="tr-TR"/>
        </w:rPr>
        <w:t xml:space="preserve"> dağıtılmamıştır. “MYO/Yüksekokul” gibi genel beyanlar da program adına bakılarak belirli </w:t>
      </w:r>
      <w:proofErr w:type="spellStart"/>
      <w:r w:rsidRPr="008E2AAE">
        <w:rPr>
          <w:lang w:val="tr-TR"/>
        </w:rPr>
        <w:t>MYO’ya</w:t>
      </w:r>
      <w:proofErr w:type="spellEnd"/>
      <w:r w:rsidRPr="008E2AAE">
        <w:rPr>
          <w:lang w:val="tr-TR"/>
        </w:rPr>
        <w:t xml:space="preserve"> zorlanmamıştır. Lisansüstü program türü ile fakülte adını birlikte veren dört kayıt ilgili fakülte beyanında korunmuş ve doğrulama notuyla işaretlenmiştir. Açık enstitü yanıtları fakülteye aktarılmamıştır.</w:t>
      </w:r>
    </w:p>
    <w:tbl>
      <w:tblPr>
        <w:tblStyle w:val="AkGlgeleme-Vurgu1"/>
        <w:tblW w:w="0" w:type="auto"/>
        <w:tblLook w:val="04A0" w:firstRow="1" w:lastRow="0" w:firstColumn="1" w:lastColumn="0" w:noHBand="0" w:noVBand="1"/>
      </w:tblPr>
      <w:tblGrid>
        <w:gridCol w:w="1704"/>
        <w:gridCol w:w="1704"/>
        <w:gridCol w:w="1704"/>
        <w:gridCol w:w="1704"/>
        <w:gridCol w:w="1704"/>
        <w:gridCol w:w="1704"/>
      </w:tblGrid>
      <w:tr w:rsidR="00680C58" w:rsidRPr="008E2AAE" w14:paraId="3E767E62"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0C7C3DB9" w14:textId="77777777" w:rsidR="00680C58" w:rsidRPr="008E2AAE" w:rsidRDefault="00000000" w:rsidP="008E2AAE">
            <w:pPr>
              <w:jc w:val="both"/>
              <w:rPr>
                <w:lang w:val="tr-TR"/>
              </w:rPr>
            </w:pPr>
            <w:r w:rsidRPr="008E2AAE">
              <w:rPr>
                <w:sz w:val="16"/>
                <w:lang w:val="tr-TR"/>
              </w:rPr>
              <w:t>Fakülte</w:t>
            </w:r>
          </w:p>
        </w:tc>
        <w:tc>
          <w:tcPr>
            <w:tcW w:w="1704" w:type="dxa"/>
          </w:tcPr>
          <w:p w14:paraId="155898D5"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Geçerli n</w:t>
            </w:r>
          </w:p>
        </w:tc>
        <w:tc>
          <w:tcPr>
            <w:tcW w:w="1704" w:type="dxa"/>
          </w:tcPr>
          <w:p w14:paraId="02EBE6D2"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Yeni</w:t>
            </w:r>
          </w:p>
        </w:tc>
        <w:tc>
          <w:tcPr>
            <w:tcW w:w="1704" w:type="dxa"/>
          </w:tcPr>
          <w:p w14:paraId="2F02A5AF"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Geç</w:t>
            </w:r>
          </w:p>
        </w:tc>
        <w:tc>
          <w:tcPr>
            <w:tcW w:w="1704" w:type="dxa"/>
          </w:tcPr>
          <w:p w14:paraId="139B088A"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3+ yıl</w:t>
            </w:r>
          </w:p>
        </w:tc>
        <w:tc>
          <w:tcPr>
            <w:tcW w:w="1704" w:type="dxa"/>
          </w:tcPr>
          <w:p w14:paraId="3DA35812"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Birim / program eşleştirme</w:t>
            </w:r>
          </w:p>
        </w:tc>
      </w:tr>
      <w:tr w:rsidR="00680C58" w:rsidRPr="008E2AAE" w14:paraId="511CEE84"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62DB5941" w14:textId="77777777" w:rsidR="00680C58" w:rsidRPr="008E2AAE" w:rsidRDefault="00000000" w:rsidP="008E2AAE">
            <w:pPr>
              <w:jc w:val="both"/>
              <w:rPr>
                <w:lang w:val="tr-TR"/>
              </w:rPr>
            </w:pPr>
            <w:r w:rsidRPr="008E2AAE">
              <w:rPr>
                <w:sz w:val="16"/>
                <w:lang w:val="tr-TR"/>
              </w:rPr>
              <w:t>Eğitim Fakültesi</w:t>
            </w:r>
          </w:p>
        </w:tc>
        <w:tc>
          <w:tcPr>
            <w:tcW w:w="1704" w:type="dxa"/>
          </w:tcPr>
          <w:p w14:paraId="13FC02C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37</w:t>
            </w:r>
          </w:p>
        </w:tc>
        <w:tc>
          <w:tcPr>
            <w:tcW w:w="1704" w:type="dxa"/>
          </w:tcPr>
          <w:p w14:paraId="4603894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27</w:t>
            </w:r>
          </w:p>
        </w:tc>
        <w:tc>
          <w:tcPr>
            <w:tcW w:w="1704" w:type="dxa"/>
          </w:tcPr>
          <w:p w14:paraId="10B61B5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w:t>
            </w:r>
          </w:p>
        </w:tc>
        <w:tc>
          <w:tcPr>
            <w:tcW w:w="1704" w:type="dxa"/>
          </w:tcPr>
          <w:p w14:paraId="3544D64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w:t>
            </w:r>
          </w:p>
        </w:tc>
        <w:tc>
          <w:tcPr>
            <w:tcW w:w="1704" w:type="dxa"/>
          </w:tcPr>
          <w:p w14:paraId="2CDDB95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34 / 3</w:t>
            </w:r>
          </w:p>
        </w:tc>
      </w:tr>
      <w:tr w:rsidR="00680C58" w:rsidRPr="008E2AAE" w14:paraId="59BA3610"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5DF70D9A" w14:textId="77777777" w:rsidR="00680C58" w:rsidRPr="008E2AAE" w:rsidRDefault="00000000" w:rsidP="008E2AAE">
            <w:pPr>
              <w:jc w:val="both"/>
              <w:rPr>
                <w:lang w:val="tr-TR"/>
              </w:rPr>
            </w:pPr>
            <w:r w:rsidRPr="008E2AAE">
              <w:rPr>
                <w:sz w:val="16"/>
                <w:lang w:val="tr-TR"/>
              </w:rPr>
              <w:t>İktisadi, İdari ve Sosyal Bilimler Fakültesi</w:t>
            </w:r>
          </w:p>
        </w:tc>
        <w:tc>
          <w:tcPr>
            <w:tcW w:w="1704" w:type="dxa"/>
          </w:tcPr>
          <w:p w14:paraId="69D1AA0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39</w:t>
            </w:r>
          </w:p>
        </w:tc>
        <w:tc>
          <w:tcPr>
            <w:tcW w:w="1704" w:type="dxa"/>
          </w:tcPr>
          <w:p w14:paraId="2B73D92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35</w:t>
            </w:r>
          </w:p>
        </w:tc>
        <w:tc>
          <w:tcPr>
            <w:tcW w:w="1704" w:type="dxa"/>
          </w:tcPr>
          <w:p w14:paraId="165DAEF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w:t>
            </w:r>
          </w:p>
        </w:tc>
        <w:tc>
          <w:tcPr>
            <w:tcW w:w="1704" w:type="dxa"/>
          </w:tcPr>
          <w:p w14:paraId="230EFE3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w:t>
            </w:r>
          </w:p>
        </w:tc>
        <w:tc>
          <w:tcPr>
            <w:tcW w:w="1704" w:type="dxa"/>
          </w:tcPr>
          <w:p w14:paraId="113C84A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35 / 4</w:t>
            </w:r>
          </w:p>
        </w:tc>
      </w:tr>
      <w:tr w:rsidR="00680C58" w:rsidRPr="008E2AAE" w14:paraId="637C33F3"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57B8E884" w14:textId="77777777" w:rsidR="00680C58" w:rsidRPr="008E2AAE" w:rsidRDefault="00000000" w:rsidP="008E2AAE">
            <w:pPr>
              <w:jc w:val="both"/>
              <w:rPr>
                <w:lang w:val="tr-TR"/>
              </w:rPr>
            </w:pPr>
            <w:r w:rsidRPr="008E2AAE">
              <w:rPr>
                <w:sz w:val="16"/>
                <w:lang w:val="tr-TR"/>
              </w:rPr>
              <w:t>Rafet Kayış Mühendislik Fakültesi</w:t>
            </w:r>
          </w:p>
        </w:tc>
        <w:tc>
          <w:tcPr>
            <w:tcW w:w="1704" w:type="dxa"/>
          </w:tcPr>
          <w:p w14:paraId="6BBCEE9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27</w:t>
            </w:r>
          </w:p>
        </w:tc>
        <w:tc>
          <w:tcPr>
            <w:tcW w:w="1704" w:type="dxa"/>
          </w:tcPr>
          <w:p w14:paraId="4A19DA2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27</w:t>
            </w:r>
          </w:p>
        </w:tc>
        <w:tc>
          <w:tcPr>
            <w:tcW w:w="1704" w:type="dxa"/>
          </w:tcPr>
          <w:p w14:paraId="5CD2754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w:t>
            </w:r>
          </w:p>
        </w:tc>
        <w:tc>
          <w:tcPr>
            <w:tcW w:w="1704" w:type="dxa"/>
          </w:tcPr>
          <w:p w14:paraId="10E9718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w:t>
            </w:r>
          </w:p>
        </w:tc>
        <w:tc>
          <w:tcPr>
            <w:tcW w:w="1704" w:type="dxa"/>
          </w:tcPr>
          <w:p w14:paraId="66B5B20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26 / 1</w:t>
            </w:r>
          </w:p>
        </w:tc>
      </w:tr>
      <w:tr w:rsidR="00680C58" w:rsidRPr="008E2AAE" w14:paraId="1A4CED96"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2EE1D6F5" w14:textId="77777777" w:rsidR="00680C58" w:rsidRPr="008E2AAE" w:rsidRDefault="00000000" w:rsidP="008E2AAE">
            <w:pPr>
              <w:jc w:val="both"/>
              <w:rPr>
                <w:lang w:val="tr-TR"/>
              </w:rPr>
            </w:pPr>
            <w:r w:rsidRPr="008E2AAE">
              <w:rPr>
                <w:sz w:val="16"/>
                <w:lang w:val="tr-TR"/>
              </w:rPr>
              <w:t>Sağlık Bilimleri Fakültesi</w:t>
            </w:r>
          </w:p>
        </w:tc>
        <w:tc>
          <w:tcPr>
            <w:tcW w:w="1704" w:type="dxa"/>
          </w:tcPr>
          <w:p w14:paraId="29003B2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14</w:t>
            </w:r>
          </w:p>
        </w:tc>
        <w:tc>
          <w:tcPr>
            <w:tcW w:w="1704" w:type="dxa"/>
          </w:tcPr>
          <w:p w14:paraId="08E9882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13</w:t>
            </w:r>
          </w:p>
        </w:tc>
        <w:tc>
          <w:tcPr>
            <w:tcW w:w="1704" w:type="dxa"/>
          </w:tcPr>
          <w:p w14:paraId="0219233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w:t>
            </w:r>
          </w:p>
        </w:tc>
        <w:tc>
          <w:tcPr>
            <w:tcW w:w="1704" w:type="dxa"/>
          </w:tcPr>
          <w:p w14:paraId="1969207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w:t>
            </w:r>
          </w:p>
        </w:tc>
        <w:tc>
          <w:tcPr>
            <w:tcW w:w="1704" w:type="dxa"/>
          </w:tcPr>
          <w:p w14:paraId="711052F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13 / 1</w:t>
            </w:r>
          </w:p>
        </w:tc>
      </w:tr>
      <w:tr w:rsidR="00680C58" w:rsidRPr="008E2AAE" w14:paraId="36D9B8E6"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14434B04" w14:textId="77777777" w:rsidR="00680C58" w:rsidRPr="008E2AAE" w:rsidRDefault="00000000" w:rsidP="008E2AAE">
            <w:pPr>
              <w:jc w:val="both"/>
              <w:rPr>
                <w:lang w:val="tr-TR"/>
              </w:rPr>
            </w:pPr>
            <w:r w:rsidRPr="008E2AAE">
              <w:rPr>
                <w:sz w:val="16"/>
                <w:lang w:val="tr-TR"/>
              </w:rPr>
              <w:t>Sanat, Tasarım ve Mimarlık Fakültesi</w:t>
            </w:r>
          </w:p>
        </w:tc>
        <w:tc>
          <w:tcPr>
            <w:tcW w:w="1704" w:type="dxa"/>
          </w:tcPr>
          <w:p w14:paraId="74A1A2C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w:t>
            </w:r>
          </w:p>
        </w:tc>
        <w:tc>
          <w:tcPr>
            <w:tcW w:w="1704" w:type="dxa"/>
          </w:tcPr>
          <w:p w14:paraId="77EEB3A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w:t>
            </w:r>
          </w:p>
        </w:tc>
        <w:tc>
          <w:tcPr>
            <w:tcW w:w="1704" w:type="dxa"/>
          </w:tcPr>
          <w:p w14:paraId="1B70497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w:t>
            </w:r>
          </w:p>
        </w:tc>
        <w:tc>
          <w:tcPr>
            <w:tcW w:w="1704" w:type="dxa"/>
          </w:tcPr>
          <w:p w14:paraId="3DBF550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w:t>
            </w:r>
          </w:p>
        </w:tc>
        <w:tc>
          <w:tcPr>
            <w:tcW w:w="1704" w:type="dxa"/>
          </w:tcPr>
          <w:p w14:paraId="702E2F4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 / 0</w:t>
            </w:r>
          </w:p>
        </w:tc>
      </w:tr>
      <w:tr w:rsidR="00680C58" w:rsidRPr="008E2AAE" w14:paraId="4487B9CE"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5997293E" w14:textId="77777777" w:rsidR="00680C58" w:rsidRPr="008E2AAE" w:rsidRDefault="00000000" w:rsidP="008E2AAE">
            <w:pPr>
              <w:jc w:val="both"/>
              <w:rPr>
                <w:lang w:val="tr-TR"/>
              </w:rPr>
            </w:pPr>
            <w:r w:rsidRPr="008E2AAE">
              <w:rPr>
                <w:sz w:val="16"/>
                <w:lang w:val="tr-TR"/>
              </w:rPr>
              <w:t>Spor Bilimleri Fakültesi</w:t>
            </w:r>
          </w:p>
        </w:tc>
        <w:tc>
          <w:tcPr>
            <w:tcW w:w="1704" w:type="dxa"/>
          </w:tcPr>
          <w:p w14:paraId="171619A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12</w:t>
            </w:r>
          </w:p>
        </w:tc>
        <w:tc>
          <w:tcPr>
            <w:tcW w:w="1704" w:type="dxa"/>
          </w:tcPr>
          <w:p w14:paraId="45E1CA6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12</w:t>
            </w:r>
          </w:p>
        </w:tc>
        <w:tc>
          <w:tcPr>
            <w:tcW w:w="1704" w:type="dxa"/>
          </w:tcPr>
          <w:p w14:paraId="021E522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w:t>
            </w:r>
          </w:p>
        </w:tc>
        <w:tc>
          <w:tcPr>
            <w:tcW w:w="1704" w:type="dxa"/>
          </w:tcPr>
          <w:p w14:paraId="60430E6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w:t>
            </w:r>
          </w:p>
        </w:tc>
        <w:tc>
          <w:tcPr>
            <w:tcW w:w="1704" w:type="dxa"/>
          </w:tcPr>
          <w:p w14:paraId="078CEDB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11 / 1</w:t>
            </w:r>
          </w:p>
        </w:tc>
      </w:tr>
      <w:tr w:rsidR="00680C58" w:rsidRPr="008E2AAE" w14:paraId="2A937A34"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25EFDC25" w14:textId="77777777" w:rsidR="00680C58" w:rsidRPr="008E2AAE" w:rsidRDefault="00000000" w:rsidP="008E2AAE">
            <w:pPr>
              <w:jc w:val="both"/>
              <w:rPr>
                <w:lang w:val="tr-TR"/>
              </w:rPr>
            </w:pPr>
            <w:r w:rsidRPr="008E2AAE">
              <w:rPr>
                <w:sz w:val="16"/>
                <w:lang w:val="tr-TR"/>
              </w:rPr>
              <w:t>Diş Hekimliği Fakültesi</w:t>
            </w:r>
          </w:p>
        </w:tc>
        <w:tc>
          <w:tcPr>
            <w:tcW w:w="1704" w:type="dxa"/>
          </w:tcPr>
          <w:p w14:paraId="7DDD35C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w:t>
            </w:r>
          </w:p>
        </w:tc>
        <w:tc>
          <w:tcPr>
            <w:tcW w:w="1704" w:type="dxa"/>
          </w:tcPr>
          <w:p w14:paraId="2A65184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w:t>
            </w:r>
          </w:p>
        </w:tc>
        <w:tc>
          <w:tcPr>
            <w:tcW w:w="1704" w:type="dxa"/>
          </w:tcPr>
          <w:p w14:paraId="0361B89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w:t>
            </w:r>
          </w:p>
        </w:tc>
        <w:tc>
          <w:tcPr>
            <w:tcW w:w="1704" w:type="dxa"/>
          </w:tcPr>
          <w:p w14:paraId="56F3F77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w:t>
            </w:r>
          </w:p>
        </w:tc>
        <w:tc>
          <w:tcPr>
            <w:tcW w:w="1704" w:type="dxa"/>
          </w:tcPr>
          <w:p w14:paraId="68694BF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 2</w:t>
            </w:r>
          </w:p>
        </w:tc>
      </w:tr>
      <w:tr w:rsidR="00680C58" w:rsidRPr="008E2AAE" w14:paraId="5636CF04"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76C3D6F5" w14:textId="77777777" w:rsidR="00680C58" w:rsidRPr="008E2AAE" w:rsidRDefault="00000000" w:rsidP="008E2AAE">
            <w:pPr>
              <w:jc w:val="both"/>
              <w:rPr>
                <w:lang w:val="tr-TR"/>
              </w:rPr>
            </w:pPr>
            <w:r w:rsidRPr="008E2AAE">
              <w:rPr>
                <w:sz w:val="16"/>
                <w:lang w:val="tr-TR"/>
              </w:rPr>
              <w:t>Tıp Fakültesi</w:t>
            </w:r>
          </w:p>
        </w:tc>
        <w:tc>
          <w:tcPr>
            <w:tcW w:w="1704" w:type="dxa"/>
          </w:tcPr>
          <w:p w14:paraId="521A6C7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11</w:t>
            </w:r>
          </w:p>
        </w:tc>
        <w:tc>
          <w:tcPr>
            <w:tcW w:w="1704" w:type="dxa"/>
          </w:tcPr>
          <w:p w14:paraId="5ABEF30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10</w:t>
            </w:r>
          </w:p>
        </w:tc>
        <w:tc>
          <w:tcPr>
            <w:tcW w:w="1704" w:type="dxa"/>
          </w:tcPr>
          <w:p w14:paraId="6A7F4F4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w:t>
            </w:r>
          </w:p>
        </w:tc>
        <w:tc>
          <w:tcPr>
            <w:tcW w:w="1704" w:type="dxa"/>
          </w:tcPr>
          <w:p w14:paraId="311145E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w:t>
            </w:r>
          </w:p>
        </w:tc>
        <w:tc>
          <w:tcPr>
            <w:tcW w:w="1704" w:type="dxa"/>
          </w:tcPr>
          <w:p w14:paraId="7EB3E3C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8 / 3</w:t>
            </w:r>
          </w:p>
        </w:tc>
      </w:tr>
      <w:tr w:rsidR="00680C58" w:rsidRPr="008E2AAE" w14:paraId="3DC4DAF3"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0FB0B86E" w14:textId="77777777" w:rsidR="00680C58" w:rsidRPr="008E2AAE" w:rsidRDefault="00000000" w:rsidP="008E2AAE">
            <w:pPr>
              <w:jc w:val="both"/>
              <w:rPr>
                <w:lang w:val="tr-TR"/>
              </w:rPr>
            </w:pPr>
            <w:r w:rsidRPr="008E2AAE">
              <w:rPr>
                <w:sz w:val="16"/>
                <w:lang w:val="tr-TR"/>
              </w:rPr>
              <w:t>Turizm Fakültesi</w:t>
            </w:r>
          </w:p>
        </w:tc>
        <w:tc>
          <w:tcPr>
            <w:tcW w:w="1704" w:type="dxa"/>
          </w:tcPr>
          <w:p w14:paraId="099FFDA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w:t>
            </w:r>
          </w:p>
        </w:tc>
        <w:tc>
          <w:tcPr>
            <w:tcW w:w="1704" w:type="dxa"/>
          </w:tcPr>
          <w:p w14:paraId="59D1964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w:t>
            </w:r>
          </w:p>
        </w:tc>
        <w:tc>
          <w:tcPr>
            <w:tcW w:w="1704" w:type="dxa"/>
          </w:tcPr>
          <w:p w14:paraId="587FE42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w:t>
            </w:r>
          </w:p>
        </w:tc>
        <w:tc>
          <w:tcPr>
            <w:tcW w:w="1704" w:type="dxa"/>
          </w:tcPr>
          <w:p w14:paraId="3D5FD63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w:t>
            </w:r>
          </w:p>
        </w:tc>
        <w:tc>
          <w:tcPr>
            <w:tcW w:w="1704" w:type="dxa"/>
          </w:tcPr>
          <w:p w14:paraId="20AA3BC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 2</w:t>
            </w:r>
          </w:p>
        </w:tc>
      </w:tr>
    </w:tbl>
    <w:p w14:paraId="44106DF3" w14:textId="77777777" w:rsidR="00680C58" w:rsidRPr="008E2AAE" w:rsidRDefault="00000000" w:rsidP="008E2AAE">
      <w:pPr>
        <w:jc w:val="both"/>
        <w:rPr>
          <w:lang w:val="tr-TR"/>
        </w:rPr>
      </w:pPr>
      <w:r w:rsidRPr="008E2AAE">
        <w:rPr>
          <w:lang w:val="tr-TR"/>
        </w:rPr>
        <w:t>Dokuz fakülte başlığında toplam 164 geçerli yanıt vardır. Diğer kayıtlar MYO, enstitü veya belirsiz birim başlıklarında tutulmuştur. Fakülte toplamlarında 3 yıldan eski kayıtlar yalnızca Eğitim Fakültesinde bulunmaktadır (n=3); yeni–geç tablosuna katılmamıştır.</w:t>
      </w:r>
    </w:p>
    <w:p w14:paraId="4556DCAB" w14:textId="77777777" w:rsidR="00680C58" w:rsidRPr="008E2AAE" w:rsidRDefault="00000000" w:rsidP="008E2AAE">
      <w:pPr>
        <w:pStyle w:val="Balk1"/>
        <w:jc w:val="both"/>
        <w:rPr>
          <w:lang w:val="tr-TR"/>
        </w:rPr>
      </w:pPr>
      <w:r w:rsidRPr="008E2AAE">
        <w:rPr>
          <w:lang w:val="tr-TR"/>
        </w:rPr>
        <w:t>13.1. Fakültelerin ortak göstergelerle karşılaştırılması</w:t>
      </w:r>
    </w:p>
    <w:tbl>
      <w:tblPr>
        <w:tblStyle w:val="AkGlgeleme-Vurgu1"/>
        <w:tblW w:w="0" w:type="auto"/>
        <w:tblLook w:val="04A0" w:firstRow="1" w:lastRow="0" w:firstColumn="1" w:lastColumn="0" w:noHBand="0" w:noVBand="1"/>
      </w:tblPr>
      <w:tblGrid>
        <w:gridCol w:w="1704"/>
        <w:gridCol w:w="1704"/>
        <w:gridCol w:w="1704"/>
        <w:gridCol w:w="1704"/>
        <w:gridCol w:w="1704"/>
        <w:gridCol w:w="1704"/>
      </w:tblGrid>
      <w:tr w:rsidR="00680C58" w:rsidRPr="008E2AAE" w14:paraId="72EE8553"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305C5A59" w14:textId="77777777" w:rsidR="00680C58" w:rsidRPr="008E2AAE" w:rsidRDefault="00000000" w:rsidP="008E2AAE">
            <w:pPr>
              <w:jc w:val="both"/>
              <w:rPr>
                <w:lang w:val="tr-TR"/>
              </w:rPr>
            </w:pPr>
            <w:r w:rsidRPr="008E2AAE">
              <w:rPr>
                <w:sz w:val="16"/>
                <w:lang w:val="tr-TR"/>
              </w:rPr>
              <w:t>Fakülte</w:t>
            </w:r>
          </w:p>
        </w:tc>
        <w:tc>
          <w:tcPr>
            <w:tcW w:w="1704" w:type="dxa"/>
          </w:tcPr>
          <w:p w14:paraId="6202D415"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proofErr w:type="gramStart"/>
            <w:r w:rsidRPr="008E2AAE">
              <w:rPr>
                <w:sz w:val="16"/>
                <w:lang w:val="tr-TR"/>
              </w:rPr>
              <w:t>n</w:t>
            </w:r>
            <w:proofErr w:type="gramEnd"/>
          </w:p>
        </w:tc>
        <w:tc>
          <w:tcPr>
            <w:tcW w:w="1704" w:type="dxa"/>
          </w:tcPr>
          <w:p w14:paraId="218F1BF9"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 xml:space="preserve">Memnuniyet </w:t>
            </w:r>
            <w:proofErr w:type="spellStart"/>
            <w:r w:rsidRPr="008E2AAE">
              <w:rPr>
                <w:sz w:val="16"/>
                <w:lang w:val="tr-TR"/>
              </w:rPr>
              <w:t>ort.</w:t>
            </w:r>
            <w:proofErr w:type="spellEnd"/>
          </w:p>
        </w:tc>
        <w:tc>
          <w:tcPr>
            <w:tcW w:w="1704" w:type="dxa"/>
          </w:tcPr>
          <w:p w14:paraId="0A30D9FB"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Olumlu memnuniyet</w:t>
            </w:r>
          </w:p>
        </w:tc>
        <w:tc>
          <w:tcPr>
            <w:tcW w:w="1704" w:type="dxa"/>
          </w:tcPr>
          <w:p w14:paraId="0F272058"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Çalışma</w:t>
            </w:r>
          </w:p>
        </w:tc>
        <w:tc>
          <w:tcPr>
            <w:tcW w:w="1704" w:type="dxa"/>
          </w:tcPr>
          <w:p w14:paraId="6B107F3F"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Alanında / çalışan</w:t>
            </w:r>
          </w:p>
        </w:tc>
      </w:tr>
      <w:tr w:rsidR="00680C58" w:rsidRPr="008E2AAE" w14:paraId="270B9D59"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437DC181" w14:textId="77777777" w:rsidR="00680C58" w:rsidRPr="008E2AAE" w:rsidRDefault="00000000" w:rsidP="008E2AAE">
            <w:pPr>
              <w:jc w:val="both"/>
              <w:rPr>
                <w:lang w:val="tr-TR"/>
              </w:rPr>
            </w:pPr>
            <w:r w:rsidRPr="008E2AAE">
              <w:rPr>
                <w:sz w:val="16"/>
                <w:lang w:val="tr-TR"/>
              </w:rPr>
              <w:t>Eğitim Fakültesi</w:t>
            </w:r>
          </w:p>
        </w:tc>
        <w:tc>
          <w:tcPr>
            <w:tcW w:w="1704" w:type="dxa"/>
          </w:tcPr>
          <w:p w14:paraId="4A75518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37</w:t>
            </w:r>
          </w:p>
        </w:tc>
        <w:tc>
          <w:tcPr>
            <w:tcW w:w="1704" w:type="dxa"/>
          </w:tcPr>
          <w:p w14:paraId="11C63FF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3,46</w:t>
            </w:r>
          </w:p>
        </w:tc>
        <w:tc>
          <w:tcPr>
            <w:tcW w:w="1704" w:type="dxa"/>
          </w:tcPr>
          <w:p w14:paraId="7D9124A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18 (%48,6)</w:t>
            </w:r>
          </w:p>
        </w:tc>
        <w:tc>
          <w:tcPr>
            <w:tcW w:w="1704" w:type="dxa"/>
          </w:tcPr>
          <w:p w14:paraId="4438C5E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17 (%45,9)</w:t>
            </w:r>
          </w:p>
        </w:tc>
        <w:tc>
          <w:tcPr>
            <w:tcW w:w="1704" w:type="dxa"/>
          </w:tcPr>
          <w:p w14:paraId="510E276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13/17 (%76,5)</w:t>
            </w:r>
          </w:p>
        </w:tc>
      </w:tr>
      <w:tr w:rsidR="00680C58" w:rsidRPr="008E2AAE" w14:paraId="0C755CEE"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03A038E0" w14:textId="77777777" w:rsidR="00680C58" w:rsidRPr="008E2AAE" w:rsidRDefault="00000000" w:rsidP="008E2AAE">
            <w:pPr>
              <w:jc w:val="both"/>
              <w:rPr>
                <w:lang w:val="tr-TR"/>
              </w:rPr>
            </w:pPr>
            <w:r w:rsidRPr="008E2AAE">
              <w:rPr>
                <w:sz w:val="16"/>
                <w:lang w:val="tr-TR"/>
              </w:rPr>
              <w:t>İktisadi, İdari ve Sosyal Bilimler Fakültesi</w:t>
            </w:r>
          </w:p>
        </w:tc>
        <w:tc>
          <w:tcPr>
            <w:tcW w:w="1704" w:type="dxa"/>
          </w:tcPr>
          <w:p w14:paraId="34B29F2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39</w:t>
            </w:r>
          </w:p>
        </w:tc>
        <w:tc>
          <w:tcPr>
            <w:tcW w:w="1704" w:type="dxa"/>
          </w:tcPr>
          <w:p w14:paraId="439144D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3,41</w:t>
            </w:r>
          </w:p>
        </w:tc>
        <w:tc>
          <w:tcPr>
            <w:tcW w:w="1704" w:type="dxa"/>
          </w:tcPr>
          <w:p w14:paraId="370B78A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20 (%51,3)</w:t>
            </w:r>
          </w:p>
        </w:tc>
        <w:tc>
          <w:tcPr>
            <w:tcW w:w="1704" w:type="dxa"/>
          </w:tcPr>
          <w:p w14:paraId="4E20522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17 (%43,6)</w:t>
            </w:r>
          </w:p>
        </w:tc>
        <w:tc>
          <w:tcPr>
            <w:tcW w:w="1704" w:type="dxa"/>
          </w:tcPr>
          <w:p w14:paraId="48FC271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11/17 (%64,7)</w:t>
            </w:r>
          </w:p>
        </w:tc>
      </w:tr>
      <w:tr w:rsidR="00680C58" w:rsidRPr="008E2AAE" w14:paraId="650368BE"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0D7ABE54" w14:textId="77777777" w:rsidR="00680C58" w:rsidRPr="008E2AAE" w:rsidRDefault="00000000" w:rsidP="008E2AAE">
            <w:pPr>
              <w:jc w:val="both"/>
              <w:rPr>
                <w:lang w:val="tr-TR"/>
              </w:rPr>
            </w:pPr>
            <w:r w:rsidRPr="008E2AAE">
              <w:rPr>
                <w:sz w:val="16"/>
                <w:lang w:val="tr-TR"/>
              </w:rPr>
              <w:lastRenderedPageBreak/>
              <w:t>Rafet Kayış Mühendislik Fakültesi</w:t>
            </w:r>
          </w:p>
        </w:tc>
        <w:tc>
          <w:tcPr>
            <w:tcW w:w="1704" w:type="dxa"/>
          </w:tcPr>
          <w:p w14:paraId="38E441E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27</w:t>
            </w:r>
          </w:p>
        </w:tc>
        <w:tc>
          <w:tcPr>
            <w:tcW w:w="1704" w:type="dxa"/>
          </w:tcPr>
          <w:p w14:paraId="27C12D4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3,15</w:t>
            </w:r>
          </w:p>
        </w:tc>
        <w:tc>
          <w:tcPr>
            <w:tcW w:w="1704" w:type="dxa"/>
          </w:tcPr>
          <w:p w14:paraId="38F21DD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 (%37,0)</w:t>
            </w:r>
          </w:p>
        </w:tc>
        <w:tc>
          <w:tcPr>
            <w:tcW w:w="1704" w:type="dxa"/>
          </w:tcPr>
          <w:p w14:paraId="3B70557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14 (%51,9)</w:t>
            </w:r>
          </w:p>
        </w:tc>
        <w:tc>
          <w:tcPr>
            <w:tcW w:w="1704" w:type="dxa"/>
          </w:tcPr>
          <w:p w14:paraId="5F8AA5B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8/14 (%57,1)</w:t>
            </w:r>
          </w:p>
        </w:tc>
      </w:tr>
      <w:tr w:rsidR="00680C58" w:rsidRPr="008E2AAE" w14:paraId="5B89B823"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4ED61B03" w14:textId="77777777" w:rsidR="00680C58" w:rsidRPr="008E2AAE" w:rsidRDefault="00000000" w:rsidP="008E2AAE">
            <w:pPr>
              <w:jc w:val="both"/>
              <w:rPr>
                <w:lang w:val="tr-TR"/>
              </w:rPr>
            </w:pPr>
            <w:r w:rsidRPr="008E2AAE">
              <w:rPr>
                <w:sz w:val="16"/>
                <w:lang w:val="tr-TR"/>
              </w:rPr>
              <w:t>Sağlık Bilimleri Fakültesi</w:t>
            </w:r>
          </w:p>
        </w:tc>
        <w:tc>
          <w:tcPr>
            <w:tcW w:w="1704" w:type="dxa"/>
          </w:tcPr>
          <w:p w14:paraId="06D721B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14</w:t>
            </w:r>
          </w:p>
        </w:tc>
        <w:tc>
          <w:tcPr>
            <w:tcW w:w="1704" w:type="dxa"/>
          </w:tcPr>
          <w:p w14:paraId="0634A12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3,79</w:t>
            </w:r>
          </w:p>
        </w:tc>
        <w:tc>
          <w:tcPr>
            <w:tcW w:w="1704" w:type="dxa"/>
          </w:tcPr>
          <w:p w14:paraId="2C180A5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8 (%57,1)</w:t>
            </w:r>
          </w:p>
        </w:tc>
        <w:tc>
          <w:tcPr>
            <w:tcW w:w="1704" w:type="dxa"/>
          </w:tcPr>
          <w:p w14:paraId="3150D6D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 (%50,0)</w:t>
            </w:r>
          </w:p>
        </w:tc>
        <w:tc>
          <w:tcPr>
            <w:tcW w:w="1704" w:type="dxa"/>
          </w:tcPr>
          <w:p w14:paraId="054FA56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3/7 (%42,9)</w:t>
            </w:r>
          </w:p>
        </w:tc>
      </w:tr>
      <w:tr w:rsidR="00680C58" w:rsidRPr="008E2AAE" w14:paraId="7F0B21A1"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4D69EE61" w14:textId="77777777" w:rsidR="00680C58" w:rsidRPr="008E2AAE" w:rsidRDefault="00000000" w:rsidP="008E2AAE">
            <w:pPr>
              <w:jc w:val="both"/>
              <w:rPr>
                <w:lang w:val="tr-TR"/>
              </w:rPr>
            </w:pPr>
            <w:r w:rsidRPr="008E2AAE">
              <w:rPr>
                <w:sz w:val="16"/>
                <w:lang w:val="tr-TR"/>
              </w:rPr>
              <w:t>Sanat, Tasarım ve Mimarlık Fakültesi</w:t>
            </w:r>
          </w:p>
        </w:tc>
        <w:tc>
          <w:tcPr>
            <w:tcW w:w="1704" w:type="dxa"/>
          </w:tcPr>
          <w:p w14:paraId="73EAED0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w:t>
            </w:r>
          </w:p>
        </w:tc>
        <w:tc>
          <w:tcPr>
            <w:tcW w:w="1704" w:type="dxa"/>
          </w:tcPr>
          <w:p w14:paraId="1693438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3,91</w:t>
            </w:r>
          </w:p>
        </w:tc>
        <w:tc>
          <w:tcPr>
            <w:tcW w:w="1704" w:type="dxa"/>
          </w:tcPr>
          <w:p w14:paraId="2A92C87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 (%63,6)</w:t>
            </w:r>
          </w:p>
        </w:tc>
        <w:tc>
          <w:tcPr>
            <w:tcW w:w="1704" w:type="dxa"/>
          </w:tcPr>
          <w:p w14:paraId="5C226EE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(%36,4)</w:t>
            </w:r>
          </w:p>
        </w:tc>
        <w:tc>
          <w:tcPr>
            <w:tcW w:w="1704" w:type="dxa"/>
          </w:tcPr>
          <w:p w14:paraId="30065C2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3/4 (%75,0)</w:t>
            </w:r>
          </w:p>
        </w:tc>
      </w:tr>
      <w:tr w:rsidR="00680C58" w:rsidRPr="008E2AAE" w14:paraId="77991D6A"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69162448" w14:textId="77777777" w:rsidR="00680C58" w:rsidRPr="008E2AAE" w:rsidRDefault="00000000" w:rsidP="008E2AAE">
            <w:pPr>
              <w:jc w:val="both"/>
              <w:rPr>
                <w:lang w:val="tr-TR"/>
              </w:rPr>
            </w:pPr>
            <w:r w:rsidRPr="008E2AAE">
              <w:rPr>
                <w:sz w:val="16"/>
                <w:lang w:val="tr-TR"/>
              </w:rPr>
              <w:t>Spor Bilimleri Fakültesi</w:t>
            </w:r>
          </w:p>
        </w:tc>
        <w:tc>
          <w:tcPr>
            <w:tcW w:w="1704" w:type="dxa"/>
          </w:tcPr>
          <w:p w14:paraId="117AD5A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12</w:t>
            </w:r>
          </w:p>
        </w:tc>
        <w:tc>
          <w:tcPr>
            <w:tcW w:w="1704" w:type="dxa"/>
          </w:tcPr>
          <w:p w14:paraId="3063D01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3,42</w:t>
            </w:r>
          </w:p>
        </w:tc>
        <w:tc>
          <w:tcPr>
            <w:tcW w:w="1704" w:type="dxa"/>
          </w:tcPr>
          <w:p w14:paraId="003313C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 (%41,7)</w:t>
            </w:r>
          </w:p>
        </w:tc>
        <w:tc>
          <w:tcPr>
            <w:tcW w:w="1704" w:type="dxa"/>
          </w:tcPr>
          <w:p w14:paraId="428B1BE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 (%58,3)</w:t>
            </w:r>
          </w:p>
        </w:tc>
        <w:tc>
          <w:tcPr>
            <w:tcW w:w="1704" w:type="dxa"/>
          </w:tcPr>
          <w:p w14:paraId="6DB9450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4/7 (%57,1)</w:t>
            </w:r>
          </w:p>
        </w:tc>
      </w:tr>
      <w:tr w:rsidR="00680C58" w:rsidRPr="008E2AAE" w14:paraId="557569EF"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480A547B" w14:textId="77777777" w:rsidR="00680C58" w:rsidRPr="008E2AAE" w:rsidRDefault="00000000" w:rsidP="008E2AAE">
            <w:pPr>
              <w:jc w:val="both"/>
              <w:rPr>
                <w:lang w:val="tr-TR"/>
              </w:rPr>
            </w:pPr>
            <w:r w:rsidRPr="008E2AAE">
              <w:rPr>
                <w:sz w:val="16"/>
                <w:lang w:val="tr-TR"/>
              </w:rPr>
              <w:t>Diş Hekimliği Fakültesi</w:t>
            </w:r>
          </w:p>
        </w:tc>
        <w:tc>
          <w:tcPr>
            <w:tcW w:w="1704" w:type="dxa"/>
          </w:tcPr>
          <w:p w14:paraId="4F57DEF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w:t>
            </w:r>
          </w:p>
        </w:tc>
        <w:tc>
          <w:tcPr>
            <w:tcW w:w="1704" w:type="dxa"/>
          </w:tcPr>
          <w:p w14:paraId="7911228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3,29</w:t>
            </w:r>
          </w:p>
        </w:tc>
        <w:tc>
          <w:tcPr>
            <w:tcW w:w="1704" w:type="dxa"/>
          </w:tcPr>
          <w:p w14:paraId="2166D13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(%42,9)</w:t>
            </w:r>
          </w:p>
        </w:tc>
        <w:tc>
          <w:tcPr>
            <w:tcW w:w="1704" w:type="dxa"/>
          </w:tcPr>
          <w:p w14:paraId="0073FC2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(%28,6)</w:t>
            </w:r>
          </w:p>
        </w:tc>
        <w:tc>
          <w:tcPr>
            <w:tcW w:w="1704" w:type="dxa"/>
          </w:tcPr>
          <w:p w14:paraId="7C9E06B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2/2 (%100,0)</w:t>
            </w:r>
          </w:p>
        </w:tc>
      </w:tr>
      <w:tr w:rsidR="00680C58" w:rsidRPr="008E2AAE" w14:paraId="4984F791"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146DE2FF" w14:textId="77777777" w:rsidR="00680C58" w:rsidRPr="008E2AAE" w:rsidRDefault="00000000" w:rsidP="008E2AAE">
            <w:pPr>
              <w:jc w:val="both"/>
              <w:rPr>
                <w:lang w:val="tr-TR"/>
              </w:rPr>
            </w:pPr>
            <w:r w:rsidRPr="008E2AAE">
              <w:rPr>
                <w:sz w:val="16"/>
                <w:lang w:val="tr-TR"/>
              </w:rPr>
              <w:t>Tıp Fakültesi</w:t>
            </w:r>
          </w:p>
        </w:tc>
        <w:tc>
          <w:tcPr>
            <w:tcW w:w="1704" w:type="dxa"/>
          </w:tcPr>
          <w:p w14:paraId="56AA1D1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11</w:t>
            </w:r>
          </w:p>
        </w:tc>
        <w:tc>
          <w:tcPr>
            <w:tcW w:w="1704" w:type="dxa"/>
          </w:tcPr>
          <w:p w14:paraId="5729D32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3,55</w:t>
            </w:r>
          </w:p>
        </w:tc>
        <w:tc>
          <w:tcPr>
            <w:tcW w:w="1704" w:type="dxa"/>
          </w:tcPr>
          <w:p w14:paraId="7A95EE3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 (%54,5)</w:t>
            </w:r>
          </w:p>
        </w:tc>
        <w:tc>
          <w:tcPr>
            <w:tcW w:w="1704" w:type="dxa"/>
          </w:tcPr>
          <w:p w14:paraId="64E14BB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(%18,2)</w:t>
            </w:r>
          </w:p>
        </w:tc>
        <w:tc>
          <w:tcPr>
            <w:tcW w:w="1704" w:type="dxa"/>
          </w:tcPr>
          <w:p w14:paraId="32217B5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2/2 (%100,0)</w:t>
            </w:r>
          </w:p>
        </w:tc>
      </w:tr>
      <w:tr w:rsidR="00680C58" w:rsidRPr="008E2AAE" w14:paraId="058526B5"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0D1A5C68" w14:textId="77777777" w:rsidR="00680C58" w:rsidRPr="008E2AAE" w:rsidRDefault="00000000" w:rsidP="008E2AAE">
            <w:pPr>
              <w:jc w:val="both"/>
              <w:rPr>
                <w:lang w:val="tr-TR"/>
              </w:rPr>
            </w:pPr>
            <w:r w:rsidRPr="008E2AAE">
              <w:rPr>
                <w:sz w:val="16"/>
                <w:lang w:val="tr-TR"/>
              </w:rPr>
              <w:t>Turizm Fakültesi</w:t>
            </w:r>
          </w:p>
        </w:tc>
        <w:tc>
          <w:tcPr>
            <w:tcW w:w="1704" w:type="dxa"/>
          </w:tcPr>
          <w:p w14:paraId="4757B66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w:t>
            </w:r>
          </w:p>
        </w:tc>
        <w:tc>
          <w:tcPr>
            <w:tcW w:w="1704" w:type="dxa"/>
          </w:tcPr>
          <w:p w14:paraId="0AFC94B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2,83</w:t>
            </w:r>
          </w:p>
        </w:tc>
        <w:tc>
          <w:tcPr>
            <w:tcW w:w="1704" w:type="dxa"/>
          </w:tcPr>
          <w:p w14:paraId="16E1CC0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(%16,7)</w:t>
            </w:r>
          </w:p>
        </w:tc>
        <w:tc>
          <w:tcPr>
            <w:tcW w:w="1704" w:type="dxa"/>
          </w:tcPr>
          <w:p w14:paraId="6F5E08E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(%33,3)</w:t>
            </w:r>
          </w:p>
        </w:tc>
        <w:tc>
          <w:tcPr>
            <w:tcW w:w="1704" w:type="dxa"/>
          </w:tcPr>
          <w:p w14:paraId="0589761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2/2 (%100,0)</w:t>
            </w:r>
          </w:p>
        </w:tc>
      </w:tr>
    </w:tbl>
    <w:p w14:paraId="602A9E02" w14:textId="77777777" w:rsidR="00680C58" w:rsidRPr="008E2AAE" w:rsidRDefault="00000000" w:rsidP="008E2AAE">
      <w:pPr>
        <w:jc w:val="both"/>
        <w:rPr>
          <w:lang w:val="tr-TR"/>
        </w:rPr>
      </w:pPr>
      <w:r w:rsidRPr="008E2AAE">
        <w:rPr>
          <w:lang w:val="tr-TR"/>
        </w:rPr>
        <w:t>Karşılaştırma için tüm geçerli kayıtların genel eğitim memnuniyeti ortalaması 3,70/5, olumlu yanıt oranı %58,7’dir (n=252). Bu referans bir fakülte ortalaması değil, tüm geçerli kayıtların birleşik sonucudur. Fakültenin örneklem büyüklüğü, program ve mezuniyet süresi bileşimi farklı olduğundan bu tablo başarı sıralaması olarak kullanılmamalıdır.</w:t>
      </w:r>
    </w:p>
    <w:p w14:paraId="5DFC8BAA" w14:textId="77777777" w:rsidR="00680C58" w:rsidRPr="008E2AAE" w:rsidRDefault="00000000" w:rsidP="008E2AAE">
      <w:pPr>
        <w:jc w:val="both"/>
        <w:rPr>
          <w:lang w:val="tr-TR"/>
        </w:rPr>
      </w:pPr>
      <w:r w:rsidRPr="008E2AAE">
        <w:rPr>
          <w:noProof/>
          <w:lang w:val="tr-TR"/>
        </w:rPr>
        <w:drawing>
          <wp:inline distT="0" distB="0" distL="0" distR="0" wp14:anchorId="1F1A75C4" wp14:editId="5524A7E9">
            <wp:extent cx="6126480" cy="3403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kulte_memnuniyet.png"/>
                    <pic:cNvPicPr/>
                  </pic:nvPicPr>
                  <pic:blipFill>
                    <a:blip r:embed="rId10"/>
                    <a:stretch>
                      <a:fillRect/>
                    </a:stretch>
                  </pic:blipFill>
                  <pic:spPr>
                    <a:xfrm>
                      <a:off x="0" y="0"/>
                      <a:ext cx="6126480" cy="3403600"/>
                    </a:xfrm>
                    <a:prstGeom prst="rect">
                      <a:avLst/>
                    </a:prstGeom>
                  </pic:spPr>
                </pic:pic>
              </a:graphicData>
            </a:graphic>
          </wp:inline>
        </w:drawing>
      </w:r>
    </w:p>
    <w:p w14:paraId="3C86E9E6" w14:textId="77777777" w:rsidR="00680C58" w:rsidRPr="008E2AAE" w:rsidRDefault="00000000" w:rsidP="008E2AAE">
      <w:pPr>
        <w:jc w:val="both"/>
        <w:rPr>
          <w:lang w:val="tr-TR"/>
        </w:rPr>
      </w:pPr>
      <w:r w:rsidRPr="008E2AAE">
        <w:rPr>
          <w:lang w:val="tr-TR"/>
        </w:rPr>
        <w:t>Sanat, Tasarım ve Mimarlık ile Sağlık Bilimleri katılımcılarının ortalamaları ortak referansın üzerindedir. Mühendislik, Diş Hekimliği ve Turizm katılımcılarında daha düşük sonuçlar gözlenmiştir. Bu gözlemler tek başına eğitim kalitesi farkını kanıtlamaz; özellikle Turizm (n=6) ve Diş Hekimliği (n=7) sonuçları az sayıda yanıtın değerlendirmesidir.</w:t>
      </w:r>
    </w:p>
    <w:p w14:paraId="1EC80109" w14:textId="77777777" w:rsidR="00680C58" w:rsidRPr="008E2AAE" w:rsidRDefault="00000000" w:rsidP="008E2AAE">
      <w:pPr>
        <w:jc w:val="both"/>
        <w:rPr>
          <w:lang w:val="tr-TR"/>
        </w:rPr>
      </w:pPr>
      <w:r w:rsidRPr="008E2AAE">
        <w:rPr>
          <w:lang w:val="tr-TR"/>
        </w:rPr>
        <w:br w:type="page"/>
      </w:r>
    </w:p>
    <w:p w14:paraId="79DC7FFF" w14:textId="77777777" w:rsidR="00680C58" w:rsidRPr="008E2AAE" w:rsidRDefault="00000000" w:rsidP="008E2AAE">
      <w:pPr>
        <w:pStyle w:val="Balk1"/>
        <w:jc w:val="both"/>
        <w:rPr>
          <w:lang w:val="tr-TR"/>
        </w:rPr>
      </w:pPr>
      <w:r w:rsidRPr="008E2AAE">
        <w:rPr>
          <w:lang w:val="tr-TR"/>
        </w:rPr>
        <w:lastRenderedPageBreak/>
        <w:t>14.1. Eğitim Fakültesi</w:t>
      </w:r>
    </w:p>
    <w:p w14:paraId="1B274FA7" w14:textId="77777777" w:rsidR="00680C58" w:rsidRPr="008E2AAE" w:rsidRDefault="00000000" w:rsidP="008E2AAE">
      <w:pPr>
        <w:jc w:val="both"/>
        <w:rPr>
          <w:lang w:val="tr-TR"/>
        </w:rPr>
      </w:pPr>
      <w:r w:rsidRPr="008E2AAE">
        <w:rPr>
          <w:lang w:val="tr-TR"/>
        </w:rPr>
        <w:t>Kapsam: 37 geçerli kayıt; 27 yeni mezun, 7 geç mezun, 3 3 yıldan eski mezun. Bunların 34’i birim yanıtının standartlaştırılmasıyla, 3’i bölüm/program eşleştirmesiyle bu başlığa alınmıştır. Program türleri: Lisans 35, Yüksek Lisans 2.</w:t>
      </w:r>
    </w:p>
    <w:p w14:paraId="4E277071" w14:textId="77777777" w:rsidR="00680C58" w:rsidRPr="008E2AAE" w:rsidRDefault="00000000" w:rsidP="008E2AAE">
      <w:pPr>
        <w:jc w:val="both"/>
        <w:rPr>
          <w:lang w:val="tr-TR"/>
        </w:rPr>
      </w:pPr>
      <w:r w:rsidRPr="008E2AAE">
        <w:rPr>
          <w:lang w:val="tr-TR"/>
        </w:rPr>
        <w:t xml:space="preserve">Çalıştığını belirten 17 kayıt vardır (%45,9). Bunların 13’i alanıyla ilgili çalıştığını belirtmiştir; çalışanlar içindeki alan uyumu </w:t>
      </w:r>
      <w:proofErr w:type="gramStart"/>
      <w:r w:rsidRPr="008E2AAE">
        <w:rPr>
          <w:lang w:val="tr-TR"/>
        </w:rPr>
        <w:t>%76,5’dir</w:t>
      </w:r>
      <w:proofErr w:type="gramEnd"/>
      <w:r w:rsidRPr="008E2AAE">
        <w:rPr>
          <w:lang w:val="tr-TR"/>
        </w:rPr>
        <w:t>. Çalışmadığını belirten kayıt sayısı 20’dir. Çalışmama ile alanında çalışma beyanı çelişen 4 kayıt alan uyumu payına alınmamıştır.</w:t>
      </w:r>
    </w:p>
    <w:p w14:paraId="5A11706C" w14:textId="77777777" w:rsidR="00680C58" w:rsidRPr="008E2AAE" w:rsidRDefault="00000000" w:rsidP="008E2AAE">
      <w:pPr>
        <w:jc w:val="both"/>
        <w:rPr>
          <w:lang w:val="tr-TR"/>
        </w:rPr>
      </w:pPr>
      <w:r w:rsidRPr="008E2AAE">
        <w:rPr>
          <w:lang w:val="tr-TR"/>
        </w:rPr>
        <w:t>Genel eğitim memnuniyeti ortalaması 3,46/5’tir. Yanıt dağılımı 18 olumlu (%48,6), 12 orta (%32,4) ve 7 olumsuz (%18,9) şeklindedir. Ortalamanın tüm geçerli kayıt referansından farkı -0,24 puandır; bu fark betimsel olup kontrol edilmiş bir etki veya istatistiksel anlamlılık sonucu değildir.</w:t>
      </w:r>
    </w:p>
    <w:tbl>
      <w:tblPr>
        <w:tblStyle w:val="AkGlgeleme-Vurgu1"/>
        <w:tblW w:w="0" w:type="auto"/>
        <w:tblLook w:val="04A0" w:firstRow="1" w:lastRow="0" w:firstColumn="1" w:lastColumn="0" w:noHBand="0" w:noVBand="1"/>
      </w:tblPr>
      <w:tblGrid>
        <w:gridCol w:w="1704"/>
        <w:gridCol w:w="1704"/>
        <w:gridCol w:w="1704"/>
        <w:gridCol w:w="1704"/>
        <w:gridCol w:w="1704"/>
        <w:gridCol w:w="1704"/>
      </w:tblGrid>
      <w:tr w:rsidR="00680C58" w:rsidRPr="008E2AAE" w14:paraId="790E6FFF"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6A12C31D" w14:textId="77777777" w:rsidR="00680C58" w:rsidRPr="008E2AAE" w:rsidRDefault="00000000" w:rsidP="008E2AAE">
            <w:pPr>
              <w:jc w:val="both"/>
              <w:rPr>
                <w:lang w:val="tr-TR"/>
              </w:rPr>
            </w:pPr>
            <w:r w:rsidRPr="008E2AAE">
              <w:rPr>
                <w:sz w:val="16"/>
                <w:lang w:val="tr-TR"/>
              </w:rPr>
              <w:t>Kod</w:t>
            </w:r>
          </w:p>
        </w:tc>
        <w:tc>
          <w:tcPr>
            <w:tcW w:w="1704" w:type="dxa"/>
          </w:tcPr>
          <w:p w14:paraId="6CD40E3E"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Değerlendirme maddesi</w:t>
            </w:r>
          </w:p>
        </w:tc>
        <w:tc>
          <w:tcPr>
            <w:tcW w:w="1704" w:type="dxa"/>
          </w:tcPr>
          <w:p w14:paraId="1E335125"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Ort.</w:t>
            </w:r>
          </w:p>
        </w:tc>
        <w:tc>
          <w:tcPr>
            <w:tcW w:w="1704" w:type="dxa"/>
          </w:tcPr>
          <w:p w14:paraId="31BCAC38"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Olumlu</w:t>
            </w:r>
          </w:p>
        </w:tc>
        <w:tc>
          <w:tcPr>
            <w:tcW w:w="1704" w:type="dxa"/>
          </w:tcPr>
          <w:p w14:paraId="2E27A787"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Orta</w:t>
            </w:r>
          </w:p>
        </w:tc>
        <w:tc>
          <w:tcPr>
            <w:tcW w:w="1704" w:type="dxa"/>
          </w:tcPr>
          <w:p w14:paraId="4252AEF3"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Olumsuz</w:t>
            </w:r>
          </w:p>
        </w:tc>
      </w:tr>
      <w:tr w:rsidR="00680C58" w:rsidRPr="008E2AAE" w14:paraId="4FF18627"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39EB9408" w14:textId="77777777" w:rsidR="00680C58" w:rsidRPr="008E2AAE" w:rsidRDefault="00000000" w:rsidP="008E2AAE">
            <w:pPr>
              <w:jc w:val="both"/>
              <w:rPr>
                <w:lang w:val="tr-TR"/>
              </w:rPr>
            </w:pPr>
            <w:r w:rsidRPr="008E2AAE">
              <w:rPr>
                <w:sz w:val="16"/>
                <w:lang w:val="tr-TR"/>
              </w:rPr>
              <w:t>M01</w:t>
            </w:r>
          </w:p>
        </w:tc>
        <w:tc>
          <w:tcPr>
            <w:tcW w:w="1704" w:type="dxa"/>
          </w:tcPr>
          <w:p w14:paraId="1D9ABD4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Mezuniyet gururu</w:t>
            </w:r>
          </w:p>
        </w:tc>
        <w:tc>
          <w:tcPr>
            <w:tcW w:w="1704" w:type="dxa"/>
          </w:tcPr>
          <w:p w14:paraId="545BA2A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3,70</w:t>
            </w:r>
          </w:p>
        </w:tc>
        <w:tc>
          <w:tcPr>
            <w:tcW w:w="1704" w:type="dxa"/>
          </w:tcPr>
          <w:p w14:paraId="5A7CEA4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 (%54,1)</w:t>
            </w:r>
          </w:p>
        </w:tc>
        <w:tc>
          <w:tcPr>
            <w:tcW w:w="1704" w:type="dxa"/>
          </w:tcPr>
          <w:p w14:paraId="0534129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12 (%32,4)</w:t>
            </w:r>
          </w:p>
        </w:tc>
        <w:tc>
          <w:tcPr>
            <w:tcW w:w="1704" w:type="dxa"/>
          </w:tcPr>
          <w:p w14:paraId="39BAD7B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(%13,5)</w:t>
            </w:r>
          </w:p>
        </w:tc>
      </w:tr>
      <w:tr w:rsidR="00680C58" w:rsidRPr="008E2AAE" w14:paraId="5DBFAF0E"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7FB472BC" w14:textId="77777777" w:rsidR="00680C58" w:rsidRPr="008E2AAE" w:rsidRDefault="00000000" w:rsidP="008E2AAE">
            <w:pPr>
              <w:jc w:val="both"/>
              <w:rPr>
                <w:lang w:val="tr-TR"/>
              </w:rPr>
            </w:pPr>
            <w:r w:rsidRPr="008E2AAE">
              <w:rPr>
                <w:sz w:val="16"/>
                <w:lang w:val="tr-TR"/>
              </w:rPr>
              <w:t>M02</w:t>
            </w:r>
          </w:p>
        </w:tc>
        <w:tc>
          <w:tcPr>
            <w:tcW w:w="1704" w:type="dxa"/>
          </w:tcPr>
          <w:p w14:paraId="48A29E1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Bilinçli üniversite tercihi</w:t>
            </w:r>
          </w:p>
        </w:tc>
        <w:tc>
          <w:tcPr>
            <w:tcW w:w="1704" w:type="dxa"/>
          </w:tcPr>
          <w:p w14:paraId="2196D11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3,65</w:t>
            </w:r>
          </w:p>
        </w:tc>
        <w:tc>
          <w:tcPr>
            <w:tcW w:w="1704" w:type="dxa"/>
          </w:tcPr>
          <w:p w14:paraId="31E0FE5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21 (%56,8)</w:t>
            </w:r>
          </w:p>
        </w:tc>
        <w:tc>
          <w:tcPr>
            <w:tcW w:w="1704" w:type="dxa"/>
          </w:tcPr>
          <w:p w14:paraId="1F89D09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 (%18,9)</w:t>
            </w:r>
          </w:p>
        </w:tc>
        <w:tc>
          <w:tcPr>
            <w:tcW w:w="1704" w:type="dxa"/>
          </w:tcPr>
          <w:p w14:paraId="0513A57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9 (%24,3)</w:t>
            </w:r>
          </w:p>
        </w:tc>
      </w:tr>
      <w:tr w:rsidR="00680C58" w:rsidRPr="008E2AAE" w14:paraId="3C4CF581"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1DAB8A59" w14:textId="77777777" w:rsidR="00680C58" w:rsidRPr="008E2AAE" w:rsidRDefault="00000000" w:rsidP="008E2AAE">
            <w:pPr>
              <w:jc w:val="both"/>
              <w:rPr>
                <w:lang w:val="tr-TR"/>
              </w:rPr>
            </w:pPr>
            <w:r w:rsidRPr="008E2AAE">
              <w:rPr>
                <w:sz w:val="16"/>
                <w:lang w:val="tr-TR"/>
              </w:rPr>
              <w:t>M03</w:t>
            </w:r>
          </w:p>
        </w:tc>
        <w:tc>
          <w:tcPr>
            <w:tcW w:w="1704" w:type="dxa"/>
          </w:tcPr>
          <w:p w14:paraId="58E73F2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Tercih öncesi program bilgisi</w:t>
            </w:r>
          </w:p>
        </w:tc>
        <w:tc>
          <w:tcPr>
            <w:tcW w:w="1704" w:type="dxa"/>
          </w:tcPr>
          <w:p w14:paraId="3A6E148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4,24</w:t>
            </w:r>
          </w:p>
        </w:tc>
        <w:tc>
          <w:tcPr>
            <w:tcW w:w="1704" w:type="dxa"/>
          </w:tcPr>
          <w:p w14:paraId="2C157D3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30 (%81,1)</w:t>
            </w:r>
          </w:p>
        </w:tc>
        <w:tc>
          <w:tcPr>
            <w:tcW w:w="1704" w:type="dxa"/>
          </w:tcPr>
          <w:p w14:paraId="4F70A2F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(%10,8)</w:t>
            </w:r>
          </w:p>
        </w:tc>
        <w:tc>
          <w:tcPr>
            <w:tcW w:w="1704" w:type="dxa"/>
          </w:tcPr>
          <w:p w14:paraId="2F2868E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(%8,1)</w:t>
            </w:r>
          </w:p>
        </w:tc>
      </w:tr>
      <w:tr w:rsidR="00680C58" w:rsidRPr="008E2AAE" w14:paraId="0444DF87"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6F73274F" w14:textId="77777777" w:rsidR="00680C58" w:rsidRPr="008E2AAE" w:rsidRDefault="00000000" w:rsidP="008E2AAE">
            <w:pPr>
              <w:jc w:val="both"/>
              <w:rPr>
                <w:lang w:val="tr-TR"/>
              </w:rPr>
            </w:pPr>
            <w:r w:rsidRPr="008E2AAE">
              <w:rPr>
                <w:sz w:val="16"/>
                <w:lang w:val="tr-TR"/>
              </w:rPr>
              <w:t>M04</w:t>
            </w:r>
          </w:p>
        </w:tc>
        <w:tc>
          <w:tcPr>
            <w:tcW w:w="1704" w:type="dxa"/>
          </w:tcPr>
          <w:p w14:paraId="2FB7EC8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Eğitim düzeyinin yeterliliği</w:t>
            </w:r>
          </w:p>
        </w:tc>
        <w:tc>
          <w:tcPr>
            <w:tcW w:w="1704" w:type="dxa"/>
          </w:tcPr>
          <w:p w14:paraId="3DFA917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3,35</w:t>
            </w:r>
          </w:p>
        </w:tc>
        <w:tc>
          <w:tcPr>
            <w:tcW w:w="1704" w:type="dxa"/>
          </w:tcPr>
          <w:p w14:paraId="50AAB36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15 (%40,5)</w:t>
            </w:r>
          </w:p>
        </w:tc>
        <w:tc>
          <w:tcPr>
            <w:tcW w:w="1704" w:type="dxa"/>
          </w:tcPr>
          <w:p w14:paraId="3FB1735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14 (%37,8)</w:t>
            </w:r>
          </w:p>
        </w:tc>
        <w:tc>
          <w:tcPr>
            <w:tcW w:w="1704" w:type="dxa"/>
          </w:tcPr>
          <w:p w14:paraId="15A2092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8 (%21,6)</w:t>
            </w:r>
          </w:p>
        </w:tc>
      </w:tr>
      <w:tr w:rsidR="00680C58" w:rsidRPr="008E2AAE" w14:paraId="73818364"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613FFBC8" w14:textId="77777777" w:rsidR="00680C58" w:rsidRPr="008E2AAE" w:rsidRDefault="00000000" w:rsidP="008E2AAE">
            <w:pPr>
              <w:jc w:val="both"/>
              <w:rPr>
                <w:lang w:val="tr-TR"/>
              </w:rPr>
            </w:pPr>
            <w:r w:rsidRPr="008E2AAE">
              <w:rPr>
                <w:sz w:val="16"/>
                <w:lang w:val="tr-TR"/>
              </w:rPr>
              <w:t>M05</w:t>
            </w:r>
          </w:p>
        </w:tc>
        <w:tc>
          <w:tcPr>
            <w:tcW w:w="1704" w:type="dxa"/>
          </w:tcPr>
          <w:p w14:paraId="6EAB1B4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Sunulan olanakların yeterliliği</w:t>
            </w:r>
          </w:p>
        </w:tc>
        <w:tc>
          <w:tcPr>
            <w:tcW w:w="1704" w:type="dxa"/>
          </w:tcPr>
          <w:p w14:paraId="35420A5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2,97</w:t>
            </w:r>
          </w:p>
        </w:tc>
        <w:tc>
          <w:tcPr>
            <w:tcW w:w="1704" w:type="dxa"/>
          </w:tcPr>
          <w:p w14:paraId="4192C6F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13 (%35,1)</w:t>
            </w:r>
          </w:p>
        </w:tc>
        <w:tc>
          <w:tcPr>
            <w:tcW w:w="1704" w:type="dxa"/>
          </w:tcPr>
          <w:p w14:paraId="36E840D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8 (%21,6)</w:t>
            </w:r>
          </w:p>
        </w:tc>
        <w:tc>
          <w:tcPr>
            <w:tcW w:w="1704" w:type="dxa"/>
          </w:tcPr>
          <w:p w14:paraId="070C075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16 (%43,2)</w:t>
            </w:r>
          </w:p>
        </w:tc>
      </w:tr>
      <w:tr w:rsidR="00680C58" w:rsidRPr="008E2AAE" w14:paraId="7A4F1BC7"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4A9A92C8" w14:textId="77777777" w:rsidR="00680C58" w:rsidRPr="008E2AAE" w:rsidRDefault="00000000" w:rsidP="008E2AAE">
            <w:pPr>
              <w:jc w:val="both"/>
              <w:rPr>
                <w:lang w:val="tr-TR"/>
              </w:rPr>
            </w:pPr>
            <w:r w:rsidRPr="008E2AAE">
              <w:rPr>
                <w:sz w:val="16"/>
                <w:lang w:val="tr-TR"/>
              </w:rPr>
              <w:t>M06</w:t>
            </w:r>
          </w:p>
        </w:tc>
        <w:tc>
          <w:tcPr>
            <w:tcW w:w="1704" w:type="dxa"/>
          </w:tcPr>
          <w:p w14:paraId="26FDDB7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Alan bilgisini kullanma becerisi</w:t>
            </w:r>
          </w:p>
        </w:tc>
        <w:tc>
          <w:tcPr>
            <w:tcW w:w="1704" w:type="dxa"/>
          </w:tcPr>
          <w:p w14:paraId="73D8879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3,32</w:t>
            </w:r>
          </w:p>
        </w:tc>
        <w:tc>
          <w:tcPr>
            <w:tcW w:w="1704" w:type="dxa"/>
          </w:tcPr>
          <w:p w14:paraId="54D7A51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16 (%43,2)</w:t>
            </w:r>
          </w:p>
        </w:tc>
        <w:tc>
          <w:tcPr>
            <w:tcW w:w="1704" w:type="dxa"/>
          </w:tcPr>
          <w:p w14:paraId="6FE65F5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12 (%32,4)</w:t>
            </w:r>
          </w:p>
        </w:tc>
        <w:tc>
          <w:tcPr>
            <w:tcW w:w="1704" w:type="dxa"/>
          </w:tcPr>
          <w:p w14:paraId="73E3841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9 (%24,3)</w:t>
            </w:r>
          </w:p>
        </w:tc>
      </w:tr>
      <w:tr w:rsidR="00680C58" w:rsidRPr="008E2AAE" w14:paraId="35F899F1"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47E98EC3" w14:textId="77777777" w:rsidR="00680C58" w:rsidRPr="008E2AAE" w:rsidRDefault="00000000" w:rsidP="008E2AAE">
            <w:pPr>
              <w:jc w:val="both"/>
              <w:rPr>
                <w:lang w:val="tr-TR"/>
              </w:rPr>
            </w:pPr>
            <w:r w:rsidRPr="008E2AAE">
              <w:rPr>
                <w:sz w:val="16"/>
                <w:lang w:val="tr-TR"/>
              </w:rPr>
              <w:t>M07</w:t>
            </w:r>
          </w:p>
        </w:tc>
        <w:tc>
          <w:tcPr>
            <w:tcW w:w="1704" w:type="dxa"/>
          </w:tcPr>
          <w:p w14:paraId="6616B73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hayatına yönelik danışmanlık</w:t>
            </w:r>
          </w:p>
        </w:tc>
        <w:tc>
          <w:tcPr>
            <w:tcW w:w="1704" w:type="dxa"/>
          </w:tcPr>
          <w:p w14:paraId="107F93C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3,14</w:t>
            </w:r>
          </w:p>
        </w:tc>
        <w:tc>
          <w:tcPr>
            <w:tcW w:w="1704" w:type="dxa"/>
          </w:tcPr>
          <w:p w14:paraId="0955B24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18 (%48,6)</w:t>
            </w:r>
          </w:p>
        </w:tc>
        <w:tc>
          <w:tcPr>
            <w:tcW w:w="1704" w:type="dxa"/>
          </w:tcPr>
          <w:p w14:paraId="37A53E5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(%13,5)</w:t>
            </w:r>
          </w:p>
        </w:tc>
        <w:tc>
          <w:tcPr>
            <w:tcW w:w="1704" w:type="dxa"/>
          </w:tcPr>
          <w:p w14:paraId="59553C5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14 (%37,8)</w:t>
            </w:r>
          </w:p>
        </w:tc>
      </w:tr>
      <w:tr w:rsidR="00680C58" w:rsidRPr="008E2AAE" w14:paraId="59E7E2D3"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1D367F34" w14:textId="77777777" w:rsidR="00680C58" w:rsidRPr="008E2AAE" w:rsidRDefault="00000000" w:rsidP="008E2AAE">
            <w:pPr>
              <w:jc w:val="both"/>
              <w:rPr>
                <w:lang w:val="tr-TR"/>
              </w:rPr>
            </w:pPr>
            <w:r w:rsidRPr="008E2AAE">
              <w:rPr>
                <w:sz w:val="16"/>
                <w:lang w:val="tr-TR"/>
              </w:rPr>
              <w:t>M08</w:t>
            </w:r>
          </w:p>
        </w:tc>
        <w:tc>
          <w:tcPr>
            <w:tcW w:w="1704" w:type="dxa"/>
          </w:tcPr>
          <w:p w14:paraId="4EBAC0C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Bilgiye ulaşma ve araştırma</w:t>
            </w:r>
          </w:p>
        </w:tc>
        <w:tc>
          <w:tcPr>
            <w:tcW w:w="1704" w:type="dxa"/>
          </w:tcPr>
          <w:p w14:paraId="6D81CEA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3,54</w:t>
            </w:r>
          </w:p>
        </w:tc>
        <w:tc>
          <w:tcPr>
            <w:tcW w:w="1704" w:type="dxa"/>
          </w:tcPr>
          <w:p w14:paraId="27E0F5D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21 (%56,8)</w:t>
            </w:r>
          </w:p>
        </w:tc>
        <w:tc>
          <w:tcPr>
            <w:tcW w:w="1704" w:type="dxa"/>
          </w:tcPr>
          <w:p w14:paraId="7C45176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9 (%24,3)</w:t>
            </w:r>
          </w:p>
        </w:tc>
        <w:tc>
          <w:tcPr>
            <w:tcW w:w="1704" w:type="dxa"/>
          </w:tcPr>
          <w:p w14:paraId="019F5E0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 (%18,9)</w:t>
            </w:r>
          </w:p>
        </w:tc>
      </w:tr>
      <w:tr w:rsidR="00680C58" w:rsidRPr="008E2AAE" w14:paraId="5B5FF654"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2FF5AB25" w14:textId="77777777" w:rsidR="00680C58" w:rsidRPr="008E2AAE" w:rsidRDefault="00000000" w:rsidP="008E2AAE">
            <w:pPr>
              <w:jc w:val="both"/>
              <w:rPr>
                <w:lang w:val="tr-TR"/>
              </w:rPr>
            </w:pPr>
            <w:r w:rsidRPr="008E2AAE">
              <w:rPr>
                <w:sz w:val="16"/>
                <w:lang w:val="tr-TR"/>
              </w:rPr>
              <w:t>M09</w:t>
            </w:r>
          </w:p>
        </w:tc>
        <w:tc>
          <w:tcPr>
            <w:tcW w:w="1704" w:type="dxa"/>
          </w:tcPr>
          <w:p w14:paraId="7EB37E5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İletişim becerileri</w:t>
            </w:r>
          </w:p>
        </w:tc>
        <w:tc>
          <w:tcPr>
            <w:tcW w:w="1704" w:type="dxa"/>
          </w:tcPr>
          <w:p w14:paraId="47037A0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4,14</w:t>
            </w:r>
          </w:p>
        </w:tc>
        <w:tc>
          <w:tcPr>
            <w:tcW w:w="1704" w:type="dxa"/>
          </w:tcPr>
          <w:p w14:paraId="6B6DE41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28 (%75,7)</w:t>
            </w:r>
          </w:p>
        </w:tc>
        <w:tc>
          <w:tcPr>
            <w:tcW w:w="1704" w:type="dxa"/>
          </w:tcPr>
          <w:p w14:paraId="71D530D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(%13,5)</w:t>
            </w:r>
          </w:p>
        </w:tc>
        <w:tc>
          <w:tcPr>
            <w:tcW w:w="1704" w:type="dxa"/>
          </w:tcPr>
          <w:p w14:paraId="1AC0393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(%10,8)</w:t>
            </w:r>
          </w:p>
        </w:tc>
      </w:tr>
      <w:tr w:rsidR="00680C58" w:rsidRPr="008E2AAE" w14:paraId="63ED0008"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0B79DE51" w14:textId="77777777" w:rsidR="00680C58" w:rsidRPr="008E2AAE" w:rsidRDefault="00000000" w:rsidP="008E2AAE">
            <w:pPr>
              <w:jc w:val="both"/>
              <w:rPr>
                <w:lang w:val="tr-TR"/>
              </w:rPr>
            </w:pPr>
            <w:r w:rsidRPr="008E2AAE">
              <w:rPr>
                <w:sz w:val="16"/>
                <w:lang w:val="tr-TR"/>
              </w:rPr>
              <w:t>M10</w:t>
            </w:r>
          </w:p>
        </w:tc>
        <w:tc>
          <w:tcPr>
            <w:tcW w:w="1704" w:type="dxa"/>
          </w:tcPr>
          <w:p w14:paraId="5D528F2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Etik ve mesleki sorumluluk</w:t>
            </w:r>
          </w:p>
        </w:tc>
        <w:tc>
          <w:tcPr>
            <w:tcW w:w="1704" w:type="dxa"/>
          </w:tcPr>
          <w:p w14:paraId="434BDC0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3,95</w:t>
            </w:r>
          </w:p>
        </w:tc>
        <w:tc>
          <w:tcPr>
            <w:tcW w:w="1704" w:type="dxa"/>
          </w:tcPr>
          <w:p w14:paraId="5045169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28 (%75,7)</w:t>
            </w:r>
          </w:p>
        </w:tc>
        <w:tc>
          <w:tcPr>
            <w:tcW w:w="1704" w:type="dxa"/>
          </w:tcPr>
          <w:p w14:paraId="057F959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(%8,1)</w:t>
            </w:r>
          </w:p>
        </w:tc>
        <w:tc>
          <w:tcPr>
            <w:tcW w:w="1704" w:type="dxa"/>
          </w:tcPr>
          <w:p w14:paraId="0A9A7E5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 (%16,2)</w:t>
            </w:r>
          </w:p>
        </w:tc>
      </w:tr>
      <w:tr w:rsidR="00680C58" w:rsidRPr="008E2AAE" w14:paraId="70934ED2"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1627107F" w14:textId="77777777" w:rsidR="00680C58" w:rsidRPr="008E2AAE" w:rsidRDefault="00000000" w:rsidP="008E2AAE">
            <w:pPr>
              <w:jc w:val="both"/>
              <w:rPr>
                <w:lang w:val="tr-TR"/>
              </w:rPr>
            </w:pPr>
            <w:r w:rsidRPr="008E2AAE">
              <w:rPr>
                <w:sz w:val="16"/>
                <w:lang w:val="tr-TR"/>
              </w:rPr>
              <w:t>M11</w:t>
            </w:r>
          </w:p>
        </w:tc>
        <w:tc>
          <w:tcPr>
            <w:tcW w:w="1704" w:type="dxa"/>
          </w:tcPr>
          <w:p w14:paraId="73B0869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Mesleki yabancı dil</w:t>
            </w:r>
          </w:p>
        </w:tc>
        <w:tc>
          <w:tcPr>
            <w:tcW w:w="1704" w:type="dxa"/>
          </w:tcPr>
          <w:p w14:paraId="5628405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2,51</w:t>
            </w:r>
          </w:p>
        </w:tc>
        <w:tc>
          <w:tcPr>
            <w:tcW w:w="1704" w:type="dxa"/>
          </w:tcPr>
          <w:p w14:paraId="613A5D8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 (%29,7)</w:t>
            </w:r>
          </w:p>
        </w:tc>
        <w:tc>
          <w:tcPr>
            <w:tcW w:w="1704" w:type="dxa"/>
          </w:tcPr>
          <w:p w14:paraId="17237FF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(%10,8)</w:t>
            </w:r>
          </w:p>
        </w:tc>
        <w:tc>
          <w:tcPr>
            <w:tcW w:w="1704" w:type="dxa"/>
          </w:tcPr>
          <w:p w14:paraId="47F0810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22 (%59,5)</w:t>
            </w:r>
          </w:p>
        </w:tc>
      </w:tr>
      <w:tr w:rsidR="00680C58" w:rsidRPr="008E2AAE" w14:paraId="349FC73F"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5E43C799" w14:textId="77777777" w:rsidR="00680C58" w:rsidRPr="008E2AAE" w:rsidRDefault="00000000" w:rsidP="008E2AAE">
            <w:pPr>
              <w:jc w:val="both"/>
              <w:rPr>
                <w:lang w:val="tr-TR"/>
              </w:rPr>
            </w:pPr>
            <w:r w:rsidRPr="008E2AAE">
              <w:rPr>
                <w:sz w:val="16"/>
                <w:lang w:val="tr-TR"/>
              </w:rPr>
              <w:t>M12</w:t>
            </w:r>
          </w:p>
        </w:tc>
        <w:tc>
          <w:tcPr>
            <w:tcW w:w="1704" w:type="dxa"/>
          </w:tcPr>
          <w:p w14:paraId="694D156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Bilgisayar kullanma yetkinliği</w:t>
            </w:r>
          </w:p>
        </w:tc>
        <w:tc>
          <w:tcPr>
            <w:tcW w:w="1704" w:type="dxa"/>
          </w:tcPr>
          <w:p w14:paraId="4D3B85B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3,05</w:t>
            </w:r>
          </w:p>
        </w:tc>
        <w:tc>
          <w:tcPr>
            <w:tcW w:w="1704" w:type="dxa"/>
          </w:tcPr>
          <w:p w14:paraId="7F864B4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12 (%32,4)</w:t>
            </w:r>
          </w:p>
        </w:tc>
        <w:tc>
          <w:tcPr>
            <w:tcW w:w="1704" w:type="dxa"/>
          </w:tcPr>
          <w:p w14:paraId="5E037FD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14 (%37,8)</w:t>
            </w:r>
          </w:p>
        </w:tc>
        <w:tc>
          <w:tcPr>
            <w:tcW w:w="1704" w:type="dxa"/>
          </w:tcPr>
          <w:p w14:paraId="474B73A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11 (%29,7)</w:t>
            </w:r>
          </w:p>
        </w:tc>
      </w:tr>
      <w:tr w:rsidR="00680C58" w:rsidRPr="008E2AAE" w14:paraId="0FB4E4C5"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70AB9AF8" w14:textId="77777777" w:rsidR="00680C58" w:rsidRPr="008E2AAE" w:rsidRDefault="00000000" w:rsidP="008E2AAE">
            <w:pPr>
              <w:jc w:val="both"/>
              <w:rPr>
                <w:lang w:val="tr-TR"/>
              </w:rPr>
            </w:pPr>
            <w:r w:rsidRPr="008E2AAE">
              <w:rPr>
                <w:sz w:val="16"/>
                <w:lang w:val="tr-TR"/>
              </w:rPr>
              <w:t>M13</w:t>
            </w:r>
          </w:p>
        </w:tc>
        <w:tc>
          <w:tcPr>
            <w:tcW w:w="1704" w:type="dxa"/>
          </w:tcPr>
          <w:p w14:paraId="0265093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dünyasında mezunlara tutum</w:t>
            </w:r>
          </w:p>
        </w:tc>
        <w:tc>
          <w:tcPr>
            <w:tcW w:w="1704" w:type="dxa"/>
          </w:tcPr>
          <w:p w14:paraId="791E624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2,92</w:t>
            </w:r>
          </w:p>
        </w:tc>
        <w:tc>
          <w:tcPr>
            <w:tcW w:w="1704" w:type="dxa"/>
          </w:tcPr>
          <w:p w14:paraId="1DAC666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13 (%35,1)</w:t>
            </w:r>
          </w:p>
        </w:tc>
        <w:tc>
          <w:tcPr>
            <w:tcW w:w="1704" w:type="dxa"/>
          </w:tcPr>
          <w:p w14:paraId="79E25C4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 (%27,0)</w:t>
            </w:r>
          </w:p>
        </w:tc>
        <w:tc>
          <w:tcPr>
            <w:tcW w:w="1704" w:type="dxa"/>
          </w:tcPr>
          <w:p w14:paraId="7BFC0E1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14 (%37,8)</w:t>
            </w:r>
          </w:p>
        </w:tc>
      </w:tr>
      <w:tr w:rsidR="00680C58" w:rsidRPr="008E2AAE" w14:paraId="5EB2A863"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29B90267" w14:textId="77777777" w:rsidR="00680C58" w:rsidRPr="008E2AAE" w:rsidRDefault="00000000" w:rsidP="008E2AAE">
            <w:pPr>
              <w:jc w:val="both"/>
              <w:rPr>
                <w:lang w:val="tr-TR"/>
              </w:rPr>
            </w:pPr>
            <w:r w:rsidRPr="008E2AAE">
              <w:rPr>
                <w:sz w:val="16"/>
                <w:lang w:val="tr-TR"/>
              </w:rPr>
              <w:t>M14</w:t>
            </w:r>
          </w:p>
        </w:tc>
        <w:tc>
          <w:tcPr>
            <w:tcW w:w="1704" w:type="dxa"/>
          </w:tcPr>
          <w:p w14:paraId="399E030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Genel eğitim memnuniyeti</w:t>
            </w:r>
          </w:p>
        </w:tc>
        <w:tc>
          <w:tcPr>
            <w:tcW w:w="1704" w:type="dxa"/>
          </w:tcPr>
          <w:p w14:paraId="7DE72D0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3,46</w:t>
            </w:r>
          </w:p>
        </w:tc>
        <w:tc>
          <w:tcPr>
            <w:tcW w:w="1704" w:type="dxa"/>
          </w:tcPr>
          <w:p w14:paraId="28B7980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18 (%48,6)</w:t>
            </w:r>
          </w:p>
        </w:tc>
        <w:tc>
          <w:tcPr>
            <w:tcW w:w="1704" w:type="dxa"/>
          </w:tcPr>
          <w:p w14:paraId="264FEB4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12 (%32,4)</w:t>
            </w:r>
          </w:p>
        </w:tc>
        <w:tc>
          <w:tcPr>
            <w:tcW w:w="1704" w:type="dxa"/>
          </w:tcPr>
          <w:p w14:paraId="6301FF7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 (%18,9)</w:t>
            </w:r>
          </w:p>
        </w:tc>
      </w:tr>
      <w:tr w:rsidR="00680C58" w:rsidRPr="008E2AAE" w14:paraId="576E9E4C"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06F2B93B" w14:textId="77777777" w:rsidR="00680C58" w:rsidRPr="008E2AAE" w:rsidRDefault="00000000" w:rsidP="008E2AAE">
            <w:pPr>
              <w:jc w:val="both"/>
              <w:rPr>
                <w:lang w:val="tr-TR"/>
              </w:rPr>
            </w:pPr>
            <w:r w:rsidRPr="008E2AAE">
              <w:rPr>
                <w:sz w:val="16"/>
                <w:lang w:val="tr-TR"/>
              </w:rPr>
              <w:t>M15</w:t>
            </w:r>
          </w:p>
        </w:tc>
        <w:tc>
          <w:tcPr>
            <w:tcW w:w="1704" w:type="dxa"/>
          </w:tcPr>
          <w:p w14:paraId="28B8C90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Üniversiteyi tekrar seçme</w:t>
            </w:r>
          </w:p>
        </w:tc>
        <w:tc>
          <w:tcPr>
            <w:tcW w:w="1704" w:type="dxa"/>
          </w:tcPr>
          <w:p w14:paraId="5405CF8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3,51</w:t>
            </w:r>
          </w:p>
        </w:tc>
        <w:tc>
          <w:tcPr>
            <w:tcW w:w="1704" w:type="dxa"/>
          </w:tcPr>
          <w:p w14:paraId="7DF7B67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19 (%51,4)</w:t>
            </w:r>
          </w:p>
        </w:tc>
        <w:tc>
          <w:tcPr>
            <w:tcW w:w="1704" w:type="dxa"/>
          </w:tcPr>
          <w:p w14:paraId="23203BE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8 (%21,6)</w:t>
            </w:r>
          </w:p>
        </w:tc>
        <w:tc>
          <w:tcPr>
            <w:tcW w:w="1704" w:type="dxa"/>
          </w:tcPr>
          <w:p w14:paraId="26A65DF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 (%27,0)</w:t>
            </w:r>
          </w:p>
        </w:tc>
      </w:tr>
      <w:tr w:rsidR="00680C58" w:rsidRPr="008E2AAE" w14:paraId="0088799A"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49BBA8D8" w14:textId="77777777" w:rsidR="00680C58" w:rsidRPr="008E2AAE" w:rsidRDefault="00000000" w:rsidP="008E2AAE">
            <w:pPr>
              <w:jc w:val="both"/>
              <w:rPr>
                <w:lang w:val="tr-TR"/>
              </w:rPr>
            </w:pPr>
            <w:r w:rsidRPr="008E2AAE">
              <w:rPr>
                <w:sz w:val="16"/>
                <w:lang w:val="tr-TR"/>
              </w:rPr>
              <w:t>M16</w:t>
            </w:r>
          </w:p>
        </w:tc>
        <w:tc>
          <w:tcPr>
            <w:tcW w:w="1704" w:type="dxa"/>
          </w:tcPr>
          <w:p w14:paraId="3F493B2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Bölümü tekrar seçme</w:t>
            </w:r>
          </w:p>
        </w:tc>
        <w:tc>
          <w:tcPr>
            <w:tcW w:w="1704" w:type="dxa"/>
          </w:tcPr>
          <w:p w14:paraId="776E914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3,65</w:t>
            </w:r>
          </w:p>
        </w:tc>
        <w:tc>
          <w:tcPr>
            <w:tcW w:w="1704" w:type="dxa"/>
          </w:tcPr>
          <w:p w14:paraId="67C8D37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22 (%59,5)</w:t>
            </w:r>
          </w:p>
        </w:tc>
        <w:tc>
          <w:tcPr>
            <w:tcW w:w="1704" w:type="dxa"/>
          </w:tcPr>
          <w:p w14:paraId="1E64972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 (%13,5)</w:t>
            </w:r>
          </w:p>
        </w:tc>
        <w:tc>
          <w:tcPr>
            <w:tcW w:w="1704" w:type="dxa"/>
          </w:tcPr>
          <w:p w14:paraId="14078BB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10 (%27,0)</w:t>
            </w:r>
          </w:p>
        </w:tc>
      </w:tr>
      <w:tr w:rsidR="00680C58" w:rsidRPr="008E2AAE" w14:paraId="466239BB"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0EADB54E" w14:textId="77777777" w:rsidR="00680C58" w:rsidRPr="008E2AAE" w:rsidRDefault="00000000" w:rsidP="008E2AAE">
            <w:pPr>
              <w:jc w:val="both"/>
              <w:rPr>
                <w:lang w:val="tr-TR"/>
              </w:rPr>
            </w:pPr>
            <w:r w:rsidRPr="008E2AAE">
              <w:rPr>
                <w:sz w:val="16"/>
                <w:lang w:val="tr-TR"/>
              </w:rPr>
              <w:t>M17</w:t>
            </w:r>
          </w:p>
        </w:tc>
        <w:tc>
          <w:tcPr>
            <w:tcW w:w="1704" w:type="dxa"/>
          </w:tcPr>
          <w:p w14:paraId="3911393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Üniversiteyi tavsiye etme</w:t>
            </w:r>
          </w:p>
        </w:tc>
        <w:tc>
          <w:tcPr>
            <w:tcW w:w="1704" w:type="dxa"/>
          </w:tcPr>
          <w:p w14:paraId="64CBF98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3,57</w:t>
            </w:r>
          </w:p>
        </w:tc>
        <w:tc>
          <w:tcPr>
            <w:tcW w:w="1704" w:type="dxa"/>
          </w:tcPr>
          <w:p w14:paraId="0031C2A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 (%54,1)</w:t>
            </w:r>
          </w:p>
        </w:tc>
        <w:tc>
          <w:tcPr>
            <w:tcW w:w="1704" w:type="dxa"/>
          </w:tcPr>
          <w:p w14:paraId="100498F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 (%27,0)</w:t>
            </w:r>
          </w:p>
        </w:tc>
        <w:tc>
          <w:tcPr>
            <w:tcW w:w="1704" w:type="dxa"/>
          </w:tcPr>
          <w:p w14:paraId="1B6D2CF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 (%18,9)</w:t>
            </w:r>
          </w:p>
        </w:tc>
      </w:tr>
    </w:tbl>
    <w:p w14:paraId="414D839D" w14:textId="77777777" w:rsidR="00680C58" w:rsidRPr="008E2AAE" w:rsidRDefault="00000000" w:rsidP="008E2AAE">
      <w:pPr>
        <w:pStyle w:val="Balk1"/>
        <w:jc w:val="both"/>
        <w:rPr>
          <w:lang w:val="tr-TR"/>
        </w:rPr>
      </w:pPr>
      <w:r w:rsidRPr="008E2AAE">
        <w:rPr>
          <w:lang w:val="tr-TR"/>
        </w:rPr>
        <w:t>Güçlü alanlar ve geliştirme ihtiyaçları</w:t>
      </w:r>
    </w:p>
    <w:p w14:paraId="55BEFF37" w14:textId="77777777" w:rsidR="00680C58" w:rsidRPr="008E2AAE" w:rsidRDefault="00000000" w:rsidP="008E2AAE">
      <w:pPr>
        <w:jc w:val="both"/>
        <w:rPr>
          <w:lang w:val="tr-TR"/>
        </w:rPr>
      </w:pPr>
      <w:r w:rsidRPr="008E2AAE">
        <w:rPr>
          <w:lang w:val="tr-TR"/>
        </w:rPr>
        <w:t>Birim içinde en yüksek ortalamalı üç madde: Tercih öncesi program bilgisi (4,24/5; %81,1 olumlu); İletişim becerileri (4,14/5; %75,7 olumlu); Etik ve mesleki sorumluluk (3,95/5; %75,7 olumlu). Bu sıralama yalnızca bu birimin katılımcı yanıtları içindedir; eşit veya yakın puanlar arasında güçlü üstünlük çıkarımı yapılmamalıdır.</w:t>
      </w:r>
    </w:p>
    <w:p w14:paraId="1B51D160" w14:textId="77777777" w:rsidR="00680C58" w:rsidRPr="008E2AAE" w:rsidRDefault="00000000" w:rsidP="008E2AAE">
      <w:pPr>
        <w:jc w:val="both"/>
        <w:rPr>
          <w:lang w:val="tr-TR"/>
        </w:rPr>
      </w:pPr>
      <w:r w:rsidRPr="008E2AAE">
        <w:rPr>
          <w:lang w:val="tr-TR"/>
        </w:rPr>
        <w:lastRenderedPageBreak/>
        <w:t>En düşük ortalamalı üç madde: Mesleki yabancı dil (2,51/5; %29,7 olumlu); İş dünyasında mezunlara tutum (2,92/5; %35,1 olumlu); Sunulan olanakların yeterliliği (2,97/5; %35,1 olumlu). Bu sonuçların nedenleri ankette açık uçlu soru olmadığından doğrudan bilinmemektedir. İlgili maddeler odak görüşmesi veya kısa takip sorularıyla ayrıntılandırılmalıdır.</w:t>
      </w:r>
    </w:p>
    <w:p w14:paraId="2CDA1509" w14:textId="77777777" w:rsidR="00680C58" w:rsidRPr="008E2AAE" w:rsidRDefault="00000000" w:rsidP="008E2AAE">
      <w:pPr>
        <w:pStyle w:val="Balk1"/>
        <w:jc w:val="both"/>
        <w:rPr>
          <w:lang w:val="tr-TR"/>
        </w:rPr>
      </w:pPr>
      <w:r w:rsidRPr="008E2AAE">
        <w:rPr>
          <w:lang w:val="tr-TR"/>
        </w:rPr>
        <w:t>Yeni–geç mezun sonuçları</w:t>
      </w:r>
    </w:p>
    <w:tbl>
      <w:tblPr>
        <w:tblStyle w:val="AkGlgeleme-Vurgu1"/>
        <w:tblW w:w="0" w:type="auto"/>
        <w:tblLook w:val="04A0" w:firstRow="1" w:lastRow="0" w:firstColumn="1" w:lastColumn="0" w:noHBand="0" w:noVBand="1"/>
      </w:tblPr>
      <w:tblGrid>
        <w:gridCol w:w="1704"/>
        <w:gridCol w:w="1704"/>
        <w:gridCol w:w="1704"/>
        <w:gridCol w:w="1704"/>
        <w:gridCol w:w="1704"/>
        <w:gridCol w:w="1704"/>
      </w:tblGrid>
      <w:tr w:rsidR="00680C58" w:rsidRPr="008E2AAE" w14:paraId="184EA3A5"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4565C6D9" w14:textId="77777777" w:rsidR="00680C58" w:rsidRPr="008E2AAE" w:rsidRDefault="00000000" w:rsidP="008E2AAE">
            <w:pPr>
              <w:jc w:val="both"/>
              <w:rPr>
                <w:lang w:val="tr-TR"/>
              </w:rPr>
            </w:pPr>
            <w:r w:rsidRPr="008E2AAE">
              <w:rPr>
                <w:sz w:val="16"/>
                <w:lang w:val="tr-TR"/>
              </w:rPr>
              <w:t>Grup</w:t>
            </w:r>
          </w:p>
        </w:tc>
        <w:tc>
          <w:tcPr>
            <w:tcW w:w="1704" w:type="dxa"/>
          </w:tcPr>
          <w:p w14:paraId="6C8A3EBB"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proofErr w:type="gramStart"/>
            <w:r w:rsidRPr="008E2AAE">
              <w:rPr>
                <w:sz w:val="16"/>
                <w:lang w:val="tr-TR"/>
              </w:rPr>
              <w:t>n</w:t>
            </w:r>
            <w:proofErr w:type="gramEnd"/>
          </w:p>
        </w:tc>
        <w:tc>
          <w:tcPr>
            <w:tcW w:w="1704" w:type="dxa"/>
          </w:tcPr>
          <w:p w14:paraId="0E958C37"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 xml:space="preserve">Genel </w:t>
            </w:r>
            <w:proofErr w:type="spellStart"/>
            <w:r w:rsidRPr="008E2AAE">
              <w:rPr>
                <w:sz w:val="16"/>
                <w:lang w:val="tr-TR"/>
              </w:rPr>
              <w:t>mem</w:t>
            </w:r>
            <w:proofErr w:type="spellEnd"/>
            <w:r w:rsidRPr="008E2AAE">
              <w:rPr>
                <w:sz w:val="16"/>
                <w:lang w:val="tr-TR"/>
              </w:rPr>
              <w:t xml:space="preserve">. </w:t>
            </w:r>
            <w:proofErr w:type="spellStart"/>
            <w:proofErr w:type="gramStart"/>
            <w:r w:rsidRPr="008E2AAE">
              <w:rPr>
                <w:sz w:val="16"/>
                <w:lang w:val="tr-TR"/>
              </w:rPr>
              <w:t>ort</w:t>
            </w:r>
            <w:proofErr w:type="gramEnd"/>
            <w:r w:rsidRPr="008E2AAE">
              <w:rPr>
                <w:sz w:val="16"/>
                <w:lang w:val="tr-TR"/>
              </w:rPr>
              <w:t>.</w:t>
            </w:r>
            <w:proofErr w:type="spellEnd"/>
          </w:p>
        </w:tc>
        <w:tc>
          <w:tcPr>
            <w:tcW w:w="1704" w:type="dxa"/>
          </w:tcPr>
          <w:p w14:paraId="1A30CC43"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 xml:space="preserve">Olumlu </w:t>
            </w:r>
            <w:proofErr w:type="spellStart"/>
            <w:r w:rsidRPr="008E2AAE">
              <w:rPr>
                <w:sz w:val="16"/>
                <w:lang w:val="tr-TR"/>
              </w:rPr>
              <w:t>mem</w:t>
            </w:r>
            <w:proofErr w:type="spellEnd"/>
            <w:r w:rsidRPr="008E2AAE">
              <w:rPr>
                <w:sz w:val="16"/>
                <w:lang w:val="tr-TR"/>
              </w:rPr>
              <w:t>.</w:t>
            </w:r>
          </w:p>
        </w:tc>
        <w:tc>
          <w:tcPr>
            <w:tcW w:w="1704" w:type="dxa"/>
          </w:tcPr>
          <w:p w14:paraId="5D18D53E"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Çalışma</w:t>
            </w:r>
          </w:p>
        </w:tc>
        <w:tc>
          <w:tcPr>
            <w:tcW w:w="1704" w:type="dxa"/>
          </w:tcPr>
          <w:p w14:paraId="1CB9A07D"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Alanında / çalışan</w:t>
            </w:r>
          </w:p>
        </w:tc>
      </w:tr>
      <w:tr w:rsidR="00680C58" w:rsidRPr="008E2AAE" w14:paraId="1AF00EBB"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1BE8A851" w14:textId="77777777" w:rsidR="00680C58" w:rsidRPr="008E2AAE" w:rsidRDefault="00000000" w:rsidP="008E2AAE">
            <w:pPr>
              <w:jc w:val="both"/>
              <w:rPr>
                <w:lang w:val="tr-TR"/>
              </w:rPr>
            </w:pPr>
            <w:r w:rsidRPr="008E2AAE">
              <w:rPr>
                <w:sz w:val="16"/>
                <w:lang w:val="tr-TR"/>
              </w:rPr>
              <w:t>Yeni mezun</w:t>
            </w:r>
          </w:p>
        </w:tc>
        <w:tc>
          <w:tcPr>
            <w:tcW w:w="1704" w:type="dxa"/>
          </w:tcPr>
          <w:p w14:paraId="478DE7D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27</w:t>
            </w:r>
          </w:p>
        </w:tc>
        <w:tc>
          <w:tcPr>
            <w:tcW w:w="1704" w:type="dxa"/>
          </w:tcPr>
          <w:p w14:paraId="2A03263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3,26</w:t>
            </w:r>
          </w:p>
        </w:tc>
        <w:tc>
          <w:tcPr>
            <w:tcW w:w="1704" w:type="dxa"/>
          </w:tcPr>
          <w:p w14:paraId="55DD543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12 (%44,4)</w:t>
            </w:r>
          </w:p>
        </w:tc>
        <w:tc>
          <w:tcPr>
            <w:tcW w:w="1704" w:type="dxa"/>
          </w:tcPr>
          <w:p w14:paraId="26F5563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 (%37,0)</w:t>
            </w:r>
          </w:p>
        </w:tc>
        <w:tc>
          <w:tcPr>
            <w:tcW w:w="1704" w:type="dxa"/>
          </w:tcPr>
          <w:p w14:paraId="2CFA573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6/10 (%60,0)</w:t>
            </w:r>
          </w:p>
        </w:tc>
      </w:tr>
      <w:tr w:rsidR="00680C58" w:rsidRPr="008E2AAE" w14:paraId="300AC2EE"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0671CF30" w14:textId="77777777" w:rsidR="00680C58" w:rsidRPr="008E2AAE" w:rsidRDefault="00000000" w:rsidP="008E2AAE">
            <w:pPr>
              <w:jc w:val="both"/>
              <w:rPr>
                <w:lang w:val="tr-TR"/>
              </w:rPr>
            </w:pPr>
            <w:r w:rsidRPr="008E2AAE">
              <w:rPr>
                <w:sz w:val="16"/>
                <w:lang w:val="tr-TR"/>
              </w:rPr>
              <w:t>Geç mezun</w:t>
            </w:r>
          </w:p>
        </w:tc>
        <w:tc>
          <w:tcPr>
            <w:tcW w:w="1704" w:type="dxa"/>
          </w:tcPr>
          <w:p w14:paraId="5726213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w:t>
            </w:r>
          </w:p>
        </w:tc>
        <w:tc>
          <w:tcPr>
            <w:tcW w:w="1704" w:type="dxa"/>
          </w:tcPr>
          <w:p w14:paraId="6CD4ADA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3,71</w:t>
            </w:r>
          </w:p>
        </w:tc>
        <w:tc>
          <w:tcPr>
            <w:tcW w:w="1704" w:type="dxa"/>
          </w:tcPr>
          <w:p w14:paraId="3616600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(%42,9)</w:t>
            </w:r>
          </w:p>
        </w:tc>
        <w:tc>
          <w:tcPr>
            <w:tcW w:w="1704" w:type="dxa"/>
          </w:tcPr>
          <w:p w14:paraId="136F5C6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 (%85,7)</w:t>
            </w:r>
          </w:p>
        </w:tc>
        <w:tc>
          <w:tcPr>
            <w:tcW w:w="1704" w:type="dxa"/>
          </w:tcPr>
          <w:p w14:paraId="32382C5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6/6 (%100,0)</w:t>
            </w:r>
          </w:p>
        </w:tc>
      </w:tr>
      <w:tr w:rsidR="00680C58" w:rsidRPr="008E2AAE" w14:paraId="7F9A724C"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27E4E174" w14:textId="77777777" w:rsidR="00680C58" w:rsidRPr="008E2AAE" w:rsidRDefault="00000000" w:rsidP="008E2AAE">
            <w:pPr>
              <w:jc w:val="both"/>
              <w:rPr>
                <w:lang w:val="tr-TR"/>
              </w:rPr>
            </w:pPr>
            <w:r w:rsidRPr="008E2AAE">
              <w:rPr>
                <w:sz w:val="16"/>
                <w:lang w:val="tr-TR"/>
              </w:rPr>
              <w:t>3 yıldan eski</w:t>
            </w:r>
          </w:p>
        </w:tc>
        <w:tc>
          <w:tcPr>
            <w:tcW w:w="1704" w:type="dxa"/>
          </w:tcPr>
          <w:p w14:paraId="12A9F37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w:t>
            </w:r>
          </w:p>
        </w:tc>
        <w:tc>
          <w:tcPr>
            <w:tcW w:w="1704" w:type="dxa"/>
          </w:tcPr>
          <w:p w14:paraId="1CECD06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4,67</w:t>
            </w:r>
          </w:p>
        </w:tc>
        <w:tc>
          <w:tcPr>
            <w:tcW w:w="1704" w:type="dxa"/>
          </w:tcPr>
          <w:p w14:paraId="4404BD0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(%100,0)</w:t>
            </w:r>
          </w:p>
        </w:tc>
        <w:tc>
          <w:tcPr>
            <w:tcW w:w="1704" w:type="dxa"/>
          </w:tcPr>
          <w:p w14:paraId="04D5018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(%33,3)</w:t>
            </w:r>
          </w:p>
        </w:tc>
        <w:tc>
          <w:tcPr>
            <w:tcW w:w="1704" w:type="dxa"/>
          </w:tcPr>
          <w:p w14:paraId="7AA74F4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 (%100,0)</w:t>
            </w:r>
          </w:p>
        </w:tc>
      </w:tr>
    </w:tbl>
    <w:p w14:paraId="631FBD53" w14:textId="77777777" w:rsidR="00680C58" w:rsidRPr="008E2AAE" w:rsidRDefault="00000000" w:rsidP="008E2AAE">
      <w:pPr>
        <w:jc w:val="both"/>
        <w:rPr>
          <w:lang w:val="tr-TR"/>
        </w:rPr>
      </w:pPr>
      <w:r w:rsidRPr="008E2AAE">
        <w:rPr>
          <w:lang w:val="tr-TR"/>
        </w:rPr>
        <w:t>Geç eksi yeni mezun genel eğitim memnuniyeti farkı 0,46 puan; olumlu yanıt oranı farkı -1,6 yüzde puandır. Geç mezun sayısı 7 olduğu için tek yanıt bu grupta 14,3 yüzde puanlık değişime karşılık gelir. Örneklem yine küçüktür; görülen fark bir zaman içindeki değişim olarak yorumlanmamalıdır.</w:t>
      </w:r>
    </w:p>
    <w:p w14:paraId="53AF12C3" w14:textId="77777777" w:rsidR="00680C58" w:rsidRPr="008E2AAE" w:rsidRDefault="00000000" w:rsidP="008E2AAE">
      <w:pPr>
        <w:jc w:val="both"/>
        <w:rPr>
          <w:lang w:val="tr-TR"/>
        </w:rPr>
      </w:pPr>
      <w:r w:rsidRPr="008E2AAE">
        <w:rPr>
          <w:lang w:val="tr-TR"/>
        </w:rPr>
        <w:t>Eşleştirme duyarlılığı: Yalnızca açık/standartlaştırılmış birim yanıtları kullanıldığında n=34, genel memnuniyet 3,47/5 ve olumlu oran %50,0 olur. Bölüm/programdan eşleştirilen kayıtlar dahil ana sonuç n=37, 3,46/5 ve %48,6’dir. Bu fark, atama kararının etkisini görünür kılar; eşleştirme idari kayıtla doğrulanmalıdır.</w:t>
      </w:r>
    </w:p>
    <w:p w14:paraId="7E6F951C" w14:textId="77777777" w:rsidR="00680C58" w:rsidRPr="008E2AAE" w:rsidRDefault="00000000" w:rsidP="008E2AAE">
      <w:pPr>
        <w:jc w:val="both"/>
        <w:rPr>
          <w:lang w:val="tr-TR"/>
        </w:rPr>
      </w:pPr>
      <w:r w:rsidRPr="008E2AAE">
        <w:rPr>
          <w:lang w:val="tr-TR"/>
        </w:rPr>
        <w:t>Lisansüstü program türü ile fakülte beyanı birlikte bulunan 2 kayıt vardır. Bu kayıtlar hariç genel memnuniyet ortalaması 3,40/5 (n=35) olur. Ana sonuç katılımcının birim beyanını korur; diploma veren birim doğrulanınca sınıflandırma güncellenmelidir.</w:t>
      </w:r>
    </w:p>
    <w:p w14:paraId="19B83DF3" w14:textId="77777777" w:rsidR="00680C58" w:rsidRPr="008E2AAE" w:rsidRDefault="00000000" w:rsidP="008E2AAE">
      <w:pPr>
        <w:pStyle w:val="Balk1"/>
        <w:jc w:val="both"/>
        <w:rPr>
          <w:lang w:val="tr-TR"/>
        </w:rPr>
      </w:pPr>
      <w:r w:rsidRPr="008E2AAE">
        <w:rPr>
          <w:lang w:val="tr-TR"/>
        </w:rPr>
        <w:t>Fakülteye yönelik önerilen izleme ve iyileştirme</w:t>
      </w:r>
    </w:p>
    <w:p w14:paraId="4C2D409C" w14:textId="77777777" w:rsidR="00680C58" w:rsidRPr="008E2AAE" w:rsidRDefault="00000000" w:rsidP="008E2AAE">
      <w:pPr>
        <w:jc w:val="both"/>
        <w:rPr>
          <w:lang w:val="tr-TR"/>
        </w:rPr>
      </w:pPr>
      <w:r w:rsidRPr="008E2AAE">
        <w:rPr>
          <w:lang w:val="tr-TR"/>
        </w:rPr>
        <w:t>Öğretmenlik alanlarına uygun mesleki dil desteği, sınıf içi dijital araç uygulamaları ve danışmanlık süreçleri önerilir. Düşük puanlı üç madde öncelikli inceleme gündemi yapılmalı; hangi program, eğitim kaynağı veya hizmetin sorunla ilişkili olduğu görüşmelerle belirlenmelidir. Ankette ölçülmeyen bir hizmet yetersizliği gerçekleşmiş olay olarak kabul edilmemelidir.</w:t>
      </w:r>
    </w:p>
    <w:p w14:paraId="7F147663" w14:textId="77777777" w:rsidR="00680C58" w:rsidRPr="008E2AAE" w:rsidRDefault="00000000" w:rsidP="008E2AAE">
      <w:pPr>
        <w:jc w:val="both"/>
        <w:rPr>
          <w:lang w:val="tr-TR"/>
        </w:rPr>
      </w:pPr>
      <w:r w:rsidRPr="008E2AAE">
        <w:rPr>
          <w:lang w:val="tr-TR"/>
        </w:rPr>
        <w:t>İşe geçiş boyutunda öğretmenlik/rehberlik alanına uygun iş ve mesleki gelişim fırsatları önerilir. Faaliyetler ilgili fakülte/program yönetimi ile Kariyer Merkezi ve gerektiğinde diğer destek birimlerince planlanabilir. Çalışma beyanı bir işsizlik göstergesi değildir; takipte iş arama, eğitimine devam etme ve işe başlayabilme durumu ayrı sorulmalıdır.</w:t>
      </w:r>
    </w:p>
    <w:p w14:paraId="4F0EAC60" w14:textId="77777777" w:rsidR="00680C58" w:rsidRPr="008E2AAE" w:rsidRDefault="00000000" w:rsidP="008E2AAE">
      <w:pPr>
        <w:jc w:val="both"/>
        <w:rPr>
          <w:lang w:val="tr-TR"/>
        </w:rPr>
      </w:pPr>
      <w:r w:rsidRPr="008E2AAE">
        <w:rPr>
          <w:lang w:val="tr-TR"/>
        </w:rPr>
        <w:t>Önerilen PUKÖ kaydı: ilk üç ay içinde birim kurulunda bulguların görüşülmesi; üç–altı ay içinde ihtiyaç analizi ve seçilen uygulamanın yürütülmesi; altı–on iki ay içinde aynı maddelerle tekrar ölçüm. Kontrol göstergeleri katılım/tamamlama, genel memnuniyet dağılımı, düşük sonuç veren üç maddenin puanları ve çalışanlarda alan uyumudur. Bu birimde tek yanıt toplam olumlu oranı 2,7 yüzde puan değiştirdiğinden hedef ve izlem yorumları kayıt sayısıyla birlikte yapılmalıdır.</w:t>
      </w:r>
    </w:p>
    <w:p w14:paraId="00F7B4D2" w14:textId="77777777" w:rsidR="00680C58" w:rsidRPr="008E2AAE" w:rsidRDefault="00000000" w:rsidP="008E2AAE">
      <w:pPr>
        <w:jc w:val="both"/>
        <w:rPr>
          <w:lang w:val="tr-TR"/>
        </w:rPr>
      </w:pPr>
      <w:r w:rsidRPr="008E2AAE">
        <w:rPr>
          <w:lang w:val="tr-TR"/>
        </w:rPr>
        <w:t>Bölüm düzeyine ilişkin kapsam: Okul öncesi öğretmenliği (6); İlköğretim matematik öğretmenliği (5); İlköğretim Matematik Öğretmenliği (2); Fen bilgisi öğretmenliği (2); İngilizce öğretmenliği (2). Bunlar serbest metindeki en sık beyanlardır; benzer bölüm adları birleştirilmediği için resmî program dağılımı veya program başarı sıralaması değildir. Özgün kayıt ve atama gerekçeleri Excel dosyasında bulunmaktadır.</w:t>
      </w:r>
    </w:p>
    <w:p w14:paraId="39E09CE1" w14:textId="77777777" w:rsidR="00680C58" w:rsidRPr="008E2AAE" w:rsidRDefault="00000000" w:rsidP="008E2AAE">
      <w:pPr>
        <w:jc w:val="both"/>
        <w:rPr>
          <w:lang w:val="tr-TR"/>
        </w:rPr>
      </w:pPr>
      <w:r w:rsidRPr="008E2AAE">
        <w:rPr>
          <w:lang w:val="tr-TR"/>
        </w:rPr>
        <w:br w:type="page"/>
      </w:r>
    </w:p>
    <w:p w14:paraId="78EF2D3E" w14:textId="77777777" w:rsidR="00680C58" w:rsidRPr="008E2AAE" w:rsidRDefault="00000000" w:rsidP="008E2AAE">
      <w:pPr>
        <w:pStyle w:val="Balk1"/>
        <w:jc w:val="both"/>
        <w:rPr>
          <w:lang w:val="tr-TR"/>
        </w:rPr>
      </w:pPr>
      <w:r w:rsidRPr="008E2AAE">
        <w:rPr>
          <w:lang w:val="tr-TR"/>
        </w:rPr>
        <w:lastRenderedPageBreak/>
        <w:t>14.2. İktisadi, İdari ve Sosyal Bilimler Fakültesi</w:t>
      </w:r>
    </w:p>
    <w:p w14:paraId="0AA79019" w14:textId="77777777" w:rsidR="00680C58" w:rsidRPr="008E2AAE" w:rsidRDefault="00000000" w:rsidP="008E2AAE">
      <w:pPr>
        <w:jc w:val="both"/>
        <w:rPr>
          <w:lang w:val="tr-TR"/>
        </w:rPr>
      </w:pPr>
      <w:r w:rsidRPr="008E2AAE">
        <w:rPr>
          <w:lang w:val="tr-TR"/>
        </w:rPr>
        <w:t>Kapsam: 39 geçerli kayıt; 35 yeni mezun, 4 geç mezun, 0 3 yıldan eski mezun. Bunların 35’i birim yanıtının standartlaştırılmasıyla, 4’i bölüm/program eşleştirmesiyle bu başlığa alınmıştır. Program türleri: Lisans 39.</w:t>
      </w:r>
    </w:p>
    <w:p w14:paraId="594FCA33" w14:textId="77777777" w:rsidR="00680C58" w:rsidRPr="008E2AAE" w:rsidRDefault="00000000" w:rsidP="008E2AAE">
      <w:pPr>
        <w:jc w:val="both"/>
        <w:rPr>
          <w:lang w:val="tr-TR"/>
        </w:rPr>
      </w:pPr>
      <w:r w:rsidRPr="008E2AAE">
        <w:rPr>
          <w:lang w:val="tr-TR"/>
        </w:rPr>
        <w:t>Çalıştığını belirten 17 kayıt vardır (%43,6). Bunların 11’i alanıyla ilgili çalıştığını belirtmiştir; çalışanlar içindeki alan uyumu %64,7’dir. Çalışmadığını belirten kayıt sayısı 22’dir. Çalışmama ile alanında çalışma beyanı çelişen 1 kayıt alan uyumu payına alınmamıştır.</w:t>
      </w:r>
    </w:p>
    <w:p w14:paraId="650CEC6E" w14:textId="77777777" w:rsidR="00680C58" w:rsidRPr="008E2AAE" w:rsidRDefault="00000000" w:rsidP="008E2AAE">
      <w:pPr>
        <w:jc w:val="both"/>
        <w:rPr>
          <w:lang w:val="tr-TR"/>
        </w:rPr>
      </w:pPr>
      <w:r w:rsidRPr="008E2AAE">
        <w:rPr>
          <w:lang w:val="tr-TR"/>
        </w:rPr>
        <w:t>Genel eğitim memnuniyeti ortalaması 3,41/5’tir. Yanıt dağılımı 20 olumlu (%51,3), 9 orta (%23,1) ve 10 olumsuz (%25,6) şeklindedir. Ortalamanın tüm geçerli kayıt referansından farkı -0,29 puandır; bu fark betimsel olup kontrol edilmiş bir etki veya istatistiksel anlamlılık sonucu değildir.</w:t>
      </w:r>
    </w:p>
    <w:tbl>
      <w:tblPr>
        <w:tblStyle w:val="AkGlgeleme-Vurgu1"/>
        <w:tblW w:w="0" w:type="auto"/>
        <w:tblLook w:val="04A0" w:firstRow="1" w:lastRow="0" w:firstColumn="1" w:lastColumn="0" w:noHBand="0" w:noVBand="1"/>
      </w:tblPr>
      <w:tblGrid>
        <w:gridCol w:w="1704"/>
        <w:gridCol w:w="1704"/>
        <w:gridCol w:w="1704"/>
        <w:gridCol w:w="1704"/>
        <w:gridCol w:w="1704"/>
        <w:gridCol w:w="1704"/>
      </w:tblGrid>
      <w:tr w:rsidR="00680C58" w:rsidRPr="008E2AAE" w14:paraId="0F1757BD"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3BD71300" w14:textId="77777777" w:rsidR="00680C58" w:rsidRPr="008E2AAE" w:rsidRDefault="00000000" w:rsidP="008E2AAE">
            <w:pPr>
              <w:jc w:val="both"/>
              <w:rPr>
                <w:lang w:val="tr-TR"/>
              </w:rPr>
            </w:pPr>
            <w:r w:rsidRPr="008E2AAE">
              <w:rPr>
                <w:sz w:val="16"/>
                <w:lang w:val="tr-TR"/>
              </w:rPr>
              <w:t>Kod</w:t>
            </w:r>
          </w:p>
        </w:tc>
        <w:tc>
          <w:tcPr>
            <w:tcW w:w="1704" w:type="dxa"/>
          </w:tcPr>
          <w:p w14:paraId="4500B513"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Değerlendirme maddesi</w:t>
            </w:r>
          </w:p>
        </w:tc>
        <w:tc>
          <w:tcPr>
            <w:tcW w:w="1704" w:type="dxa"/>
          </w:tcPr>
          <w:p w14:paraId="472F7E15"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Ort.</w:t>
            </w:r>
          </w:p>
        </w:tc>
        <w:tc>
          <w:tcPr>
            <w:tcW w:w="1704" w:type="dxa"/>
          </w:tcPr>
          <w:p w14:paraId="0404BFDA"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Olumlu</w:t>
            </w:r>
          </w:p>
        </w:tc>
        <w:tc>
          <w:tcPr>
            <w:tcW w:w="1704" w:type="dxa"/>
          </w:tcPr>
          <w:p w14:paraId="4540C7F7"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Orta</w:t>
            </w:r>
          </w:p>
        </w:tc>
        <w:tc>
          <w:tcPr>
            <w:tcW w:w="1704" w:type="dxa"/>
          </w:tcPr>
          <w:p w14:paraId="61442A4B"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Olumsuz</w:t>
            </w:r>
          </w:p>
        </w:tc>
      </w:tr>
      <w:tr w:rsidR="00680C58" w:rsidRPr="008E2AAE" w14:paraId="153E1D99"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0D8DB4FF" w14:textId="77777777" w:rsidR="00680C58" w:rsidRPr="008E2AAE" w:rsidRDefault="00000000" w:rsidP="008E2AAE">
            <w:pPr>
              <w:jc w:val="both"/>
              <w:rPr>
                <w:lang w:val="tr-TR"/>
              </w:rPr>
            </w:pPr>
            <w:r w:rsidRPr="008E2AAE">
              <w:rPr>
                <w:sz w:val="16"/>
                <w:lang w:val="tr-TR"/>
              </w:rPr>
              <w:t>M01</w:t>
            </w:r>
          </w:p>
        </w:tc>
        <w:tc>
          <w:tcPr>
            <w:tcW w:w="1704" w:type="dxa"/>
          </w:tcPr>
          <w:p w14:paraId="10654B1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Mezuniyet gururu</w:t>
            </w:r>
          </w:p>
        </w:tc>
        <w:tc>
          <w:tcPr>
            <w:tcW w:w="1704" w:type="dxa"/>
          </w:tcPr>
          <w:p w14:paraId="18FF856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3,92</w:t>
            </w:r>
          </w:p>
        </w:tc>
        <w:tc>
          <w:tcPr>
            <w:tcW w:w="1704" w:type="dxa"/>
          </w:tcPr>
          <w:p w14:paraId="1DACBF0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23 (%59,0)</w:t>
            </w:r>
          </w:p>
        </w:tc>
        <w:tc>
          <w:tcPr>
            <w:tcW w:w="1704" w:type="dxa"/>
          </w:tcPr>
          <w:p w14:paraId="0728E20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14 (%35,9)</w:t>
            </w:r>
          </w:p>
        </w:tc>
        <w:tc>
          <w:tcPr>
            <w:tcW w:w="1704" w:type="dxa"/>
          </w:tcPr>
          <w:p w14:paraId="4675189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(%5,1)</w:t>
            </w:r>
          </w:p>
        </w:tc>
      </w:tr>
      <w:tr w:rsidR="00680C58" w:rsidRPr="008E2AAE" w14:paraId="0DDD3624"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0B0232E7" w14:textId="77777777" w:rsidR="00680C58" w:rsidRPr="008E2AAE" w:rsidRDefault="00000000" w:rsidP="008E2AAE">
            <w:pPr>
              <w:jc w:val="both"/>
              <w:rPr>
                <w:lang w:val="tr-TR"/>
              </w:rPr>
            </w:pPr>
            <w:r w:rsidRPr="008E2AAE">
              <w:rPr>
                <w:sz w:val="16"/>
                <w:lang w:val="tr-TR"/>
              </w:rPr>
              <w:t>M02</w:t>
            </w:r>
          </w:p>
        </w:tc>
        <w:tc>
          <w:tcPr>
            <w:tcW w:w="1704" w:type="dxa"/>
          </w:tcPr>
          <w:p w14:paraId="6E6783D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Bilinçli üniversite tercihi</w:t>
            </w:r>
          </w:p>
        </w:tc>
        <w:tc>
          <w:tcPr>
            <w:tcW w:w="1704" w:type="dxa"/>
          </w:tcPr>
          <w:p w14:paraId="143A74C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3,69</w:t>
            </w:r>
          </w:p>
        </w:tc>
        <w:tc>
          <w:tcPr>
            <w:tcW w:w="1704" w:type="dxa"/>
          </w:tcPr>
          <w:p w14:paraId="219DBDE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23 (%59,0)</w:t>
            </w:r>
          </w:p>
        </w:tc>
        <w:tc>
          <w:tcPr>
            <w:tcW w:w="1704" w:type="dxa"/>
          </w:tcPr>
          <w:p w14:paraId="3B8AD35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 (%17,9)</w:t>
            </w:r>
          </w:p>
        </w:tc>
        <w:tc>
          <w:tcPr>
            <w:tcW w:w="1704" w:type="dxa"/>
          </w:tcPr>
          <w:p w14:paraId="57DB29B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9 (%23,1)</w:t>
            </w:r>
          </w:p>
        </w:tc>
      </w:tr>
      <w:tr w:rsidR="00680C58" w:rsidRPr="008E2AAE" w14:paraId="566D4C2C"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7A72CDEE" w14:textId="77777777" w:rsidR="00680C58" w:rsidRPr="008E2AAE" w:rsidRDefault="00000000" w:rsidP="008E2AAE">
            <w:pPr>
              <w:jc w:val="both"/>
              <w:rPr>
                <w:lang w:val="tr-TR"/>
              </w:rPr>
            </w:pPr>
            <w:r w:rsidRPr="008E2AAE">
              <w:rPr>
                <w:sz w:val="16"/>
                <w:lang w:val="tr-TR"/>
              </w:rPr>
              <w:t>M03</w:t>
            </w:r>
          </w:p>
        </w:tc>
        <w:tc>
          <w:tcPr>
            <w:tcW w:w="1704" w:type="dxa"/>
          </w:tcPr>
          <w:p w14:paraId="21530EE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Tercih öncesi program bilgisi</w:t>
            </w:r>
          </w:p>
        </w:tc>
        <w:tc>
          <w:tcPr>
            <w:tcW w:w="1704" w:type="dxa"/>
          </w:tcPr>
          <w:p w14:paraId="0A6FC64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3,41</w:t>
            </w:r>
          </w:p>
        </w:tc>
        <w:tc>
          <w:tcPr>
            <w:tcW w:w="1704" w:type="dxa"/>
          </w:tcPr>
          <w:p w14:paraId="7D157BA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21 (%53,8)</w:t>
            </w:r>
          </w:p>
        </w:tc>
        <w:tc>
          <w:tcPr>
            <w:tcW w:w="1704" w:type="dxa"/>
          </w:tcPr>
          <w:p w14:paraId="3C34F5C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(%12,8)</w:t>
            </w:r>
          </w:p>
        </w:tc>
        <w:tc>
          <w:tcPr>
            <w:tcW w:w="1704" w:type="dxa"/>
          </w:tcPr>
          <w:p w14:paraId="56C4C95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13 (%33,3)</w:t>
            </w:r>
          </w:p>
        </w:tc>
      </w:tr>
      <w:tr w:rsidR="00680C58" w:rsidRPr="008E2AAE" w14:paraId="4A1D5D47"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3A1022F4" w14:textId="77777777" w:rsidR="00680C58" w:rsidRPr="008E2AAE" w:rsidRDefault="00000000" w:rsidP="008E2AAE">
            <w:pPr>
              <w:jc w:val="both"/>
              <w:rPr>
                <w:lang w:val="tr-TR"/>
              </w:rPr>
            </w:pPr>
            <w:r w:rsidRPr="008E2AAE">
              <w:rPr>
                <w:sz w:val="16"/>
                <w:lang w:val="tr-TR"/>
              </w:rPr>
              <w:t>M04</w:t>
            </w:r>
          </w:p>
        </w:tc>
        <w:tc>
          <w:tcPr>
            <w:tcW w:w="1704" w:type="dxa"/>
          </w:tcPr>
          <w:p w14:paraId="1819C4D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Eğitim düzeyinin yeterliliği</w:t>
            </w:r>
          </w:p>
        </w:tc>
        <w:tc>
          <w:tcPr>
            <w:tcW w:w="1704" w:type="dxa"/>
          </w:tcPr>
          <w:p w14:paraId="2FA1D3B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3,21</w:t>
            </w:r>
          </w:p>
        </w:tc>
        <w:tc>
          <w:tcPr>
            <w:tcW w:w="1704" w:type="dxa"/>
          </w:tcPr>
          <w:p w14:paraId="6E43B1E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18 (%46,2)</w:t>
            </w:r>
          </w:p>
        </w:tc>
        <w:tc>
          <w:tcPr>
            <w:tcW w:w="1704" w:type="dxa"/>
          </w:tcPr>
          <w:p w14:paraId="360CBB0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9 (%23,1)</w:t>
            </w:r>
          </w:p>
        </w:tc>
        <w:tc>
          <w:tcPr>
            <w:tcW w:w="1704" w:type="dxa"/>
          </w:tcPr>
          <w:p w14:paraId="216F690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12 (%30,8)</w:t>
            </w:r>
          </w:p>
        </w:tc>
      </w:tr>
      <w:tr w:rsidR="00680C58" w:rsidRPr="008E2AAE" w14:paraId="41C58745"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639052EB" w14:textId="77777777" w:rsidR="00680C58" w:rsidRPr="008E2AAE" w:rsidRDefault="00000000" w:rsidP="008E2AAE">
            <w:pPr>
              <w:jc w:val="both"/>
              <w:rPr>
                <w:lang w:val="tr-TR"/>
              </w:rPr>
            </w:pPr>
            <w:r w:rsidRPr="008E2AAE">
              <w:rPr>
                <w:sz w:val="16"/>
                <w:lang w:val="tr-TR"/>
              </w:rPr>
              <w:t>M05</w:t>
            </w:r>
          </w:p>
        </w:tc>
        <w:tc>
          <w:tcPr>
            <w:tcW w:w="1704" w:type="dxa"/>
          </w:tcPr>
          <w:p w14:paraId="32C9F15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Sunulan olanakların yeterliliği</w:t>
            </w:r>
          </w:p>
        </w:tc>
        <w:tc>
          <w:tcPr>
            <w:tcW w:w="1704" w:type="dxa"/>
          </w:tcPr>
          <w:p w14:paraId="083B722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3,15</w:t>
            </w:r>
          </w:p>
        </w:tc>
        <w:tc>
          <w:tcPr>
            <w:tcW w:w="1704" w:type="dxa"/>
          </w:tcPr>
          <w:p w14:paraId="6B968E0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16 (%41,0)</w:t>
            </w:r>
          </w:p>
        </w:tc>
        <w:tc>
          <w:tcPr>
            <w:tcW w:w="1704" w:type="dxa"/>
          </w:tcPr>
          <w:p w14:paraId="09D31F7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 (%28,2)</w:t>
            </w:r>
          </w:p>
        </w:tc>
        <w:tc>
          <w:tcPr>
            <w:tcW w:w="1704" w:type="dxa"/>
          </w:tcPr>
          <w:p w14:paraId="036B2DB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12 (%30,8)</w:t>
            </w:r>
          </w:p>
        </w:tc>
      </w:tr>
      <w:tr w:rsidR="00680C58" w:rsidRPr="008E2AAE" w14:paraId="67A8B8D0"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51E327F9" w14:textId="77777777" w:rsidR="00680C58" w:rsidRPr="008E2AAE" w:rsidRDefault="00000000" w:rsidP="008E2AAE">
            <w:pPr>
              <w:jc w:val="both"/>
              <w:rPr>
                <w:lang w:val="tr-TR"/>
              </w:rPr>
            </w:pPr>
            <w:r w:rsidRPr="008E2AAE">
              <w:rPr>
                <w:sz w:val="16"/>
                <w:lang w:val="tr-TR"/>
              </w:rPr>
              <w:t>M06</w:t>
            </w:r>
          </w:p>
        </w:tc>
        <w:tc>
          <w:tcPr>
            <w:tcW w:w="1704" w:type="dxa"/>
          </w:tcPr>
          <w:p w14:paraId="1281675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Alan bilgisini kullanma becerisi</w:t>
            </w:r>
          </w:p>
        </w:tc>
        <w:tc>
          <w:tcPr>
            <w:tcW w:w="1704" w:type="dxa"/>
          </w:tcPr>
          <w:p w14:paraId="0966D71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3,36</w:t>
            </w:r>
          </w:p>
        </w:tc>
        <w:tc>
          <w:tcPr>
            <w:tcW w:w="1704" w:type="dxa"/>
          </w:tcPr>
          <w:p w14:paraId="4957513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17 (%43,6)</w:t>
            </w:r>
          </w:p>
        </w:tc>
        <w:tc>
          <w:tcPr>
            <w:tcW w:w="1704" w:type="dxa"/>
          </w:tcPr>
          <w:p w14:paraId="35D2C6F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12 (%30,8)</w:t>
            </w:r>
          </w:p>
        </w:tc>
        <w:tc>
          <w:tcPr>
            <w:tcW w:w="1704" w:type="dxa"/>
          </w:tcPr>
          <w:p w14:paraId="722745A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10 (%25,6)</w:t>
            </w:r>
          </w:p>
        </w:tc>
      </w:tr>
      <w:tr w:rsidR="00680C58" w:rsidRPr="008E2AAE" w14:paraId="2B33A2AE"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4EC701F7" w14:textId="77777777" w:rsidR="00680C58" w:rsidRPr="008E2AAE" w:rsidRDefault="00000000" w:rsidP="008E2AAE">
            <w:pPr>
              <w:jc w:val="both"/>
              <w:rPr>
                <w:lang w:val="tr-TR"/>
              </w:rPr>
            </w:pPr>
            <w:r w:rsidRPr="008E2AAE">
              <w:rPr>
                <w:sz w:val="16"/>
                <w:lang w:val="tr-TR"/>
              </w:rPr>
              <w:t>M07</w:t>
            </w:r>
          </w:p>
        </w:tc>
        <w:tc>
          <w:tcPr>
            <w:tcW w:w="1704" w:type="dxa"/>
          </w:tcPr>
          <w:p w14:paraId="43A34AF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hayatına yönelik danışmanlık</w:t>
            </w:r>
          </w:p>
        </w:tc>
        <w:tc>
          <w:tcPr>
            <w:tcW w:w="1704" w:type="dxa"/>
          </w:tcPr>
          <w:p w14:paraId="6A80486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3,38</w:t>
            </w:r>
          </w:p>
        </w:tc>
        <w:tc>
          <w:tcPr>
            <w:tcW w:w="1704" w:type="dxa"/>
          </w:tcPr>
          <w:p w14:paraId="5665E99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22 (%56,4)</w:t>
            </w:r>
          </w:p>
        </w:tc>
        <w:tc>
          <w:tcPr>
            <w:tcW w:w="1704" w:type="dxa"/>
          </w:tcPr>
          <w:p w14:paraId="1EBE0CD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 (%15,4)</w:t>
            </w:r>
          </w:p>
        </w:tc>
        <w:tc>
          <w:tcPr>
            <w:tcW w:w="1704" w:type="dxa"/>
          </w:tcPr>
          <w:p w14:paraId="7C001BB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 (%28,2)</w:t>
            </w:r>
          </w:p>
        </w:tc>
      </w:tr>
      <w:tr w:rsidR="00680C58" w:rsidRPr="008E2AAE" w14:paraId="23E74B27"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76F4C267" w14:textId="77777777" w:rsidR="00680C58" w:rsidRPr="008E2AAE" w:rsidRDefault="00000000" w:rsidP="008E2AAE">
            <w:pPr>
              <w:jc w:val="both"/>
              <w:rPr>
                <w:lang w:val="tr-TR"/>
              </w:rPr>
            </w:pPr>
            <w:r w:rsidRPr="008E2AAE">
              <w:rPr>
                <w:sz w:val="16"/>
                <w:lang w:val="tr-TR"/>
              </w:rPr>
              <w:t>M08</w:t>
            </w:r>
          </w:p>
        </w:tc>
        <w:tc>
          <w:tcPr>
            <w:tcW w:w="1704" w:type="dxa"/>
          </w:tcPr>
          <w:p w14:paraId="26D2D76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Bilgiye ulaşma ve araştırma</w:t>
            </w:r>
          </w:p>
        </w:tc>
        <w:tc>
          <w:tcPr>
            <w:tcW w:w="1704" w:type="dxa"/>
          </w:tcPr>
          <w:p w14:paraId="019EC9D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3,64</w:t>
            </w:r>
          </w:p>
        </w:tc>
        <w:tc>
          <w:tcPr>
            <w:tcW w:w="1704" w:type="dxa"/>
          </w:tcPr>
          <w:p w14:paraId="43B2DA4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24 (%61,5)</w:t>
            </w:r>
          </w:p>
        </w:tc>
        <w:tc>
          <w:tcPr>
            <w:tcW w:w="1704" w:type="dxa"/>
          </w:tcPr>
          <w:p w14:paraId="3F6CE26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 (%17,9)</w:t>
            </w:r>
          </w:p>
        </w:tc>
        <w:tc>
          <w:tcPr>
            <w:tcW w:w="1704" w:type="dxa"/>
          </w:tcPr>
          <w:p w14:paraId="4F379F4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8 (%20,5)</w:t>
            </w:r>
          </w:p>
        </w:tc>
      </w:tr>
      <w:tr w:rsidR="00680C58" w:rsidRPr="008E2AAE" w14:paraId="0D93282D"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7B3AEC82" w14:textId="77777777" w:rsidR="00680C58" w:rsidRPr="008E2AAE" w:rsidRDefault="00000000" w:rsidP="008E2AAE">
            <w:pPr>
              <w:jc w:val="both"/>
              <w:rPr>
                <w:lang w:val="tr-TR"/>
              </w:rPr>
            </w:pPr>
            <w:r w:rsidRPr="008E2AAE">
              <w:rPr>
                <w:sz w:val="16"/>
                <w:lang w:val="tr-TR"/>
              </w:rPr>
              <w:t>M09</w:t>
            </w:r>
          </w:p>
        </w:tc>
        <w:tc>
          <w:tcPr>
            <w:tcW w:w="1704" w:type="dxa"/>
          </w:tcPr>
          <w:p w14:paraId="1E90332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İletişim becerileri</w:t>
            </w:r>
          </w:p>
        </w:tc>
        <w:tc>
          <w:tcPr>
            <w:tcW w:w="1704" w:type="dxa"/>
          </w:tcPr>
          <w:p w14:paraId="1D07700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4,28</w:t>
            </w:r>
          </w:p>
        </w:tc>
        <w:tc>
          <w:tcPr>
            <w:tcW w:w="1704" w:type="dxa"/>
          </w:tcPr>
          <w:p w14:paraId="4160B47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32 (%82,1)</w:t>
            </w:r>
          </w:p>
        </w:tc>
        <w:tc>
          <w:tcPr>
            <w:tcW w:w="1704" w:type="dxa"/>
          </w:tcPr>
          <w:p w14:paraId="35F8653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(%10,3)</w:t>
            </w:r>
          </w:p>
        </w:tc>
        <w:tc>
          <w:tcPr>
            <w:tcW w:w="1704" w:type="dxa"/>
          </w:tcPr>
          <w:p w14:paraId="154EDD7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(%7,7)</w:t>
            </w:r>
          </w:p>
        </w:tc>
      </w:tr>
      <w:tr w:rsidR="00680C58" w:rsidRPr="008E2AAE" w14:paraId="7BE6E5F9"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6179092F" w14:textId="77777777" w:rsidR="00680C58" w:rsidRPr="008E2AAE" w:rsidRDefault="00000000" w:rsidP="008E2AAE">
            <w:pPr>
              <w:jc w:val="both"/>
              <w:rPr>
                <w:lang w:val="tr-TR"/>
              </w:rPr>
            </w:pPr>
            <w:r w:rsidRPr="008E2AAE">
              <w:rPr>
                <w:sz w:val="16"/>
                <w:lang w:val="tr-TR"/>
              </w:rPr>
              <w:t>M10</w:t>
            </w:r>
          </w:p>
        </w:tc>
        <w:tc>
          <w:tcPr>
            <w:tcW w:w="1704" w:type="dxa"/>
          </w:tcPr>
          <w:p w14:paraId="7B622AC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Etik ve mesleki sorumluluk</w:t>
            </w:r>
          </w:p>
        </w:tc>
        <w:tc>
          <w:tcPr>
            <w:tcW w:w="1704" w:type="dxa"/>
          </w:tcPr>
          <w:p w14:paraId="0011462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3,90</w:t>
            </w:r>
          </w:p>
        </w:tc>
        <w:tc>
          <w:tcPr>
            <w:tcW w:w="1704" w:type="dxa"/>
          </w:tcPr>
          <w:p w14:paraId="31BC2E4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26 (%66,7)</w:t>
            </w:r>
          </w:p>
        </w:tc>
        <w:tc>
          <w:tcPr>
            <w:tcW w:w="1704" w:type="dxa"/>
          </w:tcPr>
          <w:p w14:paraId="1B489F9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 (%15,4)</w:t>
            </w:r>
          </w:p>
        </w:tc>
        <w:tc>
          <w:tcPr>
            <w:tcW w:w="1704" w:type="dxa"/>
          </w:tcPr>
          <w:p w14:paraId="4C1FD2C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 (%17,9)</w:t>
            </w:r>
          </w:p>
        </w:tc>
      </w:tr>
      <w:tr w:rsidR="00680C58" w:rsidRPr="008E2AAE" w14:paraId="552955F4"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64118A0D" w14:textId="77777777" w:rsidR="00680C58" w:rsidRPr="008E2AAE" w:rsidRDefault="00000000" w:rsidP="008E2AAE">
            <w:pPr>
              <w:jc w:val="both"/>
              <w:rPr>
                <w:lang w:val="tr-TR"/>
              </w:rPr>
            </w:pPr>
            <w:r w:rsidRPr="008E2AAE">
              <w:rPr>
                <w:sz w:val="16"/>
                <w:lang w:val="tr-TR"/>
              </w:rPr>
              <w:t>M11</w:t>
            </w:r>
          </w:p>
        </w:tc>
        <w:tc>
          <w:tcPr>
            <w:tcW w:w="1704" w:type="dxa"/>
          </w:tcPr>
          <w:p w14:paraId="0FE9F3A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Mesleki yabancı dil</w:t>
            </w:r>
          </w:p>
        </w:tc>
        <w:tc>
          <w:tcPr>
            <w:tcW w:w="1704" w:type="dxa"/>
          </w:tcPr>
          <w:p w14:paraId="1D35533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2,56</w:t>
            </w:r>
          </w:p>
        </w:tc>
        <w:tc>
          <w:tcPr>
            <w:tcW w:w="1704" w:type="dxa"/>
          </w:tcPr>
          <w:p w14:paraId="21C54C8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9 (%23,1)</w:t>
            </w:r>
          </w:p>
        </w:tc>
        <w:tc>
          <w:tcPr>
            <w:tcW w:w="1704" w:type="dxa"/>
          </w:tcPr>
          <w:p w14:paraId="2914B23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9 (%23,1)</w:t>
            </w:r>
          </w:p>
        </w:tc>
        <w:tc>
          <w:tcPr>
            <w:tcW w:w="1704" w:type="dxa"/>
          </w:tcPr>
          <w:p w14:paraId="1A05375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21 (%53,8)</w:t>
            </w:r>
          </w:p>
        </w:tc>
      </w:tr>
      <w:tr w:rsidR="00680C58" w:rsidRPr="008E2AAE" w14:paraId="1899FF1C"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2DD35ED0" w14:textId="77777777" w:rsidR="00680C58" w:rsidRPr="008E2AAE" w:rsidRDefault="00000000" w:rsidP="008E2AAE">
            <w:pPr>
              <w:jc w:val="both"/>
              <w:rPr>
                <w:lang w:val="tr-TR"/>
              </w:rPr>
            </w:pPr>
            <w:r w:rsidRPr="008E2AAE">
              <w:rPr>
                <w:sz w:val="16"/>
                <w:lang w:val="tr-TR"/>
              </w:rPr>
              <w:t>M12</w:t>
            </w:r>
          </w:p>
        </w:tc>
        <w:tc>
          <w:tcPr>
            <w:tcW w:w="1704" w:type="dxa"/>
          </w:tcPr>
          <w:p w14:paraId="20E91DF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Bilgisayar kullanma yetkinliği</w:t>
            </w:r>
          </w:p>
        </w:tc>
        <w:tc>
          <w:tcPr>
            <w:tcW w:w="1704" w:type="dxa"/>
          </w:tcPr>
          <w:p w14:paraId="2A30573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2,51</w:t>
            </w:r>
          </w:p>
        </w:tc>
        <w:tc>
          <w:tcPr>
            <w:tcW w:w="1704" w:type="dxa"/>
          </w:tcPr>
          <w:p w14:paraId="1B8FA15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9 (%23,1)</w:t>
            </w:r>
          </w:p>
        </w:tc>
        <w:tc>
          <w:tcPr>
            <w:tcW w:w="1704" w:type="dxa"/>
          </w:tcPr>
          <w:p w14:paraId="702C785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9 (%23,1)</w:t>
            </w:r>
          </w:p>
        </w:tc>
        <w:tc>
          <w:tcPr>
            <w:tcW w:w="1704" w:type="dxa"/>
          </w:tcPr>
          <w:p w14:paraId="751097B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21 (%53,8)</w:t>
            </w:r>
          </w:p>
        </w:tc>
      </w:tr>
      <w:tr w:rsidR="00680C58" w:rsidRPr="008E2AAE" w14:paraId="4B1F438B"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66DC99BB" w14:textId="77777777" w:rsidR="00680C58" w:rsidRPr="008E2AAE" w:rsidRDefault="00000000" w:rsidP="008E2AAE">
            <w:pPr>
              <w:jc w:val="both"/>
              <w:rPr>
                <w:lang w:val="tr-TR"/>
              </w:rPr>
            </w:pPr>
            <w:r w:rsidRPr="008E2AAE">
              <w:rPr>
                <w:sz w:val="16"/>
                <w:lang w:val="tr-TR"/>
              </w:rPr>
              <w:t>M13</w:t>
            </w:r>
          </w:p>
        </w:tc>
        <w:tc>
          <w:tcPr>
            <w:tcW w:w="1704" w:type="dxa"/>
          </w:tcPr>
          <w:p w14:paraId="38027C7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dünyasında mezunlara tutum</w:t>
            </w:r>
          </w:p>
        </w:tc>
        <w:tc>
          <w:tcPr>
            <w:tcW w:w="1704" w:type="dxa"/>
          </w:tcPr>
          <w:p w14:paraId="526EB44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2,87</w:t>
            </w:r>
          </w:p>
        </w:tc>
        <w:tc>
          <w:tcPr>
            <w:tcW w:w="1704" w:type="dxa"/>
          </w:tcPr>
          <w:p w14:paraId="7C07051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 (%28,2)</w:t>
            </w:r>
          </w:p>
        </w:tc>
        <w:tc>
          <w:tcPr>
            <w:tcW w:w="1704" w:type="dxa"/>
          </w:tcPr>
          <w:p w14:paraId="345A785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16 (%41,0)</w:t>
            </w:r>
          </w:p>
        </w:tc>
        <w:tc>
          <w:tcPr>
            <w:tcW w:w="1704" w:type="dxa"/>
          </w:tcPr>
          <w:p w14:paraId="0DC7F56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12 (%30,8)</w:t>
            </w:r>
          </w:p>
        </w:tc>
      </w:tr>
      <w:tr w:rsidR="00680C58" w:rsidRPr="008E2AAE" w14:paraId="100EF5FD"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096F0963" w14:textId="77777777" w:rsidR="00680C58" w:rsidRPr="008E2AAE" w:rsidRDefault="00000000" w:rsidP="008E2AAE">
            <w:pPr>
              <w:jc w:val="both"/>
              <w:rPr>
                <w:lang w:val="tr-TR"/>
              </w:rPr>
            </w:pPr>
            <w:r w:rsidRPr="008E2AAE">
              <w:rPr>
                <w:sz w:val="16"/>
                <w:lang w:val="tr-TR"/>
              </w:rPr>
              <w:t>M14</w:t>
            </w:r>
          </w:p>
        </w:tc>
        <w:tc>
          <w:tcPr>
            <w:tcW w:w="1704" w:type="dxa"/>
          </w:tcPr>
          <w:p w14:paraId="03C7BEE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Genel eğitim memnuniyeti</w:t>
            </w:r>
          </w:p>
        </w:tc>
        <w:tc>
          <w:tcPr>
            <w:tcW w:w="1704" w:type="dxa"/>
          </w:tcPr>
          <w:p w14:paraId="20F4917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3,41</w:t>
            </w:r>
          </w:p>
        </w:tc>
        <w:tc>
          <w:tcPr>
            <w:tcW w:w="1704" w:type="dxa"/>
          </w:tcPr>
          <w:p w14:paraId="617E713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20 (%51,3)</w:t>
            </w:r>
          </w:p>
        </w:tc>
        <w:tc>
          <w:tcPr>
            <w:tcW w:w="1704" w:type="dxa"/>
          </w:tcPr>
          <w:p w14:paraId="4ACAB1D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9 (%23,1)</w:t>
            </w:r>
          </w:p>
        </w:tc>
        <w:tc>
          <w:tcPr>
            <w:tcW w:w="1704" w:type="dxa"/>
          </w:tcPr>
          <w:p w14:paraId="5D152A9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10 (%25,6)</w:t>
            </w:r>
          </w:p>
        </w:tc>
      </w:tr>
      <w:tr w:rsidR="00680C58" w:rsidRPr="008E2AAE" w14:paraId="4B1235F0"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28FFA14F" w14:textId="77777777" w:rsidR="00680C58" w:rsidRPr="008E2AAE" w:rsidRDefault="00000000" w:rsidP="008E2AAE">
            <w:pPr>
              <w:jc w:val="both"/>
              <w:rPr>
                <w:lang w:val="tr-TR"/>
              </w:rPr>
            </w:pPr>
            <w:r w:rsidRPr="008E2AAE">
              <w:rPr>
                <w:sz w:val="16"/>
                <w:lang w:val="tr-TR"/>
              </w:rPr>
              <w:t>M15</w:t>
            </w:r>
          </w:p>
        </w:tc>
        <w:tc>
          <w:tcPr>
            <w:tcW w:w="1704" w:type="dxa"/>
          </w:tcPr>
          <w:p w14:paraId="71DC289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Üniversiteyi tekrar seçme</w:t>
            </w:r>
          </w:p>
        </w:tc>
        <w:tc>
          <w:tcPr>
            <w:tcW w:w="1704" w:type="dxa"/>
          </w:tcPr>
          <w:p w14:paraId="260E215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3,56</w:t>
            </w:r>
          </w:p>
        </w:tc>
        <w:tc>
          <w:tcPr>
            <w:tcW w:w="1704" w:type="dxa"/>
          </w:tcPr>
          <w:p w14:paraId="0721E37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 (%51,3)</w:t>
            </w:r>
          </w:p>
        </w:tc>
        <w:tc>
          <w:tcPr>
            <w:tcW w:w="1704" w:type="dxa"/>
          </w:tcPr>
          <w:p w14:paraId="3A1F41E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 (%25,6)</w:t>
            </w:r>
          </w:p>
        </w:tc>
        <w:tc>
          <w:tcPr>
            <w:tcW w:w="1704" w:type="dxa"/>
          </w:tcPr>
          <w:p w14:paraId="5C307C0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9 (%23,1)</w:t>
            </w:r>
          </w:p>
        </w:tc>
      </w:tr>
      <w:tr w:rsidR="00680C58" w:rsidRPr="008E2AAE" w14:paraId="534A77D7"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14AC1088" w14:textId="77777777" w:rsidR="00680C58" w:rsidRPr="008E2AAE" w:rsidRDefault="00000000" w:rsidP="008E2AAE">
            <w:pPr>
              <w:jc w:val="both"/>
              <w:rPr>
                <w:lang w:val="tr-TR"/>
              </w:rPr>
            </w:pPr>
            <w:r w:rsidRPr="008E2AAE">
              <w:rPr>
                <w:sz w:val="16"/>
                <w:lang w:val="tr-TR"/>
              </w:rPr>
              <w:t>M16</w:t>
            </w:r>
          </w:p>
        </w:tc>
        <w:tc>
          <w:tcPr>
            <w:tcW w:w="1704" w:type="dxa"/>
          </w:tcPr>
          <w:p w14:paraId="2802EAC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Bölümü tekrar seçme</w:t>
            </w:r>
          </w:p>
        </w:tc>
        <w:tc>
          <w:tcPr>
            <w:tcW w:w="1704" w:type="dxa"/>
          </w:tcPr>
          <w:p w14:paraId="12F6998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3,36</w:t>
            </w:r>
          </w:p>
        </w:tc>
        <w:tc>
          <w:tcPr>
            <w:tcW w:w="1704" w:type="dxa"/>
          </w:tcPr>
          <w:p w14:paraId="196DC9A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17 (%43,6)</w:t>
            </w:r>
          </w:p>
        </w:tc>
        <w:tc>
          <w:tcPr>
            <w:tcW w:w="1704" w:type="dxa"/>
          </w:tcPr>
          <w:p w14:paraId="23DF040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10 (%25,6)</w:t>
            </w:r>
          </w:p>
        </w:tc>
        <w:tc>
          <w:tcPr>
            <w:tcW w:w="1704" w:type="dxa"/>
          </w:tcPr>
          <w:p w14:paraId="3DAA8F5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12 (%30,8)</w:t>
            </w:r>
          </w:p>
        </w:tc>
      </w:tr>
      <w:tr w:rsidR="00680C58" w:rsidRPr="008E2AAE" w14:paraId="0BB1C67F"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6AE44E84" w14:textId="77777777" w:rsidR="00680C58" w:rsidRPr="008E2AAE" w:rsidRDefault="00000000" w:rsidP="008E2AAE">
            <w:pPr>
              <w:jc w:val="both"/>
              <w:rPr>
                <w:lang w:val="tr-TR"/>
              </w:rPr>
            </w:pPr>
            <w:r w:rsidRPr="008E2AAE">
              <w:rPr>
                <w:sz w:val="16"/>
                <w:lang w:val="tr-TR"/>
              </w:rPr>
              <w:t>M17</w:t>
            </w:r>
          </w:p>
        </w:tc>
        <w:tc>
          <w:tcPr>
            <w:tcW w:w="1704" w:type="dxa"/>
          </w:tcPr>
          <w:p w14:paraId="53A50ED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Üniversiteyi tavsiye etme</w:t>
            </w:r>
          </w:p>
        </w:tc>
        <w:tc>
          <w:tcPr>
            <w:tcW w:w="1704" w:type="dxa"/>
          </w:tcPr>
          <w:p w14:paraId="7E3850A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3,64</w:t>
            </w:r>
          </w:p>
        </w:tc>
        <w:tc>
          <w:tcPr>
            <w:tcW w:w="1704" w:type="dxa"/>
          </w:tcPr>
          <w:p w14:paraId="517B407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21 (%53,8)</w:t>
            </w:r>
          </w:p>
        </w:tc>
        <w:tc>
          <w:tcPr>
            <w:tcW w:w="1704" w:type="dxa"/>
          </w:tcPr>
          <w:p w14:paraId="006492E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9 (%23,1)</w:t>
            </w:r>
          </w:p>
        </w:tc>
        <w:tc>
          <w:tcPr>
            <w:tcW w:w="1704" w:type="dxa"/>
          </w:tcPr>
          <w:p w14:paraId="2D64B64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9 (%23,1)</w:t>
            </w:r>
          </w:p>
        </w:tc>
      </w:tr>
    </w:tbl>
    <w:p w14:paraId="3E18ABF0" w14:textId="77777777" w:rsidR="00680C58" w:rsidRPr="008E2AAE" w:rsidRDefault="00000000" w:rsidP="008E2AAE">
      <w:pPr>
        <w:pStyle w:val="Balk1"/>
        <w:jc w:val="both"/>
        <w:rPr>
          <w:lang w:val="tr-TR"/>
        </w:rPr>
      </w:pPr>
      <w:r w:rsidRPr="008E2AAE">
        <w:rPr>
          <w:lang w:val="tr-TR"/>
        </w:rPr>
        <w:t>Güçlü alanlar ve geliştirme ihtiyaçları</w:t>
      </w:r>
    </w:p>
    <w:p w14:paraId="5388D9B2" w14:textId="77777777" w:rsidR="00680C58" w:rsidRPr="008E2AAE" w:rsidRDefault="00000000" w:rsidP="008E2AAE">
      <w:pPr>
        <w:jc w:val="both"/>
        <w:rPr>
          <w:lang w:val="tr-TR"/>
        </w:rPr>
      </w:pPr>
      <w:r w:rsidRPr="008E2AAE">
        <w:rPr>
          <w:lang w:val="tr-TR"/>
        </w:rPr>
        <w:t>Birim içinde en yüksek ortalamalı üç madde: İletişim becerileri (4,28/5; %82,1 olumlu); Mezuniyet gururu (3,92/5; %59,0 olumlu); Etik ve mesleki sorumluluk (3,90/5; %66,7 olumlu). Bu sıralama yalnızca bu birimin katılımcı yanıtları içindedir; eşit veya yakın puanlar arasında güçlü üstünlük çıkarımı yapılmamalıdır.</w:t>
      </w:r>
    </w:p>
    <w:p w14:paraId="441474C1" w14:textId="77777777" w:rsidR="00680C58" w:rsidRPr="008E2AAE" w:rsidRDefault="00000000" w:rsidP="008E2AAE">
      <w:pPr>
        <w:jc w:val="both"/>
        <w:rPr>
          <w:lang w:val="tr-TR"/>
        </w:rPr>
      </w:pPr>
      <w:r w:rsidRPr="008E2AAE">
        <w:rPr>
          <w:lang w:val="tr-TR"/>
        </w:rPr>
        <w:lastRenderedPageBreak/>
        <w:t>En düşük ortalamalı üç madde: Bilgisayar kullanma yetkinliği (2,51/5; %23,1 olumlu); Mesleki yabancı dil (2,56/5; %23,1 olumlu); İş dünyasında mezunlara tutum (2,87/5; %28,2 olumlu). Bu sonuçların nedenleri ankette açık uçlu soru olmadığından doğrudan bilinmemektedir. İlgili maddeler odak görüşmesi veya kısa takip sorularıyla ayrıntılandırılmalıdır.</w:t>
      </w:r>
    </w:p>
    <w:p w14:paraId="5FCFE9F3" w14:textId="77777777" w:rsidR="00680C58" w:rsidRPr="008E2AAE" w:rsidRDefault="00000000" w:rsidP="008E2AAE">
      <w:pPr>
        <w:pStyle w:val="Balk1"/>
        <w:jc w:val="both"/>
        <w:rPr>
          <w:lang w:val="tr-TR"/>
        </w:rPr>
      </w:pPr>
      <w:r w:rsidRPr="008E2AAE">
        <w:rPr>
          <w:lang w:val="tr-TR"/>
        </w:rPr>
        <w:t>Yeni–geç mezun sonuçları</w:t>
      </w:r>
    </w:p>
    <w:tbl>
      <w:tblPr>
        <w:tblStyle w:val="AkGlgeleme-Vurgu1"/>
        <w:tblW w:w="0" w:type="auto"/>
        <w:tblLook w:val="04A0" w:firstRow="1" w:lastRow="0" w:firstColumn="1" w:lastColumn="0" w:noHBand="0" w:noVBand="1"/>
      </w:tblPr>
      <w:tblGrid>
        <w:gridCol w:w="1704"/>
        <w:gridCol w:w="1704"/>
        <w:gridCol w:w="1704"/>
        <w:gridCol w:w="1704"/>
        <w:gridCol w:w="1704"/>
        <w:gridCol w:w="1704"/>
      </w:tblGrid>
      <w:tr w:rsidR="00680C58" w:rsidRPr="008E2AAE" w14:paraId="6D30AA6B"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464F0750" w14:textId="77777777" w:rsidR="00680C58" w:rsidRPr="008E2AAE" w:rsidRDefault="00000000" w:rsidP="008E2AAE">
            <w:pPr>
              <w:jc w:val="both"/>
              <w:rPr>
                <w:lang w:val="tr-TR"/>
              </w:rPr>
            </w:pPr>
            <w:r w:rsidRPr="008E2AAE">
              <w:rPr>
                <w:sz w:val="16"/>
                <w:lang w:val="tr-TR"/>
              </w:rPr>
              <w:t>Grup</w:t>
            </w:r>
          </w:p>
        </w:tc>
        <w:tc>
          <w:tcPr>
            <w:tcW w:w="1704" w:type="dxa"/>
          </w:tcPr>
          <w:p w14:paraId="60D86173"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proofErr w:type="gramStart"/>
            <w:r w:rsidRPr="008E2AAE">
              <w:rPr>
                <w:sz w:val="16"/>
                <w:lang w:val="tr-TR"/>
              </w:rPr>
              <w:t>n</w:t>
            </w:r>
            <w:proofErr w:type="gramEnd"/>
          </w:p>
        </w:tc>
        <w:tc>
          <w:tcPr>
            <w:tcW w:w="1704" w:type="dxa"/>
          </w:tcPr>
          <w:p w14:paraId="681F6D5D"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 xml:space="preserve">Genel </w:t>
            </w:r>
            <w:proofErr w:type="spellStart"/>
            <w:r w:rsidRPr="008E2AAE">
              <w:rPr>
                <w:sz w:val="16"/>
                <w:lang w:val="tr-TR"/>
              </w:rPr>
              <w:t>mem</w:t>
            </w:r>
            <w:proofErr w:type="spellEnd"/>
            <w:r w:rsidRPr="008E2AAE">
              <w:rPr>
                <w:sz w:val="16"/>
                <w:lang w:val="tr-TR"/>
              </w:rPr>
              <w:t xml:space="preserve">. </w:t>
            </w:r>
            <w:proofErr w:type="spellStart"/>
            <w:proofErr w:type="gramStart"/>
            <w:r w:rsidRPr="008E2AAE">
              <w:rPr>
                <w:sz w:val="16"/>
                <w:lang w:val="tr-TR"/>
              </w:rPr>
              <w:t>ort</w:t>
            </w:r>
            <w:proofErr w:type="gramEnd"/>
            <w:r w:rsidRPr="008E2AAE">
              <w:rPr>
                <w:sz w:val="16"/>
                <w:lang w:val="tr-TR"/>
              </w:rPr>
              <w:t>.</w:t>
            </w:r>
            <w:proofErr w:type="spellEnd"/>
          </w:p>
        </w:tc>
        <w:tc>
          <w:tcPr>
            <w:tcW w:w="1704" w:type="dxa"/>
          </w:tcPr>
          <w:p w14:paraId="18B37AE7"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 xml:space="preserve">Olumlu </w:t>
            </w:r>
            <w:proofErr w:type="spellStart"/>
            <w:r w:rsidRPr="008E2AAE">
              <w:rPr>
                <w:sz w:val="16"/>
                <w:lang w:val="tr-TR"/>
              </w:rPr>
              <w:t>mem</w:t>
            </w:r>
            <w:proofErr w:type="spellEnd"/>
            <w:r w:rsidRPr="008E2AAE">
              <w:rPr>
                <w:sz w:val="16"/>
                <w:lang w:val="tr-TR"/>
              </w:rPr>
              <w:t>.</w:t>
            </w:r>
          </w:p>
        </w:tc>
        <w:tc>
          <w:tcPr>
            <w:tcW w:w="1704" w:type="dxa"/>
          </w:tcPr>
          <w:p w14:paraId="387EBBE5"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Çalışma</w:t>
            </w:r>
          </w:p>
        </w:tc>
        <w:tc>
          <w:tcPr>
            <w:tcW w:w="1704" w:type="dxa"/>
          </w:tcPr>
          <w:p w14:paraId="70FB2112"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Alanında / çalışan</w:t>
            </w:r>
          </w:p>
        </w:tc>
      </w:tr>
      <w:tr w:rsidR="00680C58" w:rsidRPr="008E2AAE" w14:paraId="1FD85EBB"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7F06C6E0" w14:textId="77777777" w:rsidR="00680C58" w:rsidRPr="008E2AAE" w:rsidRDefault="00000000" w:rsidP="008E2AAE">
            <w:pPr>
              <w:jc w:val="both"/>
              <w:rPr>
                <w:lang w:val="tr-TR"/>
              </w:rPr>
            </w:pPr>
            <w:r w:rsidRPr="008E2AAE">
              <w:rPr>
                <w:sz w:val="16"/>
                <w:lang w:val="tr-TR"/>
              </w:rPr>
              <w:t>Yeni mezun</w:t>
            </w:r>
          </w:p>
        </w:tc>
        <w:tc>
          <w:tcPr>
            <w:tcW w:w="1704" w:type="dxa"/>
          </w:tcPr>
          <w:p w14:paraId="420870E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35</w:t>
            </w:r>
          </w:p>
        </w:tc>
        <w:tc>
          <w:tcPr>
            <w:tcW w:w="1704" w:type="dxa"/>
          </w:tcPr>
          <w:p w14:paraId="58DFBBD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3,43</w:t>
            </w:r>
          </w:p>
        </w:tc>
        <w:tc>
          <w:tcPr>
            <w:tcW w:w="1704" w:type="dxa"/>
          </w:tcPr>
          <w:p w14:paraId="1A36C96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19 (%54,3)</w:t>
            </w:r>
          </w:p>
        </w:tc>
        <w:tc>
          <w:tcPr>
            <w:tcW w:w="1704" w:type="dxa"/>
          </w:tcPr>
          <w:p w14:paraId="42D85BA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14 (%40,0)</w:t>
            </w:r>
          </w:p>
        </w:tc>
        <w:tc>
          <w:tcPr>
            <w:tcW w:w="1704" w:type="dxa"/>
          </w:tcPr>
          <w:p w14:paraId="01406E6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8/14 (%57,1)</w:t>
            </w:r>
          </w:p>
        </w:tc>
      </w:tr>
      <w:tr w:rsidR="00680C58" w:rsidRPr="008E2AAE" w14:paraId="778BF958"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4AB6E255" w14:textId="77777777" w:rsidR="00680C58" w:rsidRPr="008E2AAE" w:rsidRDefault="00000000" w:rsidP="008E2AAE">
            <w:pPr>
              <w:jc w:val="both"/>
              <w:rPr>
                <w:lang w:val="tr-TR"/>
              </w:rPr>
            </w:pPr>
            <w:r w:rsidRPr="008E2AAE">
              <w:rPr>
                <w:sz w:val="16"/>
                <w:lang w:val="tr-TR"/>
              </w:rPr>
              <w:t>Geç mezun</w:t>
            </w:r>
          </w:p>
        </w:tc>
        <w:tc>
          <w:tcPr>
            <w:tcW w:w="1704" w:type="dxa"/>
          </w:tcPr>
          <w:p w14:paraId="6515B74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w:t>
            </w:r>
          </w:p>
        </w:tc>
        <w:tc>
          <w:tcPr>
            <w:tcW w:w="1704" w:type="dxa"/>
          </w:tcPr>
          <w:p w14:paraId="0D24D93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3,25</w:t>
            </w:r>
          </w:p>
        </w:tc>
        <w:tc>
          <w:tcPr>
            <w:tcW w:w="1704" w:type="dxa"/>
          </w:tcPr>
          <w:p w14:paraId="59AEC6B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(%25,0)</w:t>
            </w:r>
          </w:p>
        </w:tc>
        <w:tc>
          <w:tcPr>
            <w:tcW w:w="1704" w:type="dxa"/>
          </w:tcPr>
          <w:p w14:paraId="210A0DE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(%75,0)</w:t>
            </w:r>
          </w:p>
        </w:tc>
        <w:tc>
          <w:tcPr>
            <w:tcW w:w="1704" w:type="dxa"/>
          </w:tcPr>
          <w:p w14:paraId="19C361C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3/3 (%100,0)</w:t>
            </w:r>
          </w:p>
        </w:tc>
      </w:tr>
      <w:tr w:rsidR="00680C58" w:rsidRPr="008E2AAE" w14:paraId="0B221F3E"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4FE9992F" w14:textId="77777777" w:rsidR="00680C58" w:rsidRPr="008E2AAE" w:rsidRDefault="00000000" w:rsidP="008E2AAE">
            <w:pPr>
              <w:jc w:val="both"/>
              <w:rPr>
                <w:lang w:val="tr-TR"/>
              </w:rPr>
            </w:pPr>
            <w:r w:rsidRPr="008E2AAE">
              <w:rPr>
                <w:sz w:val="16"/>
                <w:lang w:val="tr-TR"/>
              </w:rPr>
              <w:t>3 yıldan eski</w:t>
            </w:r>
          </w:p>
        </w:tc>
        <w:tc>
          <w:tcPr>
            <w:tcW w:w="1704" w:type="dxa"/>
          </w:tcPr>
          <w:p w14:paraId="4FA66F6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w:t>
            </w:r>
          </w:p>
        </w:tc>
        <w:tc>
          <w:tcPr>
            <w:tcW w:w="1704" w:type="dxa"/>
          </w:tcPr>
          <w:p w14:paraId="3F0D69C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c>
          <w:tcPr>
            <w:tcW w:w="1704" w:type="dxa"/>
          </w:tcPr>
          <w:p w14:paraId="00A01EE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c>
          <w:tcPr>
            <w:tcW w:w="1704" w:type="dxa"/>
          </w:tcPr>
          <w:p w14:paraId="19CE90C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c>
          <w:tcPr>
            <w:tcW w:w="1704" w:type="dxa"/>
          </w:tcPr>
          <w:p w14:paraId="2495351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r>
    </w:tbl>
    <w:p w14:paraId="3715369F" w14:textId="77777777" w:rsidR="00680C58" w:rsidRPr="008E2AAE" w:rsidRDefault="00000000" w:rsidP="008E2AAE">
      <w:pPr>
        <w:jc w:val="both"/>
        <w:rPr>
          <w:lang w:val="tr-TR"/>
        </w:rPr>
      </w:pPr>
      <w:r w:rsidRPr="008E2AAE">
        <w:rPr>
          <w:lang w:val="tr-TR"/>
        </w:rPr>
        <w:t>Geç eksi yeni mezun genel eğitim memnuniyeti farkı -0,18 puan; olumlu yanıt oranı farkı -29,3 yüzde puandır. Geç mezun sayısı 4 olduğu için tek yanıt bu grupta 25,0 yüzde puanlık değişime karşılık gelir. Bu alt grup beşten az kayıt içerir; fark yalnızca katılımcı beyanı olarak gösterilmiştir ve fakülteye genellenmemelidir.</w:t>
      </w:r>
    </w:p>
    <w:p w14:paraId="43DD5095" w14:textId="77777777" w:rsidR="00680C58" w:rsidRPr="008E2AAE" w:rsidRDefault="00000000" w:rsidP="008E2AAE">
      <w:pPr>
        <w:jc w:val="both"/>
        <w:rPr>
          <w:lang w:val="tr-TR"/>
        </w:rPr>
      </w:pPr>
      <w:r w:rsidRPr="008E2AAE">
        <w:rPr>
          <w:lang w:val="tr-TR"/>
        </w:rPr>
        <w:t xml:space="preserve">Eşleştirme duyarlılığı: Yalnızca açık/standartlaştırılmış birim yanıtları kullanıldığında n=35, genel memnuniyet 3,37/5 ve olumlu oran %51,4 olur. Bölüm/programdan eşleştirilen kayıtlar dahil ana sonuç n=39, 3,41/5 ve </w:t>
      </w:r>
      <w:proofErr w:type="gramStart"/>
      <w:r w:rsidRPr="008E2AAE">
        <w:rPr>
          <w:lang w:val="tr-TR"/>
        </w:rPr>
        <w:t>%51,3’dir</w:t>
      </w:r>
      <w:proofErr w:type="gramEnd"/>
      <w:r w:rsidRPr="008E2AAE">
        <w:rPr>
          <w:lang w:val="tr-TR"/>
        </w:rPr>
        <w:t>. Bu fark, atama kararının etkisini görünür kılar; eşleştirme idari kayıtla doğrulanmalıdır.</w:t>
      </w:r>
    </w:p>
    <w:p w14:paraId="1C694C0F" w14:textId="77777777" w:rsidR="00680C58" w:rsidRPr="008E2AAE" w:rsidRDefault="00000000" w:rsidP="008E2AAE">
      <w:pPr>
        <w:pStyle w:val="Balk1"/>
        <w:jc w:val="both"/>
        <w:rPr>
          <w:lang w:val="tr-TR"/>
        </w:rPr>
      </w:pPr>
      <w:r w:rsidRPr="008E2AAE">
        <w:rPr>
          <w:lang w:val="tr-TR"/>
        </w:rPr>
        <w:t>Fakülteye yönelik önerilen izleme ve iyileştirme</w:t>
      </w:r>
    </w:p>
    <w:p w14:paraId="0E978C75" w14:textId="77777777" w:rsidR="00680C58" w:rsidRPr="008E2AAE" w:rsidRDefault="00000000" w:rsidP="008E2AAE">
      <w:pPr>
        <w:jc w:val="both"/>
        <w:rPr>
          <w:lang w:val="tr-TR"/>
        </w:rPr>
      </w:pPr>
      <w:r w:rsidRPr="008E2AAE">
        <w:rPr>
          <w:lang w:val="tr-TR"/>
        </w:rPr>
        <w:t>Mesleki yabancı dil, ofis/veri analizi yazılımları ve alan odaklı uygulama çalışmalarının desteklenmesi önerilir. Düşük puanlı üç madde öncelikli inceleme gündemi yapılmalı; hangi program, eğitim kaynağı veya hizmetin sorunla ilişkili olduğu görüşmelerle belirlenmelidir. Ankette ölçülmeyen bir hizmet yetersizliği gerçekleşmiş olay olarak kabul edilmemelidir.</w:t>
      </w:r>
    </w:p>
    <w:p w14:paraId="66F41009" w14:textId="77777777" w:rsidR="00680C58" w:rsidRPr="008E2AAE" w:rsidRDefault="00000000" w:rsidP="008E2AAE">
      <w:pPr>
        <w:jc w:val="both"/>
        <w:rPr>
          <w:lang w:val="tr-TR"/>
        </w:rPr>
      </w:pPr>
      <w:r w:rsidRPr="008E2AAE">
        <w:rPr>
          <w:lang w:val="tr-TR"/>
        </w:rPr>
        <w:t>İşe geçiş boyutunda insan kaynakları, maliye, işletme ve ticaret alanlarında ilan–mezun eşleştirmesi önerilir. Faaliyetler ilgili fakülte/program yönetimi ile Kariyer Merkezi ve gerektiğinde diğer destek birimlerince planlanabilir. Çalışma beyanı bir işsizlik göstergesi değildir; takipte iş arama, eğitimine devam etme ve işe başlayabilme durumu ayrı sorulmalıdır.</w:t>
      </w:r>
    </w:p>
    <w:p w14:paraId="3C181791" w14:textId="77777777" w:rsidR="00680C58" w:rsidRPr="008E2AAE" w:rsidRDefault="00000000" w:rsidP="008E2AAE">
      <w:pPr>
        <w:jc w:val="both"/>
        <w:rPr>
          <w:lang w:val="tr-TR"/>
        </w:rPr>
      </w:pPr>
      <w:r w:rsidRPr="008E2AAE">
        <w:rPr>
          <w:lang w:val="tr-TR"/>
        </w:rPr>
        <w:t>Önerilen PUKÖ kaydı: ilk üç ay içinde birim kurulunda bulguların görüşülmesi; üç–altı ay içinde ihtiyaç analizi ve seçilen uygulamanın yürütülmesi; altı–on iki ay içinde aynı maddelerle tekrar ölçüm. Kontrol göstergeleri katılım/tamamlama, genel memnuniyet dağılımı, düşük sonuç veren üç maddenin puanları ve çalışanlarda alan uyumudur. Bu birimde tek yanıt toplam olumlu oranı 2,6 yüzde puan değiştirdiğinden hedef ve izlem yorumları kayıt sayısıyla birlikte yapılmalıdır.</w:t>
      </w:r>
    </w:p>
    <w:p w14:paraId="034CD78B" w14:textId="77777777" w:rsidR="00680C58" w:rsidRPr="008E2AAE" w:rsidRDefault="00000000" w:rsidP="008E2AAE">
      <w:pPr>
        <w:jc w:val="both"/>
        <w:rPr>
          <w:lang w:val="tr-TR"/>
        </w:rPr>
      </w:pPr>
      <w:r w:rsidRPr="008E2AAE">
        <w:rPr>
          <w:lang w:val="tr-TR"/>
        </w:rPr>
        <w:t>Bölüm düzeyine ilişkin kapsam: Maliye (15); İşletme (6); İnsan kaynakları yönetimi (5); Uluslararası ticaret (3); maliye (2). Bunlar serbest metindeki en sık beyanlardır; benzer bölüm adları birleştirilmediği için resmî program dağılımı veya program başarı sıralaması değildir. Özgün kayıt ve atama gerekçeleri Excel dosyasında bulunmaktadır.</w:t>
      </w:r>
    </w:p>
    <w:p w14:paraId="35F59603" w14:textId="77777777" w:rsidR="00680C58" w:rsidRPr="008E2AAE" w:rsidRDefault="00000000" w:rsidP="008E2AAE">
      <w:pPr>
        <w:jc w:val="both"/>
        <w:rPr>
          <w:lang w:val="tr-TR"/>
        </w:rPr>
      </w:pPr>
      <w:r w:rsidRPr="008E2AAE">
        <w:rPr>
          <w:lang w:val="tr-TR"/>
        </w:rPr>
        <w:br w:type="page"/>
      </w:r>
    </w:p>
    <w:p w14:paraId="2988B282" w14:textId="77777777" w:rsidR="00680C58" w:rsidRPr="008E2AAE" w:rsidRDefault="00000000" w:rsidP="008E2AAE">
      <w:pPr>
        <w:pStyle w:val="Balk1"/>
        <w:jc w:val="both"/>
        <w:rPr>
          <w:lang w:val="tr-TR"/>
        </w:rPr>
      </w:pPr>
      <w:r w:rsidRPr="008E2AAE">
        <w:rPr>
          <w:lang w:val="tr-TR"/>
        </w:rPr>
        <w:lastRenderedPageBreak/>
        <w:t>14.3. Rafet Kayış Mühendislik Fakültesi</w:t>
      </w:r>
    </w:p>
    <w:p w14:paraId="7C34DF4B" w14:textId="77777777" w:rsidR="00680C58" w:rsidRPr="008E2AAE" w:rsidRDefault="00000000" w:rsidP="008E2AAE">
      <w:pPr>
        <w:jc w:val="both"/>
        <w:rPr>
          <w:lang w:val="tr-TR"/>
        </w:rPr>
      </w:pPr>
      <w:r w:rsidRPr="008E2AAE">
        <w:rPr>
          <w:lang w:val="tr-TR"/>
        </w:rPr>
        <w:t>Kapsam: 27 geçerli kayıt; 27 yeni mezun, 0 geç mezun, 0 3 yıldan eski mezun. Bunların 26’i birim yanıtının standartlaştırılmasıyla, 1’i bölüm/program eşleştirmesiyle bu başlığa alınmıştır. Program türleri: Lisans 27.</w:t>
      </w:r>
    </w:p>
    <w:p w14:paraId="136737AF" w14:textId="77777777" w:rsidR="00680C58" w:rsidRPr="008E2AAE" w:rsidRDefault="00000000" w:rsidP="008E2AAE">
      <w:pPr>
        <w:jc w:val="both"/>
        <w:rPr>
          <w:lang w:val="tr-TR"/>
        </w:rPr>
      </w:pPr>
      <w:r w:rsidRPr="008E2AAE">
        <w:rPr>
          <w:lang w:val="tr-TR"/>
        </w:rPr>
        <w:t xml:space="preserve">Çalıştığını belirten 14 kayıt vardır (%51,9). Bunların 8’i alanıyla ilgili çalıştığını belirtmiştir; çalışanlar içindeki alan uyumu %57,1’dir. Çalışmadığını belirten kayıt sayısı </w:t>
      </w:r>
      <w:proofErr w:type="gramStart"/>
      <w:r w:rsidRPr="008E2AAE">
        <w:rPr>
          <w:lang w:val="tr-TR"/>
        </w:rPr>
        <w:t>13’dir</w:t>
      </w:r>
      <w:proofErr w:type="gramEnd"/>
      <w:r w:rsidRPr="008E2AAE">
        <w:rPr>
          <w:lang w:val="tr-TR"/>
        </w:rPr>
        <w:t>. Çalışmama ile alanında çalışma beyanı çelişen 0 kayıt alan uyumu payına alınmamıştır.</w:t>
      </w:r>
    </w:p>
    <w:p w14:paraId="79CFFC94" w14:textId="77777777" w:rsidR="00680C58" w:rsidRPr="008E2AAE" w:rsidRDefault="00000000" w:rsidP="008E2AAE">
      <w:pPr>
        <w:jc w:val="both"/>
        <w:rPr>
          <w:lang w:val="tr-TR"/>
        </w:rPr>
      </w:pPr>
      <w:r w:rsidRPr="008E2AAE">
        <w:rPr>
          <w:lang w:val="tr-TR"/>
        </w:rPr>
        <w:t>Genel eğitim memnuniyeti ortalaması 3,15/5’tir. Yanıt dağılımı 10 olumlu (%37,0), 11 orta (%40,7) ve 6 olumsuz (%22,2) şeklindedir. Ortalamanın tüm geçerli kayıt referansından farkı -0,55 puandır; bu fark betimsel olup kontrol edilmiş bir etki veya istatistiksel anlamlılık sonucu değildir.</w:t>
      </w:r>
    </w:p>
    <w:tbl>
      <w:tblPr>
        <w:tblStyle w:val="AkGlgeleme-Vurgu1"/>
        <w:tblW w:w="0" w:type="auto"/>
        <w:tblLook w:val="04A0" w:firstRow="1" w:lastRow="0" w:firstColumn="1" w:lastColumn="0" w:noHBand="0" w:noVBand="1"/>
      </w:tblPr>
      <w:tblGrid>
        <w:gridCol w:w="1704"/>
        <w:gridCol w:w="1704"/>
        <w:gridCol w:w="1704"/>
        <w:gridCol w:w="1704"/>
        <w:gridCol w:w="1704"/>
        <w:gridCol w:w="1704"/>
      </w:tblGrid>
      <w:tr w:rsidR="00680C58" w:rsidRPr="008E2AAE" w14:paraId="72E14E66"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3B19A8F6" w14:textId="77777777" w:rsidR="00680C58" w:rsidRPr="008E2AAE" w:rsidRDefault="00000000" w:rsidP="008E2AAE">
            <w:pPr>
              <w:jc w:val="both"/>
              <w:rPr>
                <w:lang w:val="tr-TR"/>
              </w:rPr>
            </w:pPr>
            <w:r w:rsidRPr="008E2AAE">
              <w:rPr>
                <w:sz w:val="16"/>
                <w:lang w:val="tr-TR"/>
              </w:rPr>
              <w:t>Kod</w:t>
            </w:r>
          </w:p>
        </w:tc>
        <w:tc>
          <w:tcPr>
            <w:tcW w:w="1704" w:type="dxa"/>
          </w:tcPr>
          <w:p w14:paraId="6273AE1F"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Değerlendirme maddesi</w:t>
            </w:r>
          </w:p>
        </w:tc>
        <w:tc>
          <w:tcPr>
            <w:tcW w:w="1704" w:type="dxa"/>
          </w:tcPr>
          <w:p w14:paraId="0AEBC36A"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Ort.</w:t>
            </w:r>
          </w:p>
        </w:tc>
        <w:tc>
          <w:tcPr>
            <w:tcW w:w="1704" w:type="dxa"/>
          </w:tcPr>
          <w:p w14:paraId="11B47F6B"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Olumlu</w:t>
            </w:r>
          </w:p>
        </w:tc>
        <w:tc>
          <w:tcPr>
            <w:tcW w:w="1704" w:type="dxa"/>
          </w:tcPr>
          <w:p w14:paraId="5488F167"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Orta</w:t>
            </w:r>
          </w:p>
        </w:tc>
        <w:tc>
          <w:tcPr>
            <w:tcW w:w="1704" w:type="dxa"/>
          </w:tcPr>
          <w:p w14:paraId="24A1EBD7"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Olumsuz</w:t>
            </w:r>
          </w:p>
        </w:tc>
      </w:tr>
      <w:tr w:rsidR="00680C58" w:rsidRPr="008E2AAE" w14:paraId="3074FC9D"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4889A134" w14:textId="77777777" w:rsidR="00680C58" w:rsidRPr="008E2AAE" w:rsidRDefault="00000000" w:rsidP="008E2AAE">
            <w:pPr>
              <w:jc w:val="both"/>
              <w:rPr>
                <w:lang w:val="tr-TR"/>
              </w:rPr>
            </w:pPr>
            <w:r w:rsidRPr="008E2AAE">
              <w:rPr>
                <w:sz w:val="16"/>
                <w:lang w:val="tr-TR"/>
              </w:rPr>
              <w:t>M01</w:t>
            </w:r>
          </w:p>
        </w:tc>
        <w:tc>
          <w:tcPr>
            <w:tcW w:w="1704" w:type="dxa"/>
          </w:tcPr>
          <w:p w14:paraId="62FA355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Mezuniyet gururu</w:t>
            </w:r>
          </w:p>
        </w:tc>
        <w:tc>
          <w:tcPr>
            <w:tcW w:w="1704" w:type="dxa"/>
          </w:tcPr>
          <w:p w14:paraId="33DDF2B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3,15</w:t>
            </w:r>
          </w:p>
        </w:tc>
        <w:tc>
          <w:tcPr>
            <w:tcW w:w="1704" w:type="dxa"/>
          </w:tcPr>
          <w:p w14:paraId="64B5770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 (%40,7)</w:t>
            </w:r>
          </w:p>
        </w:tc>
        <w:tc>
          <w:tcPr>
            <w:tcW w:w="1704" w:type="dxa"/>
          </w:tcPr>
          <w:p w14:paraId="20A5116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9 (%33,3)</w:t>
            </w:r>
          </w:p>
        </w:tc>
        <w:tc>
          <w:tcPr>
            <w:tcW w:w="1704" w:type="dxa"/>
          </w:tcPr>
          <w:p w14:paraId="7798800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 (%25,9)</w:t>
            </w:r>
          </w:p>
        </w:tc>
      </w:tr>
      <w:tr w:rsidR="00680C58" w:rsidRPr="008E2AAE" w14:paraId="03DA2845"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130BEBFA" w14:textId="77777777" w:rsidR="00680C58" w:rsidRPr="008E2AAE" w:rsidRDefault="00000000" w:rsidP="008E2AAE">
            <w:pPr>
              <w:jc w:val="both"/>
              <w:rPr>
                <w:lang w:val="tr-TR"/>
              </w:rPr>
            </w:pPr>
            <w:r w:rsidRPr="008E2AAE">
              <w:rPr>
                <w:sz w:val="16"/>
                <w:lang w:val="tr-TR"/>
              </w:rPr>
              <w:t>M02</w:t>
            </w:r>
          </w:p>
        </w:tc>
        <w:tc>
          <w:tcPr>
            <w:tcW w:w="1704" w:type="dxa"/>
          </w:tcPr>
          <w:p w14:paraId="4B68A09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Bilinçli üniversite tercihi</w:t>
            </w:r>
          </w:p>
        </w:tc>
        <w:tc>
          <w:tcPr>
            <w:tcW w:w="1704" w:type="dxa"/>
          </w:tcPr>
          <w:p w14:paraId="07E5F21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3,22</w:t>
            </w:r>
          </w:p>
        </w:tc>
        <w:tc>
          <w:tcPr>
            <w:tcW w:w="1704" w:type="dxa"/>
          </w:tcPr>
          <w:p w14:paraId="1B84198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12 (%44,4)</w:t>
            </w:r>
          </w:p>
        </w:tc>
        <w:tc>
          <w:tcPr>
            <w:tcW w:w="1704" w:type="dxa"/>
          </w:tcPr>
          <w:p w14:paraId="35D4B92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 (%14,8)</w:t>
            </w:r>
          </w:p>
        </w:tc>
        <w:tc>
          <w:tcPr>
            <w:tcW w:w="1704" w:type="dxa"/>
          </w:tcPr>
          <w:p w14:paraId="3CCF9D8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11 (%40,7)</w:t>
            </w:r>
          </w:p>
        </w:tc>
      </w:tr>
      <w:tr w:rsidR="00680C58" w:rsidRPr="008E2AAE" w14:paraId="496A2516"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6347A0B4" w14:textId="77777777" w:rsidR="00680C58" w:rsidRPr="008E2AAE" w:rsidRDefault="00000000" w:rsidP="008E2AAE">
            <w:pPr>
              <w:jc w:val="both"/>
              <w:rPr>
                <w:lang w:val="tr-TR"/>
              </w:rPr>
            </w:pPr>
            <w:r w:rsidRPr="008E2AAE">
              <w:rPr>
                <w:sz w:val="16"/>
                <w:lang w:val="tr-TR"/>
              </w:rPr>
              <w:t>M03</w:t>
            </w:r>
          </w:p>
        </w:tc>
        <w:tc>
          <w:tcPr>
            <w:tcW w:w="1704" w:type="dxa"/>
          </w:tcPr>
          <w:p w14:paraId="4DECF7B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Tercih öncesi program bilgisi</w:t>
            </w:r>
          </w:p>
        </w:tc>
        <w:tc>
          <w:tcPr>
            <w:tcW w:w="1704" w:type="dxa"/>
          </w:tcPr>
          <w:p w14:paraId="16E8685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3,93</w:t>
            </w:r>
          </w:p>
        </w:tc>
        <w:tc>
          <w:tcPr>
            <w:tcW w:w="1704" w:type="dxa"/>
          </w:tcPr>
          <w:p w14:paraId="6CF7E6A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19 (%70,4)</w:t>
            </w:r>
          </w:p>
        </w:tc>
        <w:tc>
          <w:tcPr>
            <w:tcW w:w="1704" w:type="dxa"/>
          </w:tcPr>
          <w:p w14:paraId="7D57DFE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(%11,1)</w:t>
            </w:r>
          </w:p>
        </w:tc>
        <w:tc>
          <w:tcPr>
            <w:tcW w:w="1704" w:type="dxa"/>
          </w:tcPr>
          <w:p w14:paraId="2F36190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(%18,5)</w:t>
            </w:r>
          </w:p>
        </w:tc>
      </w:tr>
      <w:tr w:rsidR="00680C58" w:rsidRPr="008E2AAE" w14:paraId="332A2A5F"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081DA226" w14:textId="77777777" w:rsidR="00680C58" w:rsidRPr="008E2AAE" w:rsidRDefault="00000000" w:rsidP="008E2AAE">
            <w:pPr>
              <w:jc w:val="both"/>
              <w:rPr>
                <w:lang w:val="tr-TR"/>
              </w:rPr>
            </w:pPr>
            <w:r w:rsidRPr="008E2AAE">
              <w:rPr>
                <w:sz w:val="16"/>
                <w:lang w:val="tr-TR"/>
              </w:rPr>
              <w:t>M04</w:t>
            </w:r>
          </w:p>
        </w:tc>
        <w:tc>
          <w:tcPr>
            <w:tcW w:w="1704" w:type="dxa"/>
          </w:tcPr>
          <w:p w14:paraId="73E2478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Eğitim düzeyinin yeterliliği</w:t>
            </w:r>
          </w:p>
        </w:tc>
        <w:tc>
          <w:tcPr>
            <w:tcW w:w="1704" w:type="dxa"/>
          </w:tcPr>
          <w:p w14:paraId="4ADEB09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3,67</w:t>
            </w:r>
          </w:p>
        </w:tc>
        <w:tc>
          <w:tcPr>
            <w:tcW w:w="1704" w:type="dxa"/>
          </w:tcPr>
          <w:p w14:paraId="5C29E46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18 (%66,7)</w:t>
            </w:r>
          </w:p>
        </w:tc>
        <w:tc>
          <w:tcPr>
            <w:tcW w:w="1704" w:type="dxa"/>
          </w:tcPr>
          <w:p w14:paraId="4E2B2E4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(%11,1)</w:t>
            </w:r>
          </w:p>
        </w:tc>
        <w:tc>
          <w:tcPr>
            <w:tcW w:w="1704" w:type="dxa"/>
          </w:tcPr>
          <w:p w14:paraId="699C7B1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 (%22,2)</w:t>
            </w:r>
          </w:p>
        </w:tc>
      </w:tr>
      <w:tr w:rsidR="00680C58" w:rsidRPr="008E2AAE" w14:paraId="3F53A5D2"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73A84744" w14:textId="77777777" w:rsidR="00680C58" w:rsidRPr="008E2AAE" w:rsidRDefault="00000000" w:rsidP="008E2AAE">
            <w:pPr>
              <w:jc w:val="both"/>
              <w:rPr>
                <w:lang w:val="tr-TR"/>
              </w:rPr>
            </w:pPr>
            <w:r w:rsidRPr="008E2AAE">
              <w:rPr>
                <w:sz w:val="16"/>
                <w:lang w:val="tr-TR"/>
              </w:rPr>
              <w:t>M05</w:t>
            </w:r>
          </w:p>
        </w:tc>
        <w:tc>
          <w:tcPr>
            <w:tcW w:w="1704" w:type="dxa"/>
          </w:tcPr>
          <w:p w14:paraId="19C2E3D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Sunulan olanakların yeterliliği</w:t>
            </w:r>
          </w:p>
        </w:tc>
        <w:tc>
          <w:tcPr>
            <w:tcW w:w="1704" w:type="dxa"/>
          </w:tcPr>
          <w:p w14:paraId="64AC0E7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2,85</w:t>
            </w:r>
          </w:p>
        </w:tc>
        <w:tc>
          <w:tcPr>
            <w:tcW w:w="1704" w:type="dxa"/>
          </w:tcPr>
          <w:p w14:paraId="37B3D72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8 (%29,6)</w:t>
            </w:r>
          </w:p>
        </w:tc>
        <w:tc>
          <w:tcPr>
            <w:tcW w:w="1704" w:type="dxa"/>
          </w:tcPr>
          <w:p w14:paraId="0950D60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8 (%29,6)</w:t>
            </w:r>
          </w:p>
        </w:tc>
        <w:tc>
          <w:tcPr>
            <w:tcW w:w="1704" w:type="dxa"/>
          </w:tcPr>
          <w:p w14:paraId="7D3041A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 (%40,7)</w:t>
            </w:r>
          </w:p>
        </w:tc>
      </w:tr>
      <w:tr w:rsidR="00680C58" w:rsidRPr="008E2AAE" w14:paraId="1C8D9FBA"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070D3066" w14:textId="77777777" w:rsidR="00680C58" w:rsidRPr="008E2AAE" w:rsidRDefault="00000000" w:rsidP="008E2AAE">
            <w:pPr>
              <w:jc w:val="both"/>
              <w:rPr>
                <w:lang w:val="tr-TR"/>
              </w:rPr>
            </w:pPr>
            <w:r w:rsidRPr="008E2AAE">
              <w:rPr>
                <w:sz w:val="16"/>
                <w:lang w:val="tr-TR"/>
              </w:rPr>
              <w:t>M06</w:t>
            </w:r>
          </w:p>
        </w:tc>
        <w:tc>
          <w:tcPr>
            <w:tcW w:w="1704" w:type="dxa"/>
          </w:tcPr>
          <w:p w14:paraId="20067AF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Alan bilgisini kullanma becerisi</w:t>
            </w:r>
          </w:p>
        </w:tc>
        <w:tc>
          <w:tcPr>
            <w:tcW w:w="1704" w:type="dxa"/>
          </w:tcPr>
          <w:p w14:paraId="33A9361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3,22</w:t>
            </w:r>
          </w:p>
        </w:tc>
        <w:tc>
          <w:tcPr>
            <w:tcW w:w="1704" w:type="dxa"/>
          </w:tcPr>
          <w:p w14:paraId="7D8E008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13 (%48,1)</w:t>
            </w:r>
          </w:p>
        </w:tc>
        <w:tc>
          <w:tcPr>
            <w:tcW w:w="1704" w:type="dxa"/>
          </w:tcPr>
          <w:p w14:paraId="4BB8116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8 (%29,6)</w:t>
            </w:r>
          </w:p>
        </w:tc>
        <w:tc>
          <w:tcPr>
            <w:tcW w:w="1704" w:type="dxa"/>
          </w:tcPr>
          <w:p w14:paraId="6F80000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 (%22,2)</w:t>
            </w:r>
          </w:p>
        </w:tc>
      </w:tr>
      <w:tr w:rsidR="00680C58" w:rsidRPr="008E2AAE" w14:paraId="592A7DE3"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0035693B" w14:textId="77777777" w:rsidR="00680C58" w:rsidRPr="008E2AAE" w:rsidRDefault="00000000" w:rsidP="008E2AAE">
            <w:pPr>
              <w:jc w:val="both"/>
              <w:rPr>
                <w:lang w:val="tr-TR"/>
              </w:rPr>
            </w:pPr>
            <w:r w:rsidRPr="008E2AAE">
              <w:rPr>
                <w:sz w:val="16"/>
                <w:lang w:val="tr-TR"/>
              </w:rPr>
              <w:t>M07</w:t>
            </w:r>
          </w:p>
        </w:tc>
        <w:tc>
          <w:tcPr>
            <w:tcW w:w="1704" w:type="dxa"/>
          </w:tcPr>
          <w:p w14:paraId="1C12BAE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hayatına yönelik danışmanlık</w:t>
            </w:r>
          </w:p>
        </w:tc>
        <w:tc>
          <w:tcPr>
            <w:tcW w:w="1704" w:type="dxa"/>
          </w:tcPr>
          <w:p w14:paraId="1599DC4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3,19</w:t>
            </w:r>
          </w:p>
        </w:tc>
        <w:tc>
          <w:tcPr>
            <w:tcW w:w="1704" w:type="dxa"/>
          </w:tcPr>
          <w:p w14:paraId="4AA58C2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14 (%51,9)</w:t>
            </w:r>
          </w:p>
        </w:tc>
        <w:tc>
          <w:tcPr>
            <w:tcW w:w="1704" w:type="dxa"/>
          </w:tcPr>
          <w:p w14:paraId="4BFDA82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(%7,4)</w:t>
            </w:r>
          </w:p>
        </w:tc>
        <w:tc>
          <w:tcPr>
            <w:tcW w:w="1704" w:type="dxa"/>
          </w:tcPr>
          <w:p w14:paraId="5D27C12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 (%40,7)</w:t>
            </w:r>
          </w:p>
        </w:tc>
      </w:tr>
      <w:tr w:rsidR="00680C58" w:rsidRPr="008E2AAE" w14:paraId="3D2A5918"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4E2C638D" w14:textId="77777777" w:rsidR="00680C58" w:rsidRPr="008E2AAE" w:rsidRDefault="00000000" w:rsidP="008E2AAE">
            <w:pPr>
              <w:jc w:val="both"/>
              <w:rPr>
                <w:lang w:val="tr-TR"/>
              </w:rPr>
            </w:pPr>
            <w:r w:rsidRPr="008E2AAE">
              <w:rPr>
                <w:sz w:val="16"/>
                <w:lang w:val="tr-TR"/>
              </w:rPr>
              <w:t>M08</w:t>
            </w:r>
          </w:p>
        </w:tc>
        <w:tc>
          <w:tcPr>
            <w:tcW w:w="1704" w:type="dxa"/>
          </w:tcPr>
          <w:p w14:paraId="17F3FC4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Bilgiye ulaşma ve araştırma</w:t>
            </w:r>
          </w:p>
        </w:tc>
        <w:tc>
          <w:tcPr>
            <w:tcW w:w="1704" w:type="dxa"/>
          </w:tcPr>
          <w:p w14:paraId="06210FE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3,48</w:t>
            </w:r>
          </w:p>
        </w:tc>
        <w:tc>
          <w:tcPr>
            <w:tcW w:w="1704" w:type="dxa"/>
          </w:tcPr>
          <w:p w14:paraId="3D6BAC9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15 (%55,6)</w:t>
            </w:r>
          </w:p>
        </w:tc>
        <w:tc>
          <w:tcPr>
            <w:tcW w:w="1704" w:type="dxa"/>
          </w:tcPr>
          <w:p w14:paraId="66C8117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 (%22,2)</w:t>
            </w:r>
          </w:p>
        </w:tc>
        <w:tc>
          <w:tcPr>
            <w:tcW w:w="1704" w:type="dxa"/>
          </w:tcPr>
          <w:p w14:paraId="2453C7F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 (%22,2)</w:t>
            </w:r>
          </w:p>
        </w:tc>
      </w:tr>
      <w:tr w:rsidR="00680C58" w:rsidRPr="008E2AAE" w14:paraId="7672274E"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1CA8C0D1" w14:textId="77777777" w:rsidR="00680C58" w:rsidRPr="008E2AAE" w:rsidRDefault="00000000" w:rsidP="008E2AAE">
            <w:pPr>
              <w:jc w:val="both"/>
              <w:rPr>
                <w:lang w:val="tr-TR"/>
              </w:rPr>
            </w:pPr>
            <w:r w:rsidRPr="008E2AAE">
              <w:rPr>
                <w:sz w:val="16"/>
                <w:lang w:val="tr-TR"/>
              </w:rPr>
              <w:t>M09</w:t>
            </w:r>
          </w:p>
        </w:tc>
        <w:tc>
          <w:tcPr>
            <w:tcW w:w="1704" w:type="dxa"/>
          </w:tcPr>
          <w:p w14:paraId="10F9D64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İletişim becerileri</w:t>
            </w:r>
          </w:p>
        </w:tc>
        <w:tc>
          <w:tcPr>
            <w:tcW w:w="1704" w:type="dxa"/>
          </w:tcPr>
          <w:p w14:paraId="5B9D94F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3,74</w:t>
            </w:r>
          </w:p>
        </w:tc>
        <w:tc>
          <w:tcPr>
            <w:tcW w:w="1704" w:type="dxa"/>
          </w:tcPr>
          <w:p w14:paraId="4769A72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17 (%63,0)</w:t>
            </w:r>
          </w:p>
        </w:tc>
        <w:tc>
          <w:tcPr>
            <w:tcW w:w="1704" w:type="dxa"/>
          </w:tcPr>
          <w:p w14:paraId="3B3E0C3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 (%22,2)</w:t>
            </w:r>
          </w:p>
        </w:tc>
        <w:tc>
          <w:tcPr>
            <w:tcW w:w="1704" w:type="dxa"/>
          </w:tcPr>
          <w:p w14:paraId="566832D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(%14,8)</w:t>
            </w:r>
          </w:p>
        </w:tc>
      </w:tr>
      <w:tr w:rsidR="00680C58" w:rsidRPr="008E2AAE" w14:paraId="55D1E629"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145AE20F" w14:textId="77777777" w:rsidR="00680C58" w:rsidRPr="008E2AAE" w:rsidRDefault="00000000" w:rsidP="008E2AAE">
            <w:pPr>
              <w:jc w:val="both"/>
              <w:rPr>
                <w:lang w:val="tr-TR"/>
              </w:rPr>
            </w:pPr>
            <w:r w:rsidRPr="008E2AAE">
              <w:rPr>
                <w:sz w:val="16"/>
                <w:lang w:val="tr-TR"/>
              </w:rPr>
              <w:t>M10</w:t>
            </w:r>
          </w:p>
        </w:tc>
        <w:tc>
          <w:tcPr>
            <w:tcW w:w="1704" w:type="dxa"/>
          </w:tcPr>
          <w:p w14:paraId="7D9F238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Etik ve mesleki sorumluluk</w:t>
            </w:r>
          </w:p>
        </w:tc>
        <w:tc>
          <w:tcPr>
            <w:tcW w:w="1704" w:type="dxa"/>
          </w:tcPr>
          <w:p w14:paraId="5D23CAB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3,78</w:t>
            </w:r>
          </w:p>
        </w:tc>
        <w:tc>
          <w:tcPr>
            <w:tcW w:w="1704" w:type="dxa"/>
          </w:tcPr>
          <w:p w14:paraId="412496F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18 (%66,7)</w:t>
            </w:r>
          </w:p>
        </w:tc>
        <w:tc>
          <w:tcPr>
            <w:tcW w:w="1704" w:type="dxa"/>
          </w:tcPr>
          <w:p w14:paraId="33BF417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 (%18,5)</w:t>
            </w:r>
          </w:p>
        </w:tc>
        <w:tc>
          <w:tcPr>
            <w:tcW w:w="1704" w:type="dxa"/>
          </w:tcPr>
          <w:p w14:paraId="4B3F489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 (%14,8)</w:t>
            </w:r>
          </w:p>
        </w:tc>
      </w:tr>
      <w:tr w:rsidR="00680C58" w:rsidRPr="008E2AAE" w14:paraId="6899810B"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70778A09" w14:textId="77777777" w:rsidR="00680C58" w:rsidRPr="008E2AAE" w:rsidRDefault="00000000" w:rsidP="008E2AAE">
            <w:pPr>
              <w:jc w:val="both"/>
              <w:rPr>
                <w:lang w:val="tr-TR"/>
              </w:rPr>
            </w:pPr>
            <w:r w:rsidRPr="008E2AAE">
              <w:rPr>
                <w:sz w:val="16"/>
                <w:lang w:val="tr-TR"/>
              </w:rPr>
              <w:t>M11</w:t>
            </w:r>
          </w:p>
        </w:tc>
        <w:tc>
          <w:tcPr>
            <w:tcW w:w="1704" w:type="dxa"/>
          </w:tcPr>
          <w:p w14:paraId="34F75EA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Mesleki yabancı dil</w:t>
            </w:r>
          </w:p>
        </w:tc>
        <w:tc>
          <w:tcPr>
            <w:tcW w:w="1704" w:type="dxa"/>
          </w:tcPr>
          <w:p w14:paraId="10F5F46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3,00</w:t>
            </w:r>
          </w:p>
        </w:tc>
        <w:tc>
          <w:tcPr>
            <w:tcW w:w="1704" w:type="dxa"/>
          </w:tcPr>
          <w:p w14:paraId="46AE93F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 (%40,7)</w:t>
            </w:r>
          </w:p>
        </w:tc>
        <w:tc>
          <w:tcPr>
            <w:tcW w:w="1704" w:type="dxa"/>
          </w:tcPr>
          <w:p w14:paraId="326F8EE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(%18,5)</w:t>
            </w:r>
          </w:p>
        </w:tc>
        <w:tc>
          <w:tcPr>
            <w:tcW w:w="1704" w:type="dxa"/>
          </w:tcPr>
          <w:p w14:paraId="7CC9E66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 (%40,7)</w:t>
            </w:r>
          </w:p>
        </w:tc>
      </w:tr>
      <w:tr w:rsidR="00680C58" w:rsidRPr="008E2AAE" w14:paraId="2FBF7799"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63F86BAB" w14:textId="77777777" w:rsidR="00680C58" w:rsidRPr="008E2AAE" w:rsidRDefault="00000000" w:rsidP="008E2AAE">
            <w:pPr>
              <w:jc w:val="both"/>
              <w:rPr>
                <w:lang w:val="tr-TR"/>
              </w:rPr>
            </w:pPr>
            <w:r w:rsidRPr="008E2AAE">
              <w:rPr>
                <w:sz w:val="16"/>
                <w:lang w:val="tr-TR"/>
              </w:rPr>
              <w:t>M12</w:t>
            </w:r>
          </w:p>
        </w:tc>
        <w:tc>
          <w:tcPr>
            <w:tcW w:w="1704" w:type="dxa"/>
          </w:tcPr>
          <w:p w14:paraId="4C4775C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Bilgisayar kullanma yetkinliği</w:t>
            </w:r>
          </w:p>
        </w:tc>
        <w:tc>
          <w:tcPr>
            <w:tcW w:w="1704" w:type="dxa"/>
          </w:tcPr>
          <w:p w14:paraId="6C7F553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3,07</w:t>
            </w:r>
          </w:p>
        </w:tc>
        <w:tc>
          <w:tcPr>
            <w:tcW w:w="1704" w:type="dxa"/>
          </w:tcPr>
          <w:p w14:paraId="6BF643E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9 (%33,3)</w:t>
            </w:r>
          </w:p>
        </w:tc>
        <w:tc>
          <w:tcPr>
            <w:tcW w:w="1704" w:type="dxa"/>
          </w:tcPr>
          <w:p w14:paraId="6198C67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10 (%37,0)</w:t>
            </w:r>
          </w:p>
        </w:tc>
        <w:tc>
          <w:tcPr>
            <w:tcW w:w="1704" w:type="dxa"/>
          </w:tcPr>
          <w:p w14:paraId="3D02CEA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8 (%29,6)</w:t>
            </w:r>
          </w:p>
        </w:tc>
      </w:tr>
      <w:tr w:rsidR="00680C58" w:rsidRPr="008E2AAE" w14:paraId="4AB2FAE8"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5F5BFDA0" w14:textId="77777777" w:rsidR="00680C58" w:rsidRPr="008E2AAE" w:rsidRDefault="00000000" w:rsidP="008E2AAE">
            <w:pPr>
              <w:jc w:val="both"/>
              <w:rPr>
                <w:lang w:val="tr-TR"/>
              </w:rPr>
            </w:pPr>
            <w:r w:rsidRPr="008E2AAE">
              <w:rPr>
                <w:sz w:val="16"/>
                <w:lang w:val="tr-TR"/>
              </w:rPr>
              <w:t>M13</w:t>
            </w:r>
          </w:p>
        </w:tc>
        <w:tc>
          <w:tcPr>
            <w:tcW w:w="1704" w:type="dxa"/>
          </w:tcPr>
          <w:p w14:paraId="671DC32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dünyasında mezunlara tutum</w:t>
            </w:r>
          </w:p>
        </w:tc>
        <w:tc>
          <w:tcPr>
            <w:tcW w:w="1704" w:type="dxa"/>
          </w:tcPr>
          <w:p w14:paraId="7BD5B6A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2,48</w:t>
            </w:r>
          </w:p>
        </w:tc>
        <w:tc>
          <w:tcPr>
            <w:tcW w:w="1704" w:type="dxa"/>
          </w:tcPr>
          <w:p w14:paraId="50CD9AB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 (%22,2)</w:t>
            </w:r>
          </w:p>
        </w:tc>
        <w:tc>
          <w:tcPr>
            <w:tcW w:w="1704" w:type="dxa"/>
          </w:tcPr>
          <w:p w14:paraId="7AB5E54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 (%25,9)</w:t>
            </w:r>
          </w:p>
        </w:tc>
        <w:tc>
          <w:tcPr>
            <w:tcW w:w="1704" w:type="dxa"/>
          </w:tcPr>
          <w:p w14:paraId="2F28C8F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14 (%51,9)</w:t>
            </w:r>
          </w:p>
        </w:tc>
      </w:tr>
      <w:tr w:rsidR="00680C58" w:rsidRPr="008E2AAE" w14:paraId="66B0FDF6"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4F507930" w14:textId="77777777" w:rsidR="00680C58" w:rsidRPr="008E2AAE" w:rsidRDefault="00000000" w:rsidP="008E2AAE">
            <w:pPr>
              <w:jc w:val="both"/>
              <w:rPr>
                <w:lang w:val="tr-TR"/>
              </w:rPr>
            </w:pPr>
            <w:r w:rsidRPr="008E2AAE">
              <w:rPr>
                <w:sz w:val="16"/>
                <w:lang w:val="tr-TR"/>
              </w:rPr>
              <w:t>M14</w:t>
            </w:r>
          </w:p>
        </w:tc>
        <w:tc>
          <w:tcPr>
            <w:tcW w:w="1704" w:type="dxa"/>
          </w:tcPr>
          <w:p w14:paraId="5D45F74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Genel eğitim memnuniyeti</w:t>
            </w:r>
          </w:p>
        </w:tc>
        <w:tc>
          <w:tcPr>
            <w:tcW w:w="1704" w:type="dxa"/>
          </w:tcPr>
          <w:p w14:paraId="602C84F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3,15</w:t>
            </w:r>
          </w:p>
        </w:tc>
        <w:tc>
          <w:tcPr>
            <w:tcW w:w="1704" w:type="dxa"/>
          </w:tcPr>
          <w:p w14:paraId="26F68CB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10 (%37,0)</w:t>
            </w:r>
          </w:p>
        </w:tc>
        <w:tc>
          <w:tcPr>
            <w:tcW w:w="1704" w:type="dxa"/>
          </w:tcPr>
          <w:p w14:paraId="5B821CA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11 (%40,7)</w:t>
            </w:r>
          </w:p>
        </w:tc>
        <w:tc>
          <w:tcPr>
            <w:tcW w:w="1704" w:type="dxa"/>
          </w:tcPr>
          <w:p w14:paraId="2992256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 (%22,2)</w:t>
            </w:r>
          </w:p>
        </w:tc>
      </w:tr>
      <w:tr w:rsidR="00680C58" w:rsidRPr="008E2AAE" w14:paraId="6EB12828"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2F0BACA5" w14:textId="77777777" w:rsidR="00680C58" w:rsidRPr="008E2AAE" w:rsidRDefault="00000000" w:rsidP="008E2AAE">
            <w:pPr>
              <w:jc w:val="both"/>
              <w:rPr>
                <w:lang w:val="tr-TR"/>
              </w:rPr>
            </w:pPr>
            <w:r w:rsidRPr="008E2AAE">
              <w:rPr>
                <w:sz w:val="16"/>
                <w:lang w:val="tr-TR"/>
              </w:rPr>
              <w:t>M15</w:t>
            </w:r>
          </w:p>
        </w:tc>
        <w:tc>
          <w:tcPr>
            <w:tcW w:w="1704" w:type="dxa"/>
          </w:tcPr>
          <w:p w14:paraId="6DEB0D7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Üniversiteyi tekrar seçme</w:t>
            </w:r>
          </w:p>
        </w:tc>
        <w:tc>
          <w:tcPr>
            <w:tcW w:w="1704" w:type="dxa"/>
          </w:tcPr>
          <w:p w14:paraId="6D70215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2,89</w:t>
            </w:r>
          </w:p>
        </w:tc>
        <w:tc>
          <w:tcPr>
            <w:tcW w:w="1704" w:type="dxa"/>
          </w:tcPr>
          <w:p w14:paraId="01BBC66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 (%37,0)</w:t>
            </w:r>
          </w:p>
        </w:tc>
        <w:tc>
          <w:tcPr>
            <w:tcW w:w="1704" w:type="dxa"/>
          </w:tcPr>
          <w:p w14:paraId="1BB5F42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 (%25,9)</w:t>
            </w:r>
          </w:p>
        </w:tc>
        <w:tc>
          <w:tcPr>
            <w:tcW w:w="1704" w:type="dxa"/>
          </w:tcPr>
          <w:p w14:paraId="2E64DE4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 (%37,0)</w:t>
            </w:r>
          </w:p>
        </w:tc>
      </w:tr>
      <w:tr w:rsidR="00680C58" w:rsidRPr="008E2AAE" w14:paraId="50B0003B"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1D5E6DDC" w14:textId="77777777" w:rsidR="00680C58" w:rsidRPr="008E2AAE" w:rsidRDefault="00000000" w:rsidP="008E2AAE">
            <w:pPr>
              <w:jc w:val="both"/>
              <w:rPr>
                <w:lang w:val="tr-TR"/>
              </w:rPr>
            </w:pPr>
            <w:r w:rsidRPr="008E2AAE">
              <w:rPr>
                <w:sz w:val="16"/>
                <w:lang w:val="tr-TR"/>
              </w:rPr>
              <w:t>M16</w:t>
            </w:r>
          </w:p>
        </w:tc>
        <w:tc>
          <w:tcPr>
            <w:tcW w:w="1704" w:type="dxa"/>
          </w:tcPr>
          <w:p w14:paraId="4AA956F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Bölümü tekrar seçme</w:t>
            </w:r>
          </w:p>
        </w:tc>
        <w:tc>
          <w:tcPr>
            <w:tcW w:w="1704" w:type="dxa"/>
          </w:tcPr>
          <w:p w14:paraId="5D7AAEA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4,15</w:t>
            </w:r>
          </w:p>
        </w:tc>
        <w:tc>
          <w:tcPr>
            <w:tcW w:w="1704" w:type="dxa"/>
          </w:tcPr>
          <w:p w14:paraId="468B23D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21 (%77,8)</w:t>
            </w:r>
          </w:p>
        </w:tc>
        <w:tc>
          <w:tcPr>
            <w:tcW w:w="1704" w:type="dxa"/>
          </w:tcPr>
          <w:p w14:paraId="62EAF3E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(%11,1)</w:t>
            </w:r>
          </w:p>
        </w:tc>
        <w:tc>
          <w:tcPr>
            <w:tcW w:w="1704" w:type="dxa"/>
          </w:tcPr>
          <w:p w14:paraId="6A9AD37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(%11,1)</w:t>
            </w:r>
          </w:p>
        </w:tc>
      </w:tr>
      <w:tr w:rsidR="00680C58" w:rsidRPr="008E2AAE" w14:paraId="50838958"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0B05BC84" w14:textId="77777777" w:rsidR="00680C58" w:rsidRPr="008E2AAE" w:rsidRDefault="00000000" w:rsidP="008E2AAE">
            <w:pPr>
              <w:jc w:val="both"/>
              <w:rPr>
                <w:lang w:val="tr-TR"/>
              </w:rPr>
            </w:pPr>
            <w:r w:rsidRPr="008E2AAE">
              <w:rPr>
                <w:sz w:val="16"/>
                <w:lang w:val="tr-TR"/>
              </w:rPr>
              <w:t>M17</w:t>
            </w:r>
          </w:p>
        </w:tc>
        <w:tc>
          <w:tcPr>
            <w:tcW w:w="1704" w:type="dxa"/>
          </w:tcPr>
          <w:p w14:paraId="761DC8B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Üniversiteyi tavsiye etme</w:t>
            </w:r>
          </w:p>
        </w:tc>
        <w:tc>
          <w:tcPr>
            <w:tcW w:w="1704" w:type="dxa"/>
          </w:tcPr>
          <w:p w14:paraId="6FA9766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2,93</w:t>
            </w:r>
          </w:p>
        </w:tc>
        <w:tc>
          <w:tcPr>
            <w:tcW w:w="1704" w:type="dxa"/>
          </w:tcPr>
          <w:p w14:paraId="5331607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9 (%33,3)</w:t>
            </w:r>
          </w:p>
        </w:tc>
        <w:tc>
          <w:tcPr>
            <w:tcW w:w="1704" w:type="dxa"/>
          </w:tcPr>
          <w:p w14:paraId="284E442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8 (%29,6)</w:t>
            </w:r>
          </w:p>
        </w:tc>
        <w:tc>
          <w:tcPr>
            <w:tcW w:w="1704" w:type="dxa"/>
          </w:tcPr>
          <w:p w14:paraId="5D98F88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 (%37,0)</w:t>
            </w:r>
          </w:p>
        </w:tc>
      </w:tr>
    </w:tbl>
    <w:p w14:paraId="6138CC2F" w14:textId="77777777" w:rsidR="00680C58" w:rsidRPr="008E2AAE" w:rsidRDefault="00000000" w:rsidP="008E2AAE">
      <w:pPr>
        <w:pStyle w:val="Balk1"/>
        <w:jc w:val="both"/>
        <w:rPr>
          <w:lang w:val="tr-TR"/>
        </w:rPr>
      </w:pPr>
      <w:r w:rsidRPr="008E2AAE">
        <w:rPr>
          <w:lang w:val="tr-TR"/>
        </w:rPr>
        <w:t>Güçlü alanlar ve geliştirme ihtiyaçları</w:t>
      </w:r>
    </w:p>
    <w:p w14:paraId="5AFE1165" w14:textId="77777777" w:rsidR="00680C58" w:rsidRPr="008E2AAE" w:rsidRDefault="00000000" w:rsidP="008E2AAE">
      <w:pPr>
        <w:jc w:val="both"/>
        <w:rPr>
          <w:lang w:val="tr-TR"/>
        </w:rPr>
      </w:pPr>
      <w:r w:rsidRPr="008E2AAE">
        <w:rPr>
          <w:lang w:val="tr-TR"/>
        </w:rPr>
        <w:t>Birim içinde en yüksek ortalamalı üç madde: Bölümü tekrar seçme (4,15/5; %77,8 olumlu); Tercih öncesi program bilgisi (3,93/5; %70,4 olumlu); Etik ve mesleki sorumluluk (3,78/5; %66,7 olumlu). Bu sıralama yalnızca bu birimin katılımcı yanıtları içindedir; eşit veya yakın puanlar arasında güçlü üstünlük çıkarımı yapılmamalıdır.</w:t>
      </w:r>
    </w:p>
    <w:p w14:paraId="5FEE463A" w14:textId="77777777" w:rsidR="00680C58" w:rsidRPr="008E2AAE" w:rsidRDefault="00000000" w:rsidP="008E2AAE">
      <w:pPr>
        <w:jc w:val="both"/>
        <w:rPr>
          <w:lang w:val="tr-TR"/>
        </w:rPr>
      </w:pPr>
      <w:r w:rsidRPr="008E2AAE">
        <w:rPr>
          <w:lang w:val="tr-TR"/>
        </w:rPr>
        <w:lastRenderedPageBreak/>
        <w:t>En düşük ortalamalı üç madde: İş dünyasında mezunlara tutum (2,48/5; %22,2 olumlu); Sunulan olanakların yeterliliği (2,85/5; %29,6 olumlu); Üniversiteyi tekrar seçme (2,89/5; %37,0 olumlu). Bu sonuçların nedenleri ankette açık uçlu soru olmadığından doğrudan bilinmemektedir. İlgili maddeler odak görüşmesi veya kısa takip sorularıyla ayrıntılandırılmalıdır.</w:t>
      </w:r>
    </w:p>
    <w:p w14:paraId="5309068C" w14:textId="77777777" w:rsidR="00680C58" w:rsidRPr="008E2AAE" w:rsidRDefault="00000000" w:rsidP="008E2AAE">
      <w:pPr>
        <w:pStyle w:val="Balk1"/>
        <w:jc w:val="both"/>
        <w:rPr>
          <w:lang w:val="tr-TR"/>
        </w:rPr>
      </w:pPr>
      <w:r w:rsidRPr="008E2AAE">
        <w:rPr>
          <w:lang w:val="tr-TR"/>
        </w:rPr>
        <w:t>Yeni–geç mezun sonuçları</w:t>
      </w:r>
    </w:p>
    <w:tbl>
      <w:tblPr>
        <w:tblStyle w:val="AkGlgeleme-Vurgu1"/>
        <w:tblW w:w="0" w:type="auto"/>
        <w:tblLook w:val="04A0" w:firstRow="1" w:lastRow="0" w:firstColumn="1" w:lastColumn="0" w:noHBand="0" w:noVBand="1"/>
      </w:tblPr>
      <w:tblGrid>
        <w:gridCol w:w="1704"/>
        <w:gridCol w:w="1704"/>
        <w:gridCol w:w="1704"/>
        <w:gridCol w:w="1704"/>
        <w:gridCol w:w="1704"/>
        <w:gridCol w:w="1704"/>
      </w:tblGrid>
      <w:tr w:rsidR="00680C58" w:rsidRPr="008E2AAE" w14:paraId="11216F87"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1C4CFCC8" w14:textId="77777777" w:rsidR="00680C58" w:rsidRPr="008E2AAE" w:rsidRDefault="00000000" w:rsidP="008E2AAE">
            <w:pPr>
              <w:jc w:val="both"/>
              <w:rPr>
                <w:lang w:val="tr-TR"/>
              </w:rPr>
            </w:pPr>
            <w:r w:rsidRPr="008E2AAE">
              <w:rPr>
                <w:sz w:val="16"/>
                <w:lang w:val="tr-TR"/>
              </w:rPr>
              <w:t>Grup</w:t>
            </w:r>
          </w:p>
        </w:tc>
        <w:tc>
          <w:tcPr>
            <w:tcW w:w="1704" w:type="dxa"/>
          </w:tcPr>
          <w:p w14:paraId="508A48EA"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proofErr w:type="gramStart"/>
            <w:r w:rsidRPr="008E2AAE">
              <w:rPr>
                <w:sz w:val="16"/>
                <w:lang w:val="tr-TR"/>
              </w:rPr>
              <w:t>n</w:t>
            </w:r>
            <w:proofErr w:type="gramEnd"/>
          </w:p>
        </w:tc>
        <w:tc>
          <w:tcPr>
            <w:tcW w:w="1704" w:type="dxa"/>
          </w:tcPr>
          <w:p w14:paraId="641C250D"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 xml:space="preserve">Genel </w:t>
            </w:r>
            <w:proofErr w:type="spellStart"/>
            <w:r w:rsidRPr="008E2AAE">
              <w:rPr>
                <w:sz w:val="16"/>
                <w:lang w:val="tr-TR"/>
              </w:rPr>
              <w:t>mem</w:t>
            </w:r>
            <w:proofErr w:type="spellEnd"/>
            <w:r w:rsidRPr="008E2AAE">
              <w:rPr>
                <w:sz w:val="16"/>
                <w:lang w:val="tr-TR"/>
              </w:rPr>
              <w:t xml:space="preserve">. </w:t>
            </w:r>
            <w:proofErr w:type="spellStart"/>
            <w:proofErr w:type="gramStart"/>
            <w:r w:rsidRPr="008E2AAE">
              <w:rPr>
                <w:sz w:val="16"/>
                <w:lang w:val="tr-TR"/>
              </w:rPr>
              <w:t>ort</w:t>
            </w:r>
            <w:proofErr w:type="gramEnd"/>
            <w:r w:rsidRPr="008E2AAE">
              <w:rPr>
                <w:sz w:val="16"/>
                <w:lang w:val="tr-TR"/>
              </w:rPr>
              <w:t>.</w:t>
            </w:r>
            <w:proofErr w:type="spellEnd"/>
          </w:p>
        </w:tc>
        <w:tc>
          <w:tcPr>
            <w:tcW w:w="1704" w:type="dxa"/>
          </w:tcPr>
          <w:p w14:paraId="26C66114"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 xml:space="preserve">Olumlu </w:t>
            </w:r>
            <w:proofErr w:type="spellStart"/>
            <w:r w:rsidRPr="008E2AAE">
              <w:rPr>
                <w:sz w:val="16"/>
                <w:lang w:val="tr-TR"/>
              </w:rPr>
              <w:t>mem</w:t>
            </w:r>
            <w:proofErr w:type="spellEnd"/>
            <w:r w:rsidRPr="008E2AAE">
              <w:rPr>
                <w:sz w:val="16"/>
                <w:lang w:val="tr-TR"/>
              </w:rPr>
              <w:t>.</w:t>
            </w:r>
          </w:p>
        </w:tc>
        <w:tc>
          <w:tcPr>
            <w:tcW w:w="1704" w:type="dxa"/>
          </w:tcPr>
          <w:p w14:paraId="238711B0"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Çalışma</w:t>
            </w:r>
          </w:p>
        </w:tc>
        <w:tc>
          <w:tcPr>
            <w:tcW w:w="1704" w:type="dxa"/>
          </w:tcPr>
          <w:p w14:paraId="0FBE431D"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Alanında / çalışan</w:t>
            </w:r>
          </w:p>
        </w:tc>
      </w:tr>
      <w:tr w:rsidR="00680C58" w:rsidRPr="008E2AAE" w14:paraId="02F507D0"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4AC0462A" w14:textId="77777777" w:rsidR="00680C58" w:rsidRPr="008E2AAE" w:rsidRDefault="00000000" w:rsidP="008E2AAE">
            <w:pPr>
              <w:jc w:val="both"/>
              <w:rPr>
                <w:lang w:val="tr-TR"/>
              </w:rPr>
            </w:pPr>
            <w:r w:rsidRPr="008E2AAE">
              <w:rPr>
                <w:sz w:val="16"/>
                <w:lang w:val="tr-TR"/>
              </w:rPr>
              <w:t>Yeni mezun</w:t>
            </w:r>
          </w:p>
        </w:tc>
        <w:tc>
          <w:tcPr>
            <w:tcW w:w="1704" w:type="dxa"/>
          </w:tcPr>
          <w:p w14:paraId="4D5094F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27</w:t>
            </w:r>
          </w:p>
        </w:tc>
        <w:tc>
          <w:tcPr>
            <w:tcW w:w="1704" w:type="dxa"/>
          </w:tcPr>
          <w:p w14:paraId="276FD48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3,15</w:t>
            </w:r>
          </w:p>
        </w:tc>
        <w:tc>
          <w:tcPr>
            <w:tcW w:w="1704" w:type="dxa"/>
          </w:tcPr>
          <w:p w14:paraId="0838D7C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 (%37,0)</w:t>
            </w:r>
          </w:p>
        </w:tc>
        <w:tc>
          <w:tcPr>
            <w:tcW w:w="1704" w:type="dxa"/>
          </w:tcPr>
          <w:p w14:paraId="07BA782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14 (%51,9)</w:t>
            </w:r>
          </w:p>
        </w:tc>
        <w:tc>
          <w:tcPr>
            <w:tcW w:w="1704" w:type="dxa"/>
          </w:tcPr>
          <w:p w14:paraId="17A07D5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8/14 (%57,1)</w:t>
            </w:r>
          </w:p>
        </w:tc>
      </w:tr>
      <w:tr w:rsidR="00680C58" w:rsidRPr="008E2AAE" w14:paraId="55ADC0AE"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0D39798D" w14:textId="77777777" w:rsidR="00680C58" w:rsidRPr="008E2AAE" w:rsidRDefault="00000000" w:rsidP="008E2AAE">
            <w:pPr>
              <w:jc w:val="both"/>
              <w:rPr>
                <w:lang w:val="tr-TR"/>
              </w:rPr>
            </w:pPr>
            <w:r w:rsidRPr="008E2AAE">
              <w:rPr>
                <w:sz w:val="16"/>
                <w:lang w:val="tr-TR"/>
              </w:rPr>
              <w:t>Geç mezun</w:t>
            </w:r>
          </w:p>
        </w:tc>
        <w:tc>
          <w:tcPr>
            <w:tcW w:w="1704" w:type="dxa"/>
          </w:tcPr>
          <w:p w14:paraId="70F8D88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w:t>
            </w:r>
          </w:p>
        </w:tc>
        <w:tc>
          <w:tcPr>
            <w:tcW w:w="1704" w:type="dxa"/>
          </w:tcPr>
          <w:p w14:paraId="1597E71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w:t>
            </w:r>
          </w:p>
        </w:tc>
        <w:tc>
          <w:tcPr>
            <w:tcW w:w="1704" w:type="dxa"/>
          </w:tcPr>
          <w:p w14:paraId="7F89142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w:t>
            </w:r>
          </w:p>
        </w:tc>
        <w:tc>
          <w:tcPr>
            <w:tcW w:w="1704" w:type="dxa"/>
          </w:tcPr>
          <w:p w14:paraId="48D6075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w:t>
            </w:r>
          </w:p>
        </w:tc>
        <w:tc>
          <w:tcPr>
            <w:tcW w:w="1704" w:type="dxa"/>
          </w:tcPr>
          <w:p w14:paraId="55E5384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w:t>
            </w:r>
          </w:p>
        </w:tc>
      </w:tr>
      <w:tr w:rsidR="00680C58" w:rsidRPr="008E2AAE" w14:paraId="4520AD78"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05C5C3D5" w14:textId="77777777" w:rsidR="00680C58" w:rsidRPr="008E2AAE" w:rsidRDefault="00000000" w:rsidP="008E2AAE">
            <w:pPr>
              <w:jc w:val="both"/>
              <w:rPr>
                <w:lang w:val="tr-TR"/>
              </w:rPr>
            </w:pPr>
            <w:r w:rsidRPr="008E2AAE">
              <w:rPr>
                <w:sz w:val="16"/>
                <w:lang w:val="tr-TR"/>
              </w:rPr>
              <w:t>3 yıldan eski</w:t>
            </w:r>
          </w:p>
        </w:tc>
        <w:tc>
          <w:tcPr>
            <w:tcW w:w="1704" w:type="dxa"/>
          </w:tcPr>
          <w:p w14:paraId="0EF6761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w:t>
            </w:r>
          </w:p>
        </w:tc>
        <w:tc>
          <w:tcPr>
            <w:tcW w:w="1704" w:type="dxa"/>
          </w:tcPr>
          <w:p w14:paraId="201CC3D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c>
          <w:tcPr>
            <w:tcW w:w="1704" w:type="dxa"/>
          </w:tcPr>
          <w:p w14:paraId="0A92028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c>
          <w:tcPr>
            <w:tcW w:w="1704" w:type="dxa"/>
          </w:tcPr>
          <w:p w14:paraId="1E76917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c>
          <w:tcPr>
            <w:tcW w:w="1704" w:type="dxa"/>
          </w:tcPr>
          <w:p w14:paraId="45B8299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r>
    </w:tbl>
    <w:p w14:paraId="11ABBB19" w14:textId="77777777" w:rsidR="00680C58" w:rsidRPr="008E2AAE" w:rsidRDefault="00000000" w:rsidP="008E2AAE">
      <w:pPr>
        <w:jc w:val="both"/>
        <w:rPr>
          <w:lang w:val="tr-TR"/>
        </w:rPr>
      </w:pPr>
      <w:r w:rsidRPr="008E2AAE">
        <w:rPr>
          <w:lang w:val="tr-TR"/>
        </w:rPr>
        <w:t>Bu fakülte için geç mezun yanıtı bulunmamaktadır. Birimin yeni–geç mezun farkı hesaplanamaz; sonuçlar mevcut yeni mezun yanıtlarına dayanır. Sonraki uygulamada 2–3 takvim yılı farkına sahip mezunlara erişimin artırılması önerilir.</w:t>
      </w:r>
    </w:p>
    <w:p w14:paraId="04357425" w14:textId="77777777" w:rsidR="00680C58" w:rsidRPr="008E2AAE" w:rsidRDefault="00000000" w:rsidP="008E2AAE">
      <w:pPr>
        <w:jc w:val="both"/>
        <w:rPr>
          <w:lang w:val="tr-TR"/>
        </w:rPr>
      </w:pPr>
      <w:r w:rsidRPr="008E2AAE">
        <w:rPr>
          <w:lang w:val="tr-TR"/>
        </w:rPr>
        <w:t>Eşleştirme duyarlılığı: Yalnızca açık/standartlaştırılmış birim yanıtları kullanıldığında n=26, genel memnuniyet 3,08/5 ve olumlu oran %34,6 olur. Bölüm/programdan eşleştirilen kayıtlar dahil ana sonuç n=27, 3,15/5 ve %37,0’dir. Bu fark, atama kararının etkisini görünür kılar; eşleştirme idari kayıtla doğrulanmalıdır.</w:t>
      </w:r>
    </w:p>
    <w:p w14:paraId="11B55C8D" w14:textId="77777777" w:rsidR="00680C58" w:rsidRPr="008E2AAE" w:rsidRDefault="00000000" w:rsidP="008E2AAE">
      <w:pPr>
        <w:pStyle w:val="Balk1"/>
        <w:jc w:val="both"/>
        <w:rPr>
          <w:lang w:val="tr-TR"/>
        </w:rPr>
      </w:pPr>
      <w:r w:rsidRPr="008E2AAE">
        <w:rPr>
          <w:lang w:val="tr-TR"/>
        </w:rPr>
        <w:t>Fakülteye yönelik önerilen izleme ve iyileştirme</w:t>
      </w:r>
    </w:p>
    <w:p w14:paraId="75AC4E08" w14:textId="77777777" w:rsidR="00680C58" w:rsidRPr="008E2AAE" w:rsidRDefault="00000000" w:rsidP="008E2AAE">
      <w:pPr>
        <w:jc w:val="both"/>
        <w:rPr>
          <w:lang w:val="tr-TR"/>
        </w:rPr>
      </w:pPr>
      <w:r w:rsidRPr="008E2AAE">
        <w:rPr>
          <w:lang w:val="tr-TR"/>
        </w:rPr>
        <w:t>Mühendislik yazılımı ve mesleki dil ihtiyaçlarının belirlenmesi; uygulama ve donanım erişiminin incelenmesi önerilir. Düşük puanlı üç madde öncelikli inceleme gündemi yapılmalı; hangi program, eğitim kaynağı veya hizmetin sorunla ilişkili olduğu görüşmelerle belirlenmelidir. Ankette ölçülmeyen bir hizmet yetersizliği gerçekleşmiş olay olarak kabul edilmemelidir.</w:t>
      </w:r>
    </w:p>
    <w:p w14:paraId="6E3A8DAD" w14:textId="77777777" w:rsidR="00680C58" w:rsidRPr="008E2AAE" w:rsidRDefault="00000000" w:rsidP="008E2AAE">
      <w:pPr>
        <w:jc w:val="both"/>
        <w:rPr>
          <w:lang w:val="tr-TR"/>
        </w:rPr>
      </w:pPr>
      <w:r w:rsidRPr="008E2AAE">
        <w:rPr>
          <w:lang w:val="tr-TR"/>
        </w:rPr>
        <w:t>İşe geçiş boyutunda mühendislik işverenleriyle yetkinlik beklentilerini ve alan uyumunu birlikte değerlendirme önerilir. Faaliyetler ilgili fakülte/program yönetimi ile Kariyer Merkezi ve gerektiğinde diğer destek birimlerince planlanabilir. Çalışma beyanı bir işsizlik göstergesi değildir; takipte iş arama, eğitimine devam etme ve işe başlayabilme durumu ayrı sorulmalıdır.</w:t>
      </w:r>
    </w:p>
    <w:p w14:paraId="575A20F4" w14:textId="77777777" w:rsidR="00680C58" w:rsidRPr="008E2AAE" w:rsidRDefault="00000000" w:rsidP="008E2AAE">
      <w:pPr>
        <w:jc w:val="both"/>
        <w:rPr>
          <w:lang w:val="tr-TR"/>
        </w:rPr>
      </w:pPr>
      <w:r w:rsidRPr="008E2AAE">
        <w:rPr>
          <w:lang w:val="tr-TR"/>
        </w:rPr>
        <w:t>Önerilen PUKÖ kaydı: ilk üç ay içinde birim kurulunda bulguların görüşülmesi; üç–altı ay içinde ihtiyaç analizi ve seçilen uygulamanın yürütülmesi; altı–on iki ay içinde aynı maddelerle tekrar ölçüm. Kontrol göstergeleri katılım/tamamlama, genel memnuniyet dağılımı, düşük sonuç veren üç maddenin puanları ve çalışanlarda alan uyumudur. Bu birimde tek yanıt toplam olumlu oranı 3,7 yüzde puan değiştirdiğinden hedef ve izlem yorumları kayıt sayısıyla birlikte yapılmalıdır.</w:t>
      </w:r>
    </w:p>
    <w:p w14:paraId="37AF1B44" w14:textId="77777777" w:rsidR="00680C58" w:rsidRPr="008E2AAE" w:rsidRDefault="00000000" w:rsidP="008E2AAE">
      <w:pPr>
        <w:jc w:val="both"/>
        <w:rPr>
          <w:lang w:val="tr-TR"/>
        </w:rPr>
      </w:pPr>
      <w:r w:rsidRPr="008E2AAE">
        <w:rPr>
          <w:lang w:val="tr-TR"/>
        </w:rPr>
        <w:t>Bölüm düzeyine ilişkin kapsam: İşletme Mühendisliği (3); Bilgisayar Mühendisliği (3); Endüstri mühendisliği (3); İnşaat mühendisliği (3); Makine mühendisliği (2). Bunlar serbest metindeki en sık beyanlardır; benzer bölüm adları birleştirilmediği için resmî program dağılımı veya program başarı sıralaması değildir. Özgün kayıt ve atama gerekçeleri Excel dosyasında bulunmaktadır.</w:t>
      </w:r>
    </w:p>
    <w:p w14:paraId="53B5C563" w14:textId="77777777" w:rsidR="00680C58" w:rsidRPr="008E2AAE" w:rsidRDefault="00000000" w:rsidP="008E2AAE">
      <w:pPr>
        <w:jc w:val="both"/>
        <w:rPr>
          <w:lang w:val="tr-TR"/>
        </w:rPr>
      </w:pPr>
      <w:r w:rsidRPr="008E2AAE">
        <w:rPr>
          <w:lang w:val="tr-TR"/>
        </w:rPr>
        <w:br w:type="page"/>
      </w:r>
    </w:p>
    <w:p w14:paraId="7F623DF4" w14:textId="77777777" w:rsidR="00680C58" w:rsidRPr="008E2AAE" w:rsidRDefault="00000000" w:rsidP="008E2AAE">
      <w:pPr>
        <w:pStyle w:val="Balk1"/>
        <w:jc w:val="both"/>
        <w:rPr>
          <w:lang w:val="tr-TR"/>
        </w:rPr>
      </w:pPr>
      <w:r w:rsidRPr="008E2AAE">
        <w:rPr>
          <w:lang w:val="tr-TR"/>
        </w:rPr>
        <w:lastRenderedPageBreak/>
        <w:t>14.4. Sağlık Bilimleri Fakültesi</w:t>
      </w:r>
    </w:p>
    <w:p w14:paraId="76EFB56B" w14:textId="77777777" w:rsidR="00680C58" w:rsidRPr="008E2AAE" w:rsidRDefault="00000000" w:rsidP="008E2AAE">
      <w:pPr>
        <w:jc w:val="both"/>
        <w:rPr>
          <w:lang w:val="tr-TR"/>
        </w:rPr>
      </w:pPr>
      <w:r w:rsidRPr="008E2AAE">
        <w:rPr>
          <w:lang w:val="tr-TR"/>
        </w:rPr>
        <w:t>Kapsam: 14 geçerli kayıt; 13 yeni mezun, 1 geç mezun, 0 3 yıldan eski mezun. Bunların 13’i birim yanıtının standartlaştırılmasıyla, 1’i bölüm/program eşleştirmesiyle bu başlığa alınmıştır. Program türleri: Lisans 14.</w:t>
      </w:r>
    </w:p>
    <w:p w14:paraId="650FCCC5" w14:textId="77777777" w:rsidR="00680C58" w:rsidRPr="008E2AAE" w:rsidRDefault="00000000" w:rsidP="008E2AAE">
      <w:pPr>
        <w:jc w:val="both"/>
        <w:rPr>
          <w:lang w:val="tr-TR"/>
        </w:rPr>
      </w:pPr>
      <w:r w:rsidRPr="008E2AAE">
        <w:rPr>
          <w:lang w:val="tr-TR"/>
        </w:rPr>
        <w:t>Çalıştığını belirten 7 kayıt vardır (%50,0). Bunların 3’i alanıyla ilgili çalıştığını belirtmiştir; çalışanlar içindeki alan uyumu %42,9’dir. Çalışmadığını belirten kayıt sayısı 7’dir. Çalışmama ile alanında çalışma beyanı çelişen 3 kayıt alan uyumu payına alınmamıştır.</w:t>
      </w:r>
    </w:p>
    <w:p w14:paraId="2A2F87FF" w14:textId="77777777" w:rsidR="00680C58" w:rsidRPr="008E2AAE" w:rsidRDefault="00000000" w:rsidP="008E2AAE">
      <w:pPr>
        <w:jc w:val="both"/>
        <w:rPr>
          <w:lang w:val="tr-TR"/>
        </w:rPr>
      </w:pPr>
      <w:r w:rsidRPr="008E2AAE">
        <w:rPr>
          <w:lang w:val="tr-TR"/>
        </w:rPr>
        <w:t>Genel eğitim memnuniyeti ortalaması 3,79/5’tir. Yanıt dağılımı 8 olumlu (%57,1), 5 orta (%35,7) ve 1 olumsuz (%7,1) şeklindedir. Ortalamanın tüm geçerli kayıt referansından farkı 0,09 puandır; bu fark betimsel olup kontrol edilmiş bir etki veya istatistiksel anlamlılık sonucu değildir.</w:t>
      </w:r>
    </w:p>
    <w:tbl>
      <w:tblPr>
        <w:tblStyle w:val="AkGlgeleme-Vurgu1"/>
        <w:tblW w:w="0" w:type="auto"/>
        <w:tblLook w:val="04A0" w:firstRow="1" w:lastRow="0" w:firstColumn="1" w:lastColumn="0" w:noHBand="0" w:noVBand="1"/>
      </w:tblPr>
      <w:tblGrid>
        <w:gridCol w:w="1704"/>
        <w:gridCol w:w="1704"/>
        <w:gridCol w:w="1704"/>
        <w:gridCol w:w="1704"/>
        <w:gridCol w:w="1704"/>
        <w:gridCol w:w="1704"/>
      </w:tblGrid>
      <w:tr w:rsidR="00680C58" w:rsidRPr="008E2AAE" w14:paraId="22937FE4"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7C8100B9" w14:textId="77777777" w:rsidR="00680C58" w:rsidRPr="008E2AAE" w:rsidRDefault="00000000" w:rsidP="008E2AAE">
            <w:pPr>
              <w:jc w:val="both"/>
              <w:rPr>
                <w:lang w:val="tr-TR"/>
              </w:rPr>
            </w:pPr>
            <w:r w:rsidRPr="008E2AAE">
              <w:rPr>
                <w:sz w:val="16"/>
                <w:lang w:val="tr-TR"/>
              </w:rPr>
              <w:t>Kod</w:t>
            </w:r>
          </w:p>
        </w:tc>
        <w:tc>
          <w:tcPr>
            <w:tcW w:w="1704" w:type="dxa"/>
          </w:tcPr>
          <w:p w14:paraId="7C05B728"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Değerlendirme maddesi</w:t>
            </w:r>
          </w:p>
        </w:tc>
        <w:tc>
          <w:tcPr>
            <w:tcW w:w="1704" w:type="dxa"/>
          </w:tcPr>
          <w:p w14:paraId="025086C6"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Ort.</w:t>
            </w:r>
          </w:p>
        </w:tc>
        <w:tc>
          <w:tcPr>
            <w:tcW w:w="1704" w:type="dxa"/>
          </w:tcPr>
          <w:p w14:paraId="664F1C8A"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Olumlu</w:t>
            </w:r>
          </w:p>
        </w:tc>
        <w:tc>
          <w:tcPr>
            <w:tcW w:w="1704" w:type="dxa"/>
          </w:tcPr>
          <w:p w14:paraId="0406C656"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Orta</w:t>
            </w:r>
          </w:p>
        </w:tc>
        <w:tc>
          <w:tcPr>
            <w:tcW w:w="1704" w:type="dxa"/>
          </w:tcPr>
          <w:p w14:paraId="12F38073"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Olumsuz</w:t>
            </w:r>
          </w:p>
        </w:tc>
      </w:tr>
      <w:tr w:rsidR="00680C58" w:rsidRPr="008E2AAE" w14:paraId="507551AB"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0F9E0594" w14:textId="77777777" w:rsidR="00680C58" w:rsidRPr="008E2AAE" w:rsidRDefault="00000000" w:rsidP="008E2AAE">
            <w:pPr>
              <w:jc w:val="both"/>
              <w:rPr>
                <w:lang w:val="tr-TR"/>
              </w:rPr>
            </w:pPr>
            <w:r w:rsidRPr="008E2AAE">
              <w:rPr>
                <w:sz w:val="16"/>
                <w:lang w:val="tr-TR"/>
              </w:rPr>
              <w:t>M01</w:t>
            </w:r>
          </w:p>
        </w:tc>
        <w:tc>
          <w:tcPr>
            <w:tcW w:w="1704" w:type="dxa"/>
          </w:tcPr>
          <w:p w14:paraId="3C48B7A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Mezuniyet gururu</w:t>
            </w:r>
          </w:p>
        </w:tc>
        <w:tc>
          <w:tcPr>
            <w:tcW w:w="1704" w:type="dxa"/>
          </w:tcPr>
          <w:p w14:paraId="4CB9BCE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3,79</w:t>
            </w:r>
          </w:p>
        </w:tc>
        <w:tc>
          <w:tcPr>
            <w:tcW w:w="1704" w:type="dxa"/>
          </w:tcPr>
          <w:p w14:paraId="0C900DA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8 (%57,1)</w:t>
            </w:r>
          </w:p>
        </w:tc>
        <w:tc>
          <w:tcPr>
            <w:tcW w:w="1704" w:type="dxa"/>
          </w:tcPr>
          <w:p w14:paraId="0D69B56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(%35,7)</w:t>
            </w:r>
          </w:p>
        </w:tc>
        <w:tc>
          <w:tcPr>
            <w:tcW w:w="1704" w:type="dxa"/>
          </w:tcPr>
          <w:p w14:paraId="2B6157E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(%7,1)</w:t>
            </w:r>
          </w:p>
        </w:tc>
      </w:tr>
      <w:tr w:rsidR="00680C58" w:rsidRPr="008E2AAE" w14:paraId="411028C6"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3FCADB6C" w14:textId="77777777" w:rsidR="00680C58" w:rsidRPr="008E2AAE" w:rsidRDefault="00000000" w:rsidP="008E2AAE">
            <w:pPr>
              <w:jc w:val="both"/>
              <w:rPr>
                <w:lang w:val="tr-TR"/>
              </w:rPr>
            </w:pPr>
            <w:r w:rsidRPr="008E2AAE">
              <w:rPr>
                <w:sz w:val="16"/>
                <w:lang w:val="tr-TR"/>
              </w:rPr>
              <w:t>M02</w:t>
            </w:r>
          </w:p>
        </w:tc>
        <w:tc>
          <w:tcPr>
            <w:tcW w:w="1704" w:type="dxa"/>
          </w:tcPr>
          <w:p w14:paraId="645090F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Bilinçli üniversite tercihi</w:t>
            </w:r>
          </w:p>
        </w:tc>
        <w:tc>
          <w:tcPr>
            <w:tcW w:w="1704" w:type="dxa"/>
          </w:tcPr>
          <w:p w14:paraId="01D5CED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4,07</w:t>
            </w:r>
          </w:p>
        </w:tc>
        <w:tc>
          <w:tcPr>
            <w:tcW w:w="1704" w:type="dxa"/>
          </w:tcPr>
          <w:p w14:paraId="026DAF2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9 (%64,3)</w:t>
            </w:r>
          </w:p>
        </w:tc>
        <w:tc>
          <w:tcPr>
            <w:tcW w:w="1704" w:type="dxa"/>
          </w:tcPr>
          <w:p w14:paraId="44E648B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 (%35,7)</w:t>
            </w:r>
          </w:p>
        </w:tc>
        <w:tc>
          <w:tcPr>
            <w:tcW w:w="1704" w:type="dxa"/>
          </w:tcPr>
          <w:p w14:paraId="5180462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 (%0,0)</w:t>
            </w:r>
          </w:p>
        </w:tc>
      </w:tr>
      <w:tr w:rsidR="00680C58" w:rsidRPr="008E2AAE" w14:paraId="4B505371"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23F90F45" w14:textId="77777777" w:rsidR="00680C58" w:rsidRPr="008E2AAE" w:rsidRDefault="00000000" w:rsidP="008E2AAE">
            <w:pPr>
              <w:jc w:val="both"/>
              <w:rPr>
                <w:lang w:val="tr-TR"/>
              </w:rPr>
            </w:pPr>
            <w:r w:rsidRPr="008E2AAE">
              <w:rPr>
                <w:sz w:val="16"/>
                <w:lang w:val="tr-TR"/>
              </w:rPr>
              <w:t>M03</w:t>
            </w:r>
          </w:p>
        </w:tc>
        <w:tc>
          <w:tcPr>
            <w:tcW w:w="1704" w:type="dxa"/>
          </w:tcPr>
          <w:p w14:paraId="24CB8DA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Tercih öncesi program bilgisi</w:t>
            </w:r>
          </w:p>
        </w:tc>
        <w:tc>
          <w:tcPr>
            <w:tcW w:w="1704" w:type="dxa"/>
          </w:tcPr>
          <w:p w14:paraId="3006135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4,14</w:t>
            </w:r>
          </w:p>
        </w:tc>
        <w:tc>
          <w:tcPr>
            <w:tcW w:w="1704" w:type="dxa"/>
          </w:tcPr>
          <w:p w14:paraId="7421AC8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 (%71,4)</w:t>
            </w:r>
          </w:p>
        </w:tc>
        <w:tc>
          <w:tcPr>
            <w:tcW w:w="1704" w:type="dxa"/>
          </w:tcPr>
          <w:p w14:paraId="4AE3A2E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(%28,6)</w:t>
            </w:r>
          </w:p>
        </w:tc>
        <w:tc>
          <w:tcPr>
            <w:tcW w:w="1704" w:type="dxa"/>
          </w:tcPr>
          <w:p w14:paraId="19ED9A9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 (%0,0)</w:t>
            </w:r>
          </w:p>
        </w:tc>
      </w:tr>
      <w:tr w:rsidR="00680C58" w:rsidRPr="008E2AAE" w14:paraId="647162EB"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639E05EB" w14:textId="77777777" w:rsidR="00680C58" w:rsidRPr="008E2AAE" w:rsidRDefault="00000000" w:rsidP="008E2AAE">
            <w:pPr>
              <w:jc w:val="both"/>
              <w:rPr>
                <w:lang w:val="tr-TR"/>
              </w:rPr>
            </w:pPr>
            <w:r w:rsidRPr="008E2AAE">
              <w:rPr>
                <w:sz w:val="16"/>
                <w:lang w:val="tr-TR"/>
              </w:rPr>
              <w:t>M04</w:t>
            </w:r>
          </w:p>
        </w:tc>
        <w:tc>
          <w:tcPr>
            <w:tcW w:w="1704" w:type="dxa"/>
          </w:tcPr>
          <w:p w14:paraId="4055E97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Eğitim düzeyinin yeterliliği</w:t>
            </w:r>
          </w:p>
        </w:tc>
        <w:tc>
          <w:tcPr>
            <w:tcW w:w="1704" w:type="dxa"/>
          </w:tcPr>
          <w:p w14:paraId="3AEAD6B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3,71</w:t>
            </w:r>
          </w:p>
        </w:tc>
        <w:tc>
          <w:tcPr>
            <w:tcW w:w="1704" w:type="dxa"/>
          </w:tcPr>
          <w:p w14:paraId="5E3D26A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8 (%57,1)</w:t>
            </w:r>
          </w:p>
        </w:tc>
        <w:tc>
          <w:tcPr>
            <w:tcW w:w="1704" w:type="dxa"/>
          </w:tcPr>
          <w:p w14:paraId="6B013A5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 (%28,6)</w:t>
            </w:r>
          </w:p>
        </w:tc>
        <w:tc>
          <w:tcPr>
            <w:tcW w:w="1704" w:type="dxa"/>
          </w:tcPr>
          <w:p w14:paraId="2927519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(%14,3)</w:t>
            </w:r>
          </w:p>
        </w:tc>
      </w:tr>
      <w:tr w:rsidR="00680C58" w:rsidRPr="008E2AAE" w14:paraId="0EE800A4"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6CECCE80" w14:textId="77777777" w:rsidR="00680C58" w:rsidRPr="008E2AAE" w:rsidRDefault="00000000" w:rsidP="008E2AAE">
            <w:pPr>
              <w:jc w:val="both"/>
              <w:rPr>
                <w:lang w:val="tr-TR"/>
              </w:rPr>
            </w:pPr>
            <w:r w:rsidRPr="008E2AAE">
              <w:rPr>
                <w:sz w:val="16"/>
                <w:lang w:val="tr-TR"/>
              </w:rPr>
              <w:t>M05</w:t>
            </w:r>
          </w:p>
        </w:tc>
        <w:tc>
          <w:tcPr>
            <w:tcW w:w="1704" w:type="dxa"/>
          </w:tcPr>
          <w:p w14:paraId="53BAEB6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Sunulan olanakların yeterliliği</w:t>
            </w:r>
          </w:p>
        </w:tc>
        <w:tc>
          <w:tcPr>
            <w:tcW w:w="1704" w:type="dxa"/>
          </w:tcPr>
          <w:p w14:paraId="44E4AAD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3,21</w:t>
            </w:r>
          </w:p>
        </w:tc>
        <w:tc>
          <w:tcPr>
            <w:tcW w:w="1704" w:type="dxa"/>
          </w:tcPr>
          <w:p w14:paraId="137B330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 (%42,9)</w:t>
            </w:r>
          </w:p>
        </w:tc>
        <w:tc>
          <w:tcPr>
            <w:tcW w:w="1704" w:type="dxa"/>
          </w:tcPr>
          <w:p w14:paraId="7861787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(%28,6)</w:t>
            </w:r>
          </w:p>
        </w:tc>
        <w:tc>
          <w:tcPr>
            <w:tcW w:w="1704" w:type="dxa"/>
          </w:tcPr>
          <w:p w14:paraId="4E57872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(%28,6)</w:t>
            </w:r>
          </w:p>
        </w:tc>
      </w:tr>
      <w:tr w:rsidR="00680C58" w:rsidRPr="008E2AAE" w14:paraId="109EB55B"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756D4C85" w14:textId="77777777" w:rsidR="00680C58" w:rsidRPr="008E2AAE" w:rsidRDefault="00000000" w:rsidP="008E2AAE">
            <w:pPr>
              <w:jc w:val="both"/>
              <w:rPr>
                <w:lang w:val="tr-TR"/>
              </w:rPr>
            </w:pPr>
            <w:r w:rsidRPr="008E2AAE">
              <w:rPr>
                <w:sz w:val="16"/>
                <w:lang w:val="tr-TR"/>
              </w:rPr>
              <w:t>M06</w:t>
            </w:r>
          </w:p>
        </w:tc>
        <w:tc>
          <w:tcPr>
            <w:tcW w:w="1704" w:type="dxa"/>
          </w:tcPr>
          <w:p w14:paraId="7D1D8C5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Alan bilgisini kullanma becerisi</w:t>
            </w:r>
          </w:p>
        </w:tc>
        <w:tc>
          <w:tcPr>
            <w:tcW w:w="1704" w:type="dxa"/>
          </w:tcPr>
          <w:p w14:paraId="719CDEF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3,71</w:t>
            </w:r>
          </w:p>
        </w:tc>
        <w:tc>
          <w:tcPr>
            <w:tcW w:w="1704" w:type="dxa"/>
          </w:tcPr>
          <w:p w14:paraId="2A224D9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9 (%64,3)</w:t>
            </w:r>
          </w:p>
        </w:tc>
        <w:tc>
          <w:tcPr>
            <w:tcW w:w="1704" w:type="dxa"/>
          </w:tcPr>
          <w:p w14:paraId="0108A6E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(%21,4)</w:t>
            </w:r>
          </w:p>
        </w:tc>
        <w:tc>
          <w:tcPr>
            <w:tcW w:w="1704" w:type="dxa"/>
          </w:tcPr>
          <w:p w14:paraId="43F7B31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(%14,3)</w:t>
            </w:r>
          </w:p>
        </w:tc>
      </w:tr>
      <w:tr w:rsidR="00680C58" w:rsidRPr="008E2AAE" w14:paraId="573A0746"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33A018E2" w14:textId="77777777" w:rsidR="00680C58" w:rsidRPr="008E2AAE" w:rsidRDefault="00000000" w:rsidP="008E2AAE">
            <w:pPr>
              <w:jc w:val="both"/>
              <w:rPr>
                <w:lang w:val="tr-TR"/>
              </w:rPr>
            </w:pPr>
            <w:r w:rsidRPr="008E2AAE">
              <w:rPr>
                <w:sz w:val="16"/>
                <w:lang w:val="tr-TR"/>
              </w:rPr>
              <w:t>M07</w:t>
            </w:r>
          </w:p>
        </w:tc>
        <w:tc>
          <w:tcPr>
            <w:tcW w:w="1704" w:type="dxa"/>
          </w:tcPr>
          <w:p w14:paraId="1FE7721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hayatına yönelik danışmanlık</w:t>
            </w:r>
          </w:p>
        </w:tc>
        <w:tc>
          <w:tcPr>
            <w:tcW w:w="1704" w:type="dxa"/>
          </w:tcPr>
          <w:p w14:paraId="0D119E7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3,86</w:t>
            </w:r>
          </w:p>
        </w:tc>
        <w:tc>
          <w:tcPr>
            <w:tcW w:w="1704" w:type="dxa"/>
          </w:tcPr>
          <w:p w14:paraId="77F95CE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 (%71,4)</w:t>
            </w:r>
          </w:p>
        </w:tc>
        <w:tc>
          <w:tcPr>
            <w:tcW w:w="1704" w:type="dxa"/>
          </w:tcPr>
          <w:p w14:paraId="346EC93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(%7,1)</w:t>
            </w:r>
          </w:p>
        </w:tc>
        <w:tc>
          <w:tcPr>
            <w:tcW w:w="1704" w:type="dxa"/>
          </w:tcPr>
          <w:p w14:paraId="19290F3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(%21,4)</w:t>
            </w:r>
          </w:p>
        </w:tc>
      </w:tr>
      <w:tr w:rsidR="00680C58" w:rsidRPr="008E2AAE" w14:paraId="5680A81C"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6835F526" w14:textId="77777777" w:rsidR="00680C58" w:rsidRPr="008E2AAE" w:rsidRDefault="00000000" w:rsidP="008E2AAE">
            <w:pPr>
              <w:jc w:val="both"/>
              <w:rPr>
                <w:lang w:val="tr-TR"/>
              </w:rPr>
            </w:pPr>
            <w:r w:rsidRPr="008E2AAE">
              <w:rPr>
                <w:sz w:val="16"/>
                <w:lang w:val="tr-TR"/>
              </w:rPr>
              <w:t>M08</w:t>
            </w:r>
          </w:p>
        </w:tc>
        <w:tc>
          <w:tcPr>
            <w:tcW w:w="1704" w:type="dxa"/>
          </w:tcPr>
          <w:p w14:paraId="790AA22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Bilgiye ulaşma ve araştırma</w:t>
            </w:r>
          </w:p>
        </w:tc>
        <w:tc>
          <w:tcPr>
            <w:tcW w:w="1704" w:type="dxa"/>
          </w:tcPr>
          <w:p w14:paraId="27FB628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4,00</w:t>
            </w:r>
          </w:p>
        </w:tc>
        <w:tc>
          <w:tcPr>
            <w:tcW w:w="1704" w:type="dxa"/>
          </w:tcPr>
          <w:p w14:paraId="71FE821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10 (%71,4)</w:t>
            </w:r>
          </w:p>
        </w:tc>
        <w:tc>
          <w:tcPr>
            <w:tcW w:w="1704" w:type="dxa"/>
          </w:tcPr>
          <w:p w14:paraId="4BD2ACE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(%21,4)</w:t>
            </w:r>
          </w:p>
        </w:tc>
        <w:tc>
          <w:tcPr>
            <w:tcW w:w="1704" w:type="dxa"/>
          </w:tcPr>
          <w:p w14:paraId="6C3F613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(%7,1)</w:t>
            </w:r>
          </w:p>
        </w:tc>
      </w:tr>
      <w:tr w:rsidR="00680C58" w:rsidRPr="008E2AAE" w14:paraId="0E94F4E2"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20BE180F" w14:textId="77777777" w:rsidR="00680C58" w:rsidRPr="008E2AAE" w:rsidRDefault="00000000" w:rsidP="008E2AAE">
            <w:pPr>
              <w:jc w:val="both"/>
              <w:rPr>
                <w:lang w:val="tr-TR"/>
              </w:rPr>
            </w:pPr>
            <w:r w:rsidRPr="008E2AAE">
              <w:rPr>
                <w:sz w:val="16"/>
                <w:lang w:val="tr-TR"/>
              </w:rPr>
              <w:t>M09</w:t>
            </w:r>
          </w:p>
        </w:tc>
        <w:tc>
          <w:tcPr>
            <w:tcW w:w="1704" w:type="dxa"/>
          </w:tcPr>
          <w:p w14:paraId="37ADC1C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İletişim becerileri</w:t>
            </w:r>
          </w:p>
        </w:tc>
        <w:tc>
          <w:tcPr>
            <w:tcW w:w="1704" w:type="dxa"/>
          </w:tcPr>
          <w:p w14:paraId="1FEFD05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4,14</w:t>
            </w:r>
          </w:p>
        </w:tc>
        <w:tc>
          <w:tcPr>
            <w:tcW w:w="1704" w:type="dxa"/>
          </w:tcPr>
          <w:p w14:paraId="4E17E29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 (%78,6)</w:t>
            </w:r>
          </w:p>
        </w:tc>
        <w:tc>
          <w:tcPr>
            <w:tcW w:w="1704" w:type="dxa"/>
          </w:tcPr>
          <w:p w14:paraId="055D481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(%14,3)</w:t>
            </w:r>
          </w:p>
        </w:tc>
        <w:tc>
          <w:tcPr>
            <w:tcW w:w="1704" w:type="dxa"/>
          </w:tcPr>
          <w:p w14:paraId="66A2CCB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(%7,1)</w:t>
            </w:r>
          </w:p>
        </w:tc>
      </w:tr>
      <w:tr w:rsidR="00680C58" w:rsidRPr="008E2AAE" w14:paraId="2538E0BA"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03833881" w14:textId="77777777" w:rsidR="00680C58" w:rsidRPr="008E2AAE" w:rsidRDefault="00000000" w:rsidP="008E2AAE">
            <w:pPr>
              <w:jc w:val="both"/>
              <w:rPr>
                <w:lang w:val="tr-TR"/>
              </w:rPr>
            </w:pPr>
            <w:r w:rsidRPr="008E2AAE">
              <w:rPr>
                <w:sz w:val="16"/>
                <w:lang w:val="tr-TR"/>
              </w:rPr>
              <w:t>M10</w:t>
            </w:r>
          </w:p>
        </w:tc>
        <w:tc>
          <w:tcPr>
            <w:tcW w:w="1704" w:type="dxa"/>
          </w:tcPr>
          <w:p w14:paraId="5C1B5B6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Etik ve mesleki sorumluluk</w:t>
            </w:r>
          </w:p>
        </w:tc>
        <w:tc>
          <w:tcPr>
            <w:tcW w:w="1704" w:type="dxa"/>
          </w:tcPr>
          <w:p w14:paraId="208E03D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4,07</w:t>
            </w:r>
          </w:p>
        </w:tc>
        <w:tc>
          <w:tcPr>
            <w:tcW w:w="1704" w:type="dxa"/>
          </w:tcPr>
          <w:p w14:paraId="03351F6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11 (%78,6)</w:t>
            </w:r>
          </w:p>
        </w:tc>
        <w:tc>
          <w:tcPr>
            <w:tcW w:w="1704" w:type="dxa"/>
          </w:tcPr>
          <w:p w14:paraId="280267E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(%14,3)</w:t>
            </w:r>
          </w:p>
        </w:tc>
        <w:tc>
          <w:tcPr>
            <w:tcW w:w="1704" w:type="dxa"/>
          </w:tcPr>
          <w:p w14:paraId="7F59705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(%7,1)</w:t>
            </w:r>
          </w:p>
        </w:tc>
      </w:tr>
      <w:tr w:rsidR="00680C58" w:rsidRPr="008E2AAE" w14:paraId="3470BDE0"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12120EEC" w14:textId="77777777" w:rsidR="00680C58" w:rsidRPr="008E2AAE" w:rsidRDefault="00000000" w:rsidP="008E2AAE">
            <w:pPr>
              <w:jc w:val="both"/>
              <w:rPr>
                <w:lang w:val="tr-TR"/>
              </w:rPr>
            </w:pPr>
            <w:r w:rsidRPr="008E2AAE">
              <w:rPr>
                <w:sz w:val="16"/>
                <w:lang w:val="tr-TR"/>
              </w:rPr>
              <w:t>M11</w:t>
            </w:r>
          </w:p>
        </w:tc>
        <w:tc>
          <w:tcPr>
            <w:tcW w:w="1704" w:type="dxa"/>
          </w:tcPr>
          <w:p w14:paraId="59D334E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Mesleki yabancı dil</w:t>
            </w:r>
          </w:p>
        </w:tc>
        <w:tc>
          <w:tcPr>
            <w:tcW w:w="1704" w:type="dxa"/>
          </w:tcPr>
          <w:p w14:paraId="16A21CA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2,79</w:t>
            </w:r>
          </w:p>
        </w:tc>
        <w:tc>
          <w:tcPr>
            <w:tcW w:w="1704" w:type="dxa"/>
          </w:tcPr>
          <w:p w14:paraId="6430E64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(%21,4)</w:t>
            </w:r>
          </w:p>
        </w:tc>
        <w:tc>
          <w:tcPr>
            <w:tcW w:w="1704" w:type="dxa"/>
          </w:tcPr>
          <w:p w14:paraId="42FE84C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 (%42,9)</w:t>
            </w:r>
          </w:p>
        </w:tc>
        <w:tc>
          <w:tcPr>
            <w:tcW w:w="1704" w:type="dxa"/>
          </w:tcPr>
          <w:p w14:paraId="3938005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(%35,7)</w:t>
            </w:r>
          </w:p>
        </w:tc>
      </w:tr>
      <w:tr w:rsidR="00680C58" w:rsidRPr="008E2AAE" w14:paraId="7D8F7B09"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643118C8" w14:textId="77777777" w:rsidR="00680C58" w:rsidRPr="008E2AAE" w:rsidRDefault="00000000" w:rsidP="008E2AAE">
            <w:pPr>
              <w:jc w:val="both"/>
              <w:rPr>
                <w:lang w:val="tr-TR"/>
              </w:rPr>
            </w:pPr>
            <w:r w:rsidRPr="008E2AAE">
              <w:rPr>
                <w:sz w:val="16"/>
                <w:lang w:val="tr-TR"/>
              </w:rPr>
              <w:t>M12</w:t>
            </w:r>
          </w:p>
        </w:tc>
        <w:tc>
          <w:tcPr>
            <w:tcW w:w="1704" w:type="dxa"/>
          </w:tcPr>
          <w:p w14:paraId="4A90ABC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Bilgisayar kullanma yetkinliği</w:t>
            </w:r>
          </w:p>
        </w:tc>
        <w:tc>
          <w:tcPr>
            <w:tcW w:w="1704" w:type="dxa"/>
          </w:tcPr>
          <w:p w14:paraId="2B1A426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3,50</w:t>
            </w:r>
          </w:p>
        </w:tc>
        <w:tc>
          <w:tcPr>
            <w:tcW w:w="1704" w:type="dxa"/>
          </w:tcPr>
          <w:p w14:paraId="2971B50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 (%50,0)</w:t>
            </w:r>
          </w:p>
        </w:tc>
        <w:tc>
          <w:tcPr>
            <w:tcW w:w="1704" w:type="dxa"/>
          </w:tcPr>
          <w:p w14:paraId="0A3B421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 (%42,9)</w:t>
            </w:r>
          </w:p>
        </w:tc>
        <w:tc>
          <w:tcPr>
            <w:tcW w:w="1704" w:type="dxa"/>
          </w:tcPr>
          <w:p w14:paraId="1E64013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(%7,1)</w:t>
            </w:r>
          </w:p>
        </w:tc>
      </w:tr>
      <w:tr w:rsidR="00680C58" w:rsidRPr="008E2AAE" w14:paraId="153CE429"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0470033B" w14:textId="77777777" w:rsidR="00680C58" w:rsidRPr="008E2AAE" w:rsidRDefault="00000000" w:rsidP="008E2AAE">
            <w:pPr>
              <w:jc w:val="both"/>
              <w:rPr>
                <w:lang w:val="tr-TR"/>
              </w:rPr>
            </w:pPr>
            <w:r w:rsidRPr="008E2AAE">
              <w:rPr>
                <w:sz w:val="16"/>
                <w:lang w:val="tr-TR"/>
              </w:rPr>
              <w:t>M13</w:t>
            </w:r>
          </w:p>
        </w:tc>
        <w:tc>
          <w:tcPr>
            <w:tcW w:w="1704" w:type="dxa"/>
          </w:tcPr>
          <w:p w14:paraId="5838A4C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dünyasında mezunlara tutum</w:t>
            </w:r>
          </w:p>
        </w:tc>
        <w:tc>
          <w:tcPr>
            <w:tcW w:w="1704" w:type="dxa"/>
          </w:tcPr>
          <w:p w14:paraId="1015746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3,36</w:t>
            </w:r>
          </w:p>
        </w:tc>
        <w:tc>
          <w:tcPr>
            <w:tcW w:w="1704" w:type="dxa"/>
          </w:tcPr>
          <w:p w14:paraId="221F69A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(%35,7)</w:t>
            </w:r>
          </w:p>
        </w:tc>
        <w:tc>
          <w:tcPr>
            <w:tcW w:w="1704" w:type="dxa"/>
          </w:tcPr>
          <w:p w14:paraId="2A2554D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 (%50,0)</w:t>
            </w:r>
          </w:p>
        </w:tc>
        <w:tc>
          <w:tcPr>
            <w:tcW w:w="1704" w:type="dxa"/>
          </w:tcPr>
          <w:p w14:paraId="753534F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(%14,3)</w:t>
            </w:r>
          </w:p>
        </w:tc>
      </w:tr>
      <w:tr w:rsidR="00680C58" w:rsidRPr="008E2AAE" w14:paraId="671860D0"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5C09ADDE" w14:textId="77777777" w:rsidR="00680C58" w:rsidRPr="008E2AAE" w:rsidRDefault="00000000" w:rsidP="008E2AAE">
            <w:pPr>
              <w:jc w:val="both"/>
              <w:rPr>
                <w:lang w:val="tr-TR"/>
              </w:rPr>
            </w:pPr>
            <w:r w:rsidRPr="008E2AAE">
              <w:rPr>
                <w:sz w:val="16"/>
                <w:lang w:val="tr-TR"/>
              </w:rPr>
              <w:t>M14</w:t>
            </w:r>
          </w:p>
        </w:tc>
        <w:tc>
          <w:tcPr>
            <w:tcW w:w="1704" w:type="dxa"/>
          </w:tcPr>
          <w:p w14:paraId="7A60079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Genel eğitim memnuniyeti</w:t>
            </w:r>
          </w:p>
        </w:tc>
        <w:tc>
          <w:tcPr>
            <w:tcW w:w="1704" w:type="dxa"/>
          </w:tcPr>
          <w:p w14:paraId="51104C4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3,79</w:t>
            </w:r>
          </w:p>
        </w:tc>
        <w:tc>
          <w:tcPr>
            <w:tcW w:w="1704" w:type="dxa"/>
          </w:tcPr>
          <w:p w14:paraId="794B159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8 (%57,1)</w:t>
            </w:r>
          </w:p>
        </w:tc>
        <w:tc>
          <w:tcPr>
            <w:tcW w:w="1704" w:type="dxa"/>
          </w:tcPr>
          <w:p w14:paraId="5087F48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 (%35,7)</w:t>
            </w:r>
          </w:p>
        </w:tc>
        <w:tc>
          <w:tcPr>
            <w:tcW w:w="1704" w:type="dxa"/>
          </w:tcPr>
          <w:p w14:paraId="0ABBF0F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(%7,1)</w:t>
            </w:r>
          </w:p>
        </w:tc>
      </w:tr>
      <w:tr w:rsidR="00680C58" w:rsidRPr="008E2AAE" w14:paraId="2720CDF4"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2D46FC08" w14:textId="77777777" w:rsidR="00680C58" w:rsidRPr="008E2AAE" w:rsidRDefault="00000000" w:rsidP="008E2AAE">
            <w:pPr>
              <w:jc w:val="both"/>
              <w:rPr>
                <w:lang w:val="tr-TR"/>
              </w:rPr>
            </w:pPr>
            <w:r w:rsidRPr="008E2AAE">
              <w:rPr>
                <w:sz w:val="16"/>
                <w:lang w:val="tr-TR"/>
              </w:rPr>
              <w:t>M15</w:t>
            </w:r>
          </w:p>
        </w:tc>
        <w:tc>
          <w:tcPr>
            <w:tcW w:w="1704" w:type="dxa"/>
          </w:tcPr>
          <w:p w14:paraId="173F8B0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Üniversiteyi tekrar seçme</w:t>
            </w:r>
          </w:p>
        </w:tc>
        <w:tc>
          <w:tcPr>
            <w:tcW w:w="1704" w:type="dxa"/>
          </w:tcPr>
          <w:p w14:paraId="7BC5A0B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3,43</w:t>
            </w:r>
          </w:p>
        </w:tc>
        <w:tc>
          <w:tcPr>
            <w:tcW w:w="1704" w:type="dxa"/>
          </w:tcPr>
          <w:p w14:paraId="67B3CBD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8 (%57,1)</w:t>
            </w:r>
          </w:p>
        </w:tc>
        <w:tc>
          <w:tcPr>
            <w:tcW w:w="1704" w:type="dxa"/>
          </w:tcPr>
          <w:p w14:paraId="77A01A3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(%7,1)</w:t>
            </w:r>
          </w:p>
        </w:tc>
        <w:tc>
          <w:tcPr>
            <w:tcW w:w="1704" w:type="dxa"/>
          </w:tcPr>
          <w:p w14:paraId="541AE71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(%35,7)</w:t>
            </w:r>
          </w:p>
        </w:tc>
      </w:tr>
      <w:tr w:rsidR="00680C58" w:rsidRPr="008E2AAE" w14:paraId="0AD033DF"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3089C6A2" w14:textId="77777777" w:rsidR="00680C58" w:rsidRPr="008E2AAE" w:rsidRDefault="00000000" w:rsidP="008E2AAE">
            <w:pPr>
              <w:jc w:val="both"/>
              <w:rPr>
                <w:lang w:val="tr-TR"/>
              </w:rPr>
            </w:pPr>
            <w:r w:rsidRPr="008E2AAE">
              <w:rPr>
                <w:sz w:val="16"/>
                <w:lang w:val="tr-TR"/>
              </w:rPr>
              <w:t>M16</w:t>
            </w:r>
          </w:p>
        </w:tc>
        <w:tc>
          <w:tcPr>
            <w:tcW w:w="1704" w:type="dxa"/>
          </w:tcPr>
          <w:p w14:paraId="3096092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Bölümü tekrar seçme</w:t>
            </w:r>
          </w:p>
        </w:tc>
        <w:tc>
          <w:tcPr>
            <w:tcW w:w="1704" w:type="dxa"/>
          </w:tcPr>
          <w:p w14:paraId="06E9B78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4,00</w:t>
            </w:r>
          </w:p>
        </w:tc>
        <w:tc>
          <w:tcPr>
            <w:tcW w:w="1704" w:type="dxa"/>
          </w:tcPr>
          <w:p w14:paraId="4F3326F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10 (%71,4)</w:t>
            </w:r>
          </w:p>
        </w:tc>
        <w:tc>
          <w:tcPr>
            <w:tcW w:w="1704" w:type="dxa"/>
          </w:tcPr>
          <w:p w14:paraId="78699E0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(%21,4)</w:t>
            </w:r>
          </w:p>
        </w:tc>
        <w:tc>
          <w:tcPr>
            <w:tcW w:w="1704" w:type="dxa"/>
          </w:tcPr>
          <w:p w14:paraId="06E142E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(%7,1)</w:t>
            </w:r>
          </w:p>
        </w:tc>
      </w:tr>
      <w:tr w:rsidR="00680C58" w:rsidRPr="008E2AAE" w14:paraId="59314534"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70629BF8" w14:textId="77777777" w:rsidR="00680C58" w:rsidRPr="008E2AAE" w:rsidRDefault="00000000" w:rsidP="008E2AAE">
            <w:pPr>
              <w:jc w:val="both"/>
              <w:rPr>
                <w:lang w:val="tr-TR"/>
              </w:rPr>
            </w:pPr>
            <w:r w:rsidRPr="008E2AAE">
              <w:rPr>
                <w:sz w:val="16"/>
                <w:lang w:val="tr-TR"/>
              </w:rPr>
              <w:t>M17</w:t>
            </w:r>
          </w:p>
        </w:tc>
        <w:tc>
          <w:tcPr>
            <w:tcW w:w="1704" w:type="dxa"/>
          </w:tcPr>
          <w:p w14:paraId="12066E8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Üniversiteyi tavsiye etme</w:t>
            </w:r>
          </w:p>
        </w:tc>
        <w:tc>
          <w:tcPr>
            <w:tcW w:w="1704" w:type="dxa"/>
          </w:tcPr>
          <w:p w14:paraId="1BCA3CF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3,36</w:t>
            </w:r>
          </w:p>
        </w:tc>
        <w:tc>
          <w:tcPr>
            <w:tcW w:w="1704" w:type="dxa"/>
          </w:tcPr>
          <w:p w14:paraId="3892352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 (%50,0)</w:t>
            </w:r>
          </w:p>
        </w:tc>
        <w:tc>
          <w:tcPr>
            <w:tcW w:w="1704" w:type="dxa"/>
          </w:tcPr>
          <w:p w14:paraId="5C0E46C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(%21,4)</w:t>
            </w:r>
          </w:p>
        </w:tc>
        <w:tc>
          <w:tcPr>
            <w:tcW w:w="1704" w:type="dxa"/>
          </w:tcPr>
          <w:p w14:paraId="2ABE14D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(%28,6)</w:t>
            </w:r>
          </w:p>
        </w:tc>
      </w:tr>
    </w:tbl>
    <w:p w14:paraId="5238CD55" w14:textId="77777777" w:rsidR="00680C58" w:rsidRPr="008E2AAE" w:rsidRDefault="00000000" w:rsidP="008E2AAE">
      <w:pPr>
        <w:pStyle w:val="Balk1"/>
        <w:jc w:val="both"/>
        <w:rPr>
          <w:lang w:val="tr-TR"/>
        </w:rPr>
      </w:pPr>
      <w:r w:rsidRPr="008E2AAE">
        <w:rPr>
          <w:lang w:val="tr-TR"/>
        </w:rPr>
        <w:t>Güçlü alanlar ve geliştirme ihtiyaçları</w:t>
      </w:r>
    </w:p>
    <w:p w14:paraId="682A0FDE" w14:textId="77777777" w:rsidR="00680C58" w:rsidRPr="008E2AAE" w:rsidRDefault="00000000" w:rsidP="008E2AAE">
      <w:pPr>
        <w:jc w:val="both"/>
        <w:rPr>
          <w:lang w:val="tr-TR"/>
        </w:rPr>
      </w:pPr>
      <w:r w:rsidRPr="008E2AAE">
        <w:rPr>
          <w:lang w:val="tr-TR"/>
        </w:rPr>
        <w:t>Birim içinde en yüksek ortalamalı üç madde: İletişim becerileri (4,14/5; %78,6 olumlu); Tercih öncesi program bilgisi (4,14/5; %71,4 olumlu); Etik ve mesleki sorumluluk (4,07/5; %78,6 olumlu). Bu sıralama yalnızca bu birimin katılımcı yanıtları içindedir; eşit veya yakın puanlar arasında güçlü üstünlük çıkarımı yapılmamalıdır.</w:t>
      </w:r>
    </w:p>
    <w:p w14:paraId="30AF9742" w14:textId="77777777" w:rsidR="00680C58" w:rsidRPr="008E2AAE" w:rsidRDefault="00000000" w:rsidP="008E2AAE">
      <w:pPr>
        <w:jc w:val="both"/>
        <w:rPr>
          <w:lang w:val="tr-TR"/>
        </w:rPr>
      </w:pPr>
      <w:r w:rsidRPr="008E2AAE">
        <w:rPr>
          <w:lang w:val="tr-TR"/>
        </w:rPr>
        <w:lastRenderedPageBreak/>
        <w:t>En düşük ortalamalı üç madde: Mesleki yabancı dil (2,79/5; %21,4 olumlu); Sunulan olanakların yeterliliği (3,21/5; %42,9 olumlu); İş dünyasında mezunlara tutum (3,36/5; %35,7 olumlu). Bu sonuçların nedenleri ankette açık uçlu soru olmadığından doğrudan bilinmemektedir. İlgili maddeler odak görüşmesi veya kısa takip sorularıyla ayrıntılandırılmalıdır.</w:t>
      </w:r>
    </w:p>
    <w:p w14:paraId="5B4A901F" w14:textId="77777777" w:rsidR="00680C58" w:rsidRPr="008E2AAE" w:rsidRDefault="00000000" w:rsidP="008E2AAE">
      <w:pPr>
        <w:pStyle w:val="Balk1"/>
        <w:jc w:val="both"/>
        <w:rPr>
          <w:lang w:val="tr-TR"/>
        </w:rPr>
      </w:pPr>
      <w:r w:rsidRPr="008E2AAE">
        <w:rPr>
          <w:lang w:val="tr-TR"/>
        </w:rPr>
        <w:t>Yeni–geç mezun sonuçları</w:t>
      </w:r>
    </w:p>
    <w:tbl>
      <w:tblPr>
        <w:tblStyle w:val="AkGlgeleme-Vurgu1"/>
        <w:tblW w:w="0" w:type="auto"/>
        <w:tblLook w:val="04A0" w:firstRow="1" w:lastRow="0" w:firstColumn="1" w:lastColumn="0" w:noHBand="0" w:noVBand="1"/>
      </w:tblPr>
      <w:tblGrid>
        <w:gridCol w:w="1704"/>
        <w:gridCol w:w="1704"/>
        <w:gridCol w:w="1704"/>
        <w:gridCol w:w="1704"/>
        <w:gridCol w:w="1704"/>
        <w:gridCol w:w="1704"/>
      </w:tblGrid>
      <w:tr w:rsidR="00680C58" w:rsidRPr="008E2AAE" w14:paraId="3A9CDA79"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5687EA99" w14:textId="77777777" w:rsidR="00680C58" w:rsidRPr="008E2AAE" w:rsidRDefault="00000000" w:rsidP="008E2AAE">
            <w:pPr>
              <w:jc w:val="both"/>
              <w:rPr>
                <w:lang w:val="tr-TR"/>
              </w:rPr>
            </w:pPr>
            <w:r w:rsidRPr="008E2AAE">
              <w:rPr>
                <w:sz w:val="16"/>
                <w:lang w:val="tr-TR"/>
              </w:rPr>
              <w:t>Grup</w:t>
            </w:r>
          </w:p>
        </w:tc>
        <w:tc>
          <w:tcPr>
            <w:tcW w:w="1704" w:type="dxa"/>
          </w:tcPr>
          <w:p w14:paraId="373FDAA8"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proofErr w:type="gramStart"/>
            <w:r w:rsidRPr="008E2AAE">
              <w:rPr>
                <w:sz w:val="16"/>
                <w:lang w:val="tr-TR"/>
              </w:rPr>
              <w:t>n</w:t>
            </w:r>
            <w:proofErr w:type="gramEnd"/>
          </w:p>
        </w:tc>
        <w:tc>
          <w:tcPr>
            <w:tcW w:w="1704" w:type="dxa"/>
          </w:tcPr>
          <w:p w14:paraId="27B4282A"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 xml:space="preserve">Genel </w:t>
            </w:r>
            <w:proofErr w:type="spellStart"/>
            <w:r w:rsidRPr="008E2AAE">
              <w:rPr>
                <w:sz w:val="16"/>
                <w:lang w:val="tr-TR"/>
              </w:rPr>
              <w:t>mem</w:t>
            </w:r>
            <w:proofErr w:type="spellEnd"/>
            <w:r w:rsidRPr="008E2AAE">
              <w:rPr>
                <w:sz w:val="16"/>
                <w:lang w:val="tr-TR"/>
              </w:rPr>
              <w:t xml:space="preserve">. </w:t>
            </w:r>
            <w:proofErr w:type="spellStart"/>
            <w:proofErr w:type="gramStart"/>
            <w:r w:rsidRPr="008E2AAE">
              <w:rPr>
                <w:sz w:val="16"/>
                <w:lang w:val="tr-TR"/>
              </w:rPr>
              <w:t>ort</w:t>
            </w:r>
            <w:proofErr w:type="gramEnd"/>
            <w:r w:rsidRPr="008E2AAE">
              <w:rPr>
                <w:sz w:val="16"/>
                <w:lang w:val="tr-TR"/>
              </w:rPr>
              <w:t>.</w:t>
            </w:r>
            <w:proofErr w:type="spellEnd"/>
          </w:p>
        </w:tc>
        <w:tc>
          <w:tcPr>
            <w:tcW w:w="1704" w:type="dxa"/>
          </w:tcPr>
          <w:p w14:paraId="45759186"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 xml:space="preserve">Olumlu </w:t>
            </w:r>
            <w:proofErr w:type="spellStart"/>
            <w:r w:rsidRPr="008E2AAE">
              <w:rPr>
                <w:sz w:val="16"/>
                <w:lang w:val="tr-TR"/>
              </w:rPr>
              <w:t>mem</w:t>
            </w:r>
            <w:proofErr w:type="spellEnd"/>
            <w:r w:rsidRPr="008E2AAE">
              <w:rPr>
                <w:sz w:val="16"/>
                <w:lang w:val="tr-TR"/>
              </w:rPr>
              <w:t>.</w:t>
            </w:r>
          </w:p>
        </w:tc>
        <w:tc>
          <w:tcPr>
            <w:tcW w:w="1704" w:type="dxa"/>
          </w:tcPr>
          <w:p w14:paraId="4A5C9958"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Çalışma</w:t>
            </w:r>
          </w:p>
        </w:tc>
        <w:tc>
          <w:tcPr>
            <w:tcW w:w="1704" w:type="dxa"/>
          </w:tcPr>
          <w:p w14:paraId="5D73B2BD"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Alanında / çalışan</w:t>
            </w:r>
          </w:p>
        </w:tc>
      </w:tr>
      <w:tr w:rsidR="00680C58" w:rsidRPr="008E2AAE" w14:paraId="593E12D4"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2E761752" w14:textId="77777777" w:rsidR="00680C58" w:rsidRPr="008E2AAE" w:rsidRDefault="00000000" w:rsidP="008E2AAE">
            <w:pPr>
              <w:jc w:val="both"/>
              <w:rPr>
                <w:lang w:val="tr-TR"/>
              </w:rPr>
            </w:pPr>
            <w:r w:rsidRPr="008E2AAE">
              <w:rPr>
                <w:sz w:val="16"/>
                <w:lang w:val="tr-TR"/>
              </w:rPr>
              <w:t>Yeni mezun</w:t>
            </w:r>
          </w:p>
        </w:tc>
        <w:tc>
          <w:tcPr>
            <w:tcW w:w="1704" w:type="dxa"/>
          </w:tcPr>
          <w:p w14:paraId="0369639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13</w:t>
            </w:r>
          </w:p>
        </w:tc>
        <w:tc>
          <w:tcPr>
            <w:tcW w:w="1704" w:type="dxa"/>
          </w:tcPr>
          <w:p w14:paraId="7D1E06D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3,85</w:t>
            </w:r>
          </w:p>
        </w:tc>
        <w:tc>
          <w:tcPr>
            <w:tcW w:w="1704" w:type="dxa"/>
          </w:tcPr>
          <w:p w14:paraId="03F983C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8 (%61,5)</w:t>
            </w:r>
          </w:p>
        </w:tc>
        <w:tc>
          <w:tcPr>
            <w:tcW w:w="1704" w:type="dxa"/>
          </w:tcPr>
          <w:p w14:paraId="1640638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 (%46,2)</w:t>
            </w:r>
          </w:p>
        </w:tc>
        <w:tc>
          <w:tcPr>
            <w:tcW w:w="1704" w:type="dxa"/>
          </w:tcPr>
          <w:p w14:paraId="3F37C2E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2/6 (%33,3)</w:t>
            </w:r>
          </w:p>
        </w:tc>
      </w:tr>
      <w:tr w:rsidR="00680C58" w:rsidRPr="008E2AAE" w14:paraId="1FC6E1A8"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3D653E36" w14:textId="77777777" w:rsidR="00680C58" w:rsidRPr="008E2AAE" w:rsidRDefault="00000000" w:rsidP="008E2AAE">
            <w:pPr>
              <w:jc w:val="both"/>
              <w:rPr>
                <w:lang w:val="tr-TR"/>
              </w:rPr>
            </w:pPr>
            <w:r w:rsidRPr="008E2AAE">
              <w:rPr>
                <w:sz w:val="16"/>
                <w:lang w:val="tr-TR"/>
              </w:rPr>
              <w:t>Geç mezun</w:t>
            </w:r>
          </w:p>
        </w:tc>
        <w:tc>
          <w:tcPr>
            <w:tcW w:w="1704" w:type="dxa"/>
          </w:tcPr>
          <w:p w14:paraId="7010665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w:t>
            </w:r>
          </w:p>
        </w:tc>
        <w:tc>
          <w:tcPr>
            <w:tcW w:w="1704" w:type="dxa"/>
          </w:tcPr>
          <w:p w14:paraId="403432A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3,00</w:t>
            </w:r>
          </w:p>
        </w:tc>
        <w:tc>
          <w:tcPr>
            <w:tcW w:w="1704" w:type="dxa"/>
          </w:tcPr>
          <w:p w14:paraId="2D8869A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 (%0,0)</w:t>
            </w:r>
          </w:p>
        </w:tc>
        <w:tc>
          <w:tcPr>
            <w:tcW w:w="1704" w:type="dxa"/>
          </w:tcPr>
          <w:p w14:paraId="654A8AA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(%100,0)</w:t>
            </w:r>
          </w:p>
        </w:tc>
        <w:tc>
          <w:tcPr>
            <w:tcW w:w="1704" w:type="dxa"/>
          </w:tcPr>
          <w:p w14:paraId="77B6181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1/1 (%100,0)</w:t>
            </w:r>
          </w:p>
        </w:tc>
      </w:tr>
      <w:tr w:rsidR="00680C58" w:rsidRPr="008E2AAE" w14:paraId="4F548DF5"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2BCB9F75" w14:textId="77777777" w:rsidR="00680C58" w:rsidRPr="008E2AAE" w:rsidRDefault="00000000" w:rsidP="008E2AAE">
            <w:pPr>
              <w:jc w:val="both"/>
              <w:rPr>
                <w:lang w:val="tr-TR"/>
              </w:rPr>
            </w:pPr>
            <w:r w:rsidRPr="008E2AAE">
              <w:rPr>
                <w:sz w:val="16"/>
                <w:lang w:val="tr-TR"/>
              </w:rPr>
              <w:t>3 yıldan eski</w:t>
            </w:r>
          </w:p>
        </w:tc>
        <w:tc>
          <w:tcPr>
            <w:tcW w:w="1704" w:type="dxa"/>
          </w:tcPr>
          <w:p w14:paraId="3DB1128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w:t>
            </w:r>
          </w:p>
        </w:tc>
        <w:tc>
          <w:tcPr>
            <w:tcW w:w="1704" w:type="dxa"/>
          </w:tcPr>
          <w:p w14:paraId="4D20F31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c>
          <w:tcPr>
            <w:tcW w:w="1704" w:type="dxa"/>
          </w:tcPr>
          <w:p w14:paraId="041B046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c>
          <w:tcPr>
            <w:tcW w:w="1704" w:type="dxa"/>
          </w:tcPr>
          <w:p w14:paraId="1B85136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c>
          <w:tcPr>
            <w:tcW w:w="1704" w:type="dxa"/>
          </w:tcPr>
          <w:p w14:paraId="5B4709E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r>
    </w:tbl>
    <w:p w14:paraId="79D6C711" w14:textId="77777777" w:rsidR="00680C58" w:rsidRPr="008E2AAE" w:rsidRDefault="00000000" w:rsidP="008E2AAE">
      <w:pPr>
        <w:jc w:val="both"/>
        <w:rPr>
          <w:lang w:val="tr-TR"/>
        </w:rPr>
      </w:pPr>
      <w:r w:rsidRPr="008E2AAE">
        <w:rPr>
          <w:lang w:val="tr-TR"/>
        </w:rPr>
        <w:t>Geç eksi yeni mezun genel eğitim memnuniyeti farkı -0,85 puan; olumlu yanıt oranı farkı -61,5 yüzde puandır. Geç mezun sayısı 1 olduğu için tek yanıt bu grupta 100,0 yüzde puanlık değişime karşılık gelir. Bu alt grup beşten az kayıt içerir; fark yalnızca katılımcı beyanı olarak gösterilmiştir ve fakülteye genellenmemelidir.</w:t>
      </w:r>
    </w:p>
    <w:p w14:paraId="3F9FD9ED" w14:textId="77777777" w:rsidR="00680C58" w:rsidRPr="008E2AAE" w:rsidRDefault="00000000" w:rsidP="008E2AAE">
      <w:pPr>
        <w:jc w:val="both"/>
        <w:rPr>
          <w:lang w:val="tr-TR"/>
        </w:rPr>
      </w:pPr>
      <w:r w:rsidRPr="008E2AAE">
        <w:rPr>
          <w:lang w:val="tr-TR"/>
        </w:rPr>
        <w:t>Eşleştirme duyarlılığı: Yalnızca açık/standartlaştırılmış birim yanıtları kullanıldığında n=13, genel memnuniyet 3,77/5 ve olumlu oran %53,8 olur. Bölüm/programdan eşleştirilen kayıtlar dahil ana sonuç n=14, 3,79/5 ve %57,1’dir. Bu fark, atama kararının etkisini görünür kılar; eşleştirme idari kayıtla doğrulanmalıdır.</w:t>
      </w:r>
    </w:p>
    <w:p w14:paraId="72783196" w14:textId="77777777" w:rsidR="00680C58" w:rsidRPr="008E2AAE" w:rsidRDefault="00000000" w:rsidP="008E2AAE">
      <w:pPr>
        <w:pStyle w:val="Balk1"/>
        <w:jc w:val="both"/>
        <w:rPr>
          <w:lang w:val="tr-TR"/>
        </w:rPr>
      </w:pPr>
      <w:r w:rsidRPr="008E2AAE">
        <w:rPr>
          <w:lang w:val="tr-TR"/>
        </w:rPr>
        <w:t>Fakülteye yönelik önerilen izleme ve iyileştirme</w:t>
      </w:r>
    </w:p>
    <w:p w14:paraId="08133531" w14:textId="77777777" w:rsidR="00680C58" w:rsidRPr="008E2AAE" w:rsidRDefault="00000000" w:rsidP="008E2AAE">
      <w:pPr>
        <w:jc w:val="both"/>
        <w:rPr>
          <w:lang w:val="tr-TR"/>
        </w:rPr>
      </w:pPr>
      <w:r w:rsidRPr="008E2AAE">
        <w:rPr>
          <w:lang w:val="tr-TR"/>
        </w:rPr>
        <w:t>Sağlık alanlarında mesleki dil ve dijital kayıt/alan yazılımı ihtiyaçlarının değerlendirilmesi önerilir. Düşük puanlı üç madde öncelikli inceleme gündemi yapılmalı; hangi program, eğitim kaynağı veya hizmetin sorunla ilişkili olduğu görüşmelerle belirlenmelidir. Ankette ölçülmeyen bir hizmet yetersizliği gerçekleşmiş olay olarak kabul edilmemelidir.</w:t>
      </w:r>
    </w:p>
    <w:p w14:paraId="63EC4947" w14:textId="77777777" w:rsidR="00680C58" w:rsidRPr="008E2AAE" w:rsidRDefault="00000000" w:rsidP="008E2AAE">
      <w:pPr>
        <w:jc w:val="both"/>
        <w:rPr>
          <w:lang w:val="tr-TR"/>
        </w:rPr>
      </w:pPr>
      <w:r w:rsidRPr="008E2AAE">
        <w:rPr>
          <w:lang w:val="tr-TR"/>
        </w:rPr>
        <w:t>İşe geçiş boyutunda alan dışı çalışmanın nedenlerini ve sağlık alanına geçiş yollarını görüşmelerle inceleme önerilir. Faaliyetler ilgili fakülte/program yönetimi ile Kariyer Merkezi ve gerektiğinde diğer destek birimlerince planlanabilir. Çalışma beyanı bir işsizlik göstergesi değildir; takipte iş arama, eğitimine devam etme ve işe başlayabilme durumu ayrı sorulmalıdır.</w:t>
      </w:r>
    </w:p>
    <w:p w14:paraId="7AC416A2" w14:textId="77777777" w:rsidR="00680C58" w:rsidRPr="008E2AAE" w:rsidRDefault="00000000" w:rsidP="008E2AAE">
      <w:pPr>
        <w:jc w:val="both"/>
        <w:rPr>
          <w:lang w:val="tr-TR"/>
        </w:rPr>
      </w:pPr>
      <w:r w:rsidRPr="008E2AAE">
        <w:rPr>
          <w:lang w:val="tr-TR"/>
        </w:rPr>
        <w:t>Önerilen PUKÖ kaydı: ilk üç ay içinde birim kurulunda bulguların görüşülmesi; üç–altı ay içinde ihtiyaç analizi ve seçilen uygulamanın yürütülmesi; altı–on iki ay içinde aynı maddelerle tekrar ölçüm. Kontrol göstergeleri katılım/tamamlama, genel memnuniyet dağılımı, düşük sonuç veren üç maddenin puanları ve çalışanlarda alan uyumudur. Bu birimde tek yanıt toplam olumlu oranı 7,1 yüzde puan değiştirdiğinden hedef ve izlem yorumları kayıt sayısıyla birlikte yapılmalıdır.</w:t>
      </w:r>
    </w:p>
    <w:p w14:paraId="4FA54FFE" w14:textId="77777777" w:rsidR="00680C58" w:rsidRPr="008E2AAE" w:rsidRDefault="00000000" w:rsidP="008E2AAE">
      <w:pPr>
        <w:jc w:val="both"/>
        <w:rPr>
          <w:lang w:val="tr-TR"/>
        </w:rPr>
      </w:pPr>
      <w:r w:rsidRPr="008E2AAE">
        <w:rPr>
          <w:lang w:val="tr-TR"/>
        </w:rPr>
        <w:t>Bölüm düzeyine ilişkin kapsam: Beslenme ve diyetetik (4); Hemşirelik (4); Hemşirelik bölümü (1); hemşire (1); Beslenme ve Diyetetik (1). Bunlar serbest metindeki en sık beyanlardır; benzer bölüm adları birleştirilmediği için resmî program dağılımı veya program başarı sıralaması değildir. Özgün kayıt ve atama gerekçeleri Excel dosyasında bulunmaktadır.</w:t>
      </w:r>
    </w:p>
    <w:p w14:paraId="13FAA8F4" w14:textId="77777777" w:rsidR="00680C58" w:rsidRPr="008E2AAE" w:rsidRDefault="00000000" w:rsidP="008E2AAE">
      <w:pPr>
        <w:jc w:val="both"/>
        <w:rPr>
          <w:lang w:val="tr-TR"/>
        </w:rPr>
      </w:pPr>
      <w:r w:rsidRPr="008E2AAE">
        <w:rPr>
          <w:lang w:val="tr-TR"/>
        </w:rPr>
        <w:br w:type="page"/>
      </w:r>
    </w:p>
    <w:p w14:paraId="12305EC7" w14:textId="77777777" w:rsidR="00680C58" w:rsidRPr="008E2AAE" w:rsidRDefault="00000000" w:rsidP="008E2AAE">
      <w:pPr>
        <w:pStyle w:val="Balk1"/>
        <w:jc w:val="both"/>
        <w:rPr>
          <w:lang w:val="tr-TR"/>
        </w:rPr>
      </w:pPr>
      <w:r w:rsidRPr="008E2AAE">
        <w:rPr>
          <w:lang w:val="tr-TR"/>
        </w:rPr>
        <w:lastRenderedPageBreak/>
        <w:t>14.5. Sanat, Tasarım ve Mimarlık Fakültesi</w:t>
      </w:r>
    </w:p>
    <w:p w14:paraId="64B0AC5E" w14:textId="77777777" w:rsidR="00680C58" w:rsidRPr="008E2AAE" w:rsidRDefault="00000000" w:rsidP="008E2AAE">
      <w:pPr>
        <w:jc w:val="both"/>
        <w:rPr>
          <w:lang w:val="tr-TR"/>
        </w:rPr>
      </w:pPr>
      <w:r w:rsidRPr="008E2AAE">
        <w:rPr>
          <w:lang w:val="tr-TR"/>
        </w:rPr>
        <w:t>Kapsam: 11 geçerli kayıt; 11 yeni mezun, 0 geç mezun, 0 3 yıldan eski mezun. Bunların 11’i birim yanıtının standartlaştırılmasıyla, 0’i bölüm/program eşleştirmesiyle bu başlığa alınmıştır. Program türleri: Lisans 11.</w:t>
      </w:r>
    </w:p>
    <w:p w14:paraId="68D17534" w14:textId="77777777" w:rsidR="00680C58" w:rsidRPr="008E2AAE" w:rsidRDefault="00000000" w:rsidP="008E2AAE">
      <w:pPr>
        <w:jc w:val="both"/>
        <w:rPr>
          <w:lang w:val="tr-TR"/>
        </w:rPr>
      </w:pPr>
      <w:r w:rsidRPr="008E2AAE">
        <w:rPr>
          <w:lang w:val="tr-TR"/>
        </w:rPr>
        <w:t>Çalıştığını belirten 4 kayıt vardır (%36,4). Bunların 3’i alanıyla ilgili çalıştığını belirtmiştir; çalışanlar içindeki alan uyumu %75,0’dir. Çalışmadığını belirten kayıt sayısı 7’dir. Çalışmama ile alanında çalışma beyanı çelişen 3 kayıt alan uyumu payına alınmamıştır.</w:t>
      </w:r>
    </w:p>
    <w:p w14:paraId="468A2AAD" w14:textId="77777777" w:rsidR="00680C58" w:rsidRPr="008E2AAE" w:rsidRDefault="00000000" w:rsidP="008E2AAE">
      <w:pPr>
        <w:jc w:val="both"/>
        <w:rPr>
          <w:lang w:val="tr-TR"/>
        </w:rPr>
      </w:pPr>
      <w:r w:rsidRPr="008E2AAE">
        <w:rPr>
          <w:lang w:val="tr-TR"/>
        </w:rPr>
        <w:t>Genel eğitim memnuniyeti ortalaması 3,91/5’tir. Yanıt dağılımı 7 olumlu (%63,6), 2 orta (%18,2) ve 2 olumsuz (%18,2) şeklindedir. Ortalamanın tüm geçerli kayıt referansından farkı 0,21 puandır; bu fark betimsel olup kontrol edilmiş bir etki veya istatistiksel anlamlılık sonucu değildir.</w:t>
      </w:r>
    </w:p>
    <w:tbl>
      <w:tblPr>
        <w:tblStyle w:val="AkGlgeleme-Vurgu1"/>
        <w:tblW w:w="0" w:type="auto"/>
        <w:tblLook w:val="04A0" w:firstRow="1" w:lastRow="0" w:firstColumn="1" w:lastColumn="0" w:noHBand="0" w:noVBand="1"/>
      </w:tblPr>
      <w:tblGrid>
        <w:gridCol w:w="1704"/>
        <w:gridCol w:w="1704"/>
        <w:gridCol w:w="1704"/>
        <w:gridCol w:w="1704"/>
        <w:gridCol w:w="1704"/>
        <w:gridCol w:w="1704"/>
      </w:tblGrid>
      <w:tr w:rsidR="00680C58" w:rsidRPr="008E2AAE" w14:paraId="6F748FAB"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3D940012" w14:textId="77777777" w:rsidR="00680C58" w:rsidRPr="008E2AAE" w:rsidRDefault="00000000" w:rsidP="008E2AAE">
            <w:pPr>
              <w:jc w:val="both"/>
              <w:rPr>
                <w:lang w:val="tr-TR"/>
              </w:rPr>
            </w:pPr>
            <w:r w:rsidRPr="008E2AAE">
              <w:rPr>
                <w:sz w:val="16"/>
                <w:lang w:val="tr-TR"/>
              </w:rPr>
              <w:t>Kod</w:t>
            </w:r>
          </w:p>
        </w:tc>
        <w:tc>
          <w:tcPr>
            <w:tcW w:w="1704" w:type="dxa"/>
          </w:tcPr>
          <w:p w14:paraId="71D3887B"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Değerlendirme maddesi</w:t>
            </w:r>
          </w:p>
        </w:tc>
        <w:tc>
          <w:tcPr>
            <w:tcW w:w="1704" w:type="dxa"/>
          </w:tcPr>
          <w:p w14:paraId="5B27BDA2"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Ort.</w:t>
            </w:r>
          </w:p>
        </w:tc>
        <w:tc>
          <w:tcPr>
            <w:tcW w:w="1704" w:type="dxa"/>
          </w:tcPr>
          <w:p w14:paraId="1EA2DFB9"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Olumlu</w:t>
            </w:r>
          </w:p>
        </w:tc>
        <w:tc>
          <w:tcPr>
            <w:tcW w:w="1704" w:type="dxa"/>
          </w:tcPr>
          <w:p w14:paraId="696D76F3"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Orta</w:t>
            </w:r>
          </w:p>
        </w:tc>
        <w:tc>
          <w:tcPr>
            <w:tcW w:w="1704" w:type="dxa"/>
          </w:tcPr>
          <w:p w14:paraId="277931B4"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Olumsuz</w:t>
            </w:r>
          </w:p>
        </w:tc>
      </w:tr>
      <w:tr w:rsidR="00680C58" w:rsidRPr="008E2AAE" w14:paraId="08518226"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65B885AF" w14:textId="77777777" w:rsidR="00680C58" w:rsidRPr="008E2AAE" w:rsidRDefault="00000000" w:rsidP="008E2AAE">
            <w:pPr>
              <w:jc w:val="both"/>
              <w:rPr>
                <w:lang w:val="tr-TR"/>
              </w:rPr>
            </w:pPr>
            <w:r w:rsidRPr="008E2AAE">
              <w:rPr>
                <w:sz w:val="16"/>
                <w:lang w:val="tr-TR"/>
              </w:rPr>
              <w:t>M01</w:t>
            </w:r>
          </w:p>
        </w:tc>
        <w:tc>
          <w:tcPr>
            <w:tcW w:w="1704" w:type="dxa"/>
          </w:tcPr>
          <w:p w14:paraId="72ED806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Mezuniyet gururu</w:t>
            </w:r>
          </w:p>
        </w:tc>
        <w:tc>
          <w:tcPr>
            <w:tcW w:w="1704" w:type="dxa"/>
          </w:tcPr>
          <w:p w14:paraId="1C6517D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3,64</w:t>
            </w:r>
          </w:p>
        </w:tc>
        <w:tc>
          <w:tcPr>
            <w:tcW w:w="1704" w:type="dxa"/>
          </w:tcPr>
          <w:p w14:paraId="6D4F593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 (%63,6)</w:t>
            </w:r>
          </w:p>
        </w:tc>
        <w:tc>
          <w:tcPr>
            <w:tcW w:w="1704" w:type="dxa"/>
          </w:tcPr>
          <w:p w14:paraId="181E2D8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(%18,2)</w:t>
            </w:r>
          </w:p>
        </w:tc>
        <w:tc>
          <w:tcPr>
            <w:tcW w:w="1704" w:type="dxa"/>
          </w:tcPr>
          <w:p w14:paraId="58C4933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(%18,2)</w:t>
            </w:r>
          </w:p>
        </w:tc>
      </w:tr>
      <w:tr w:rsidR="00680C58" w:rsidRPr="008E2AAE" w14:paraId="359A397F"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39FAB05D" w14:textId="77777777" w:rsidR="00680C58" w:rsidRPr="008E2AAE" w:rsidRDefault="00000000" w:rsidP="008E2AAE">
            <w:pPr>
              <w:jc w:val="both"/>
              <w:rPr>
                <w:lang w:val="tr-TR"/>
              </w:rPr>
            </w:pPr>
            <w:r w:rsidRPr="008E2AAE">
              <w:rPr>
                <w:sz w:val="16"/>
                <w:lang w:val="tr-TR"/>
              </w:rPr>
              <w:t>M02</w:t>
            </w:r>
          </w:p>
        </w:tc>
        <w:tc>
          <w:tcPr>
            <w:tcW w:w="1704" w:type="dxa"/>
          </w:tcPr>
          <w:p w14:paraId="614CC15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Bilinçli üniversite tercihi</w:t>
            </w:r>
          </w:p>
        </w:tc>
        <w:tc>
          <w:tcPr>
            <w:tcW w:w="1704" w:type="dxa"/>
          </w:tcPr>
          <w:p w14:paraId="58A2137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3,64</w:t>
            </w:r>
          </w:p>
        </w:tc>
        <w:tc>
          <w:tcPr>
            <w:tcW w:w="1704" w:type="dxa"/>
          </w:tcPr>
          <w:p w14:paraId="5CD2063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8 (%72,7)</w:t>
            </w:r>
          </w:p>
        </w:tc>
        <w:tc>
          <w:tcPr>
            <w:tcW w:w="1704" w:type="dxa"/>
          </w:tcPr>
          <w:p w14:paraId="0046209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 (%0,0)</w:t>
            </w:r>
          </w:p>
        </w:tc>
        <w:tc>
          <w:tcPr>
            <w:tcW w:w="1704" w:type="dxa"/>
          </w:tcPr>
          <w:p w14:paraId="1D5DE15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(%27,3)</w:t>
            </w:r>
          </w:p>
        </w:tc>
      </w:tr>
      <w:tr w:rsidR="00680C58" w:rsidRPr="008E2AAE" w14:paraId="6A343D4E"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789C872A" w14:textId="77777777" w:rsidR="00680C58" w:rsidRPr="008E2AAE" w:rsidRDefault="00000000" w:rsidP="008E2AAE">
            <w:pPr>
              <w:jc w:val="both"/>
              <w:rPr>
                <w:lang w:val="tr-TR"/>
              </w:rPr>
            </w:pPr>
            <w:r w:rsidRPr="008E2AAE">
              <w:rPr>
                <w:sz w:val="16"/>
                <w:lang w:val="tr-TR"/>
              </w:rPr>
              <w:t>M03</w:t>
            </w:r>
          </w:p>
        </w:tc>
        <w:tc>
          <w:tcPr>
            <w:tcW w:w="1704" w:type="dxa"/>
          </w:tcPr>
          <w:p w14:paraId="27FA41C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Tercih öncesi program bilgisi</w:t>
            </w:r>
          </w:p>
        </w:tc>
        <w:tc>
          <w:tcPr>
            <w:tcW w:w="1704" w:type="dxa"/>
          </w:tcPr>
          <w:p w14:paraId="46BA624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4,45</w:t>
            </w:r>
          </w:p>
        </w:tc>
        <w:tc>
          <w:tcPr>
            <w:tcW w:w="1704" w:type="dxa"/>
          </w:tcPr>
          <w:p w14:paraId="775A439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 (%90,9)</w:t>
            </w:r>
          </w:p>
        </w:tc>
        <w:tc>
          <w:tcPr>
            <w:tcW w:w="1704" w:type="dxa"/>
          </w:tcPr>
          <w:p w14:paraId="5CDF0DD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 (%0,0)</w:t>
            </w:r>
          </w:p>
        </w:tc>
        <w:tc>
          <w:tcPr>
            <w:tcW w:w="1704" w:type="dxa"/>
          </w:tcPr>
          <w:p w14:paraId="74227D7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(%9,1)</w:t>
            </w:r>
          </w:p>
        </w:tc>
      </w:tr>
      <w:tr w:rsidR="00680C58" w:rsidRPr="008E2AAE" w14:paraId="48126BAA"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7120DBEF" w14:textId="77777777" w:rsidR="00680C58" w:rsidRPr="008E2AAE" w:rsidRDefault="00000000" w:rsidP="008E2AAE">
            <w:pPr>
              <w:jc w:val="both"/>
              <w:rPr>
                <w:lang w:val="tr-TR"/>
              </w:rPr>
            </w:pPr>
            <w:r w:rsidRPr="008E2AAE">
              <w:rPr>
                <w:sz w:val="16"/>
                <w:lang w:val="tr-TR"/>
              </w:rPr>
              <w:t>M04</w:t>
            </w:r>
          </w:p>
        </w:tc>
        <w:tc>
          <w:tcPr>
            <w:tcW w:w="1704" w:type="dxa"/>
          </w:tcPr>
          <w:p w14:paraId="14A250A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Eğitim düzeyinin yeterliliği</w:t>
            </w:r>
          </w:p>
        </w:tc>
        <w:tc>
          <w:tcPr>
            <w:tcW w:w="1704" w:type="dxa"/>
          </w:tcPr>
          <w:p w14:paraId="31FD78B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4,18</w:t>
            </w:r>
          </w:p>
        </w:tc>
        <w:tc>
          <w:tcPr>
            <w:tcW w:w="1704" w:type="dxa"/>
          </w:tcPr>
          <w:p w14:paraId="640D51C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8 (%72,7)</w:t>
            </w:r>
          </w:p>
        </w:tc>
        <w:tc>
          <w:tcPr>
            <w:tcW w:w="1704" w:type="dxa"/>
          </w:tcPr>
          <w:p w14:paraId="6E075A2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(%27,3)</w:t>
            </w:r>
          </w:p>
        </w:tc>
        <w:tc>
          <w:tcPr>
            <w:tcW w:w="1704" w:type="dxa"/>
          </w:tcPr>
          <w:p w14:paraId="2B1B0EC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 (%0,0)</w:t>
            </w:r>
          </w:p>
        </w:tc>
      </w:tr>
      <w:tr w:rsidR="00680C58" w:rsidRPr="008E2AAE" w14:paraId="33B916EF"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05B93945" w14:textId="77777777" w:rsidR="00680C58" w:rsidRPr="008E2AAE" w:rsidRDefault="00000000" w:rsidP="008E2AAE">
            <w:pPr>
              <w:jc w:val="both"/>
              <w:rPr>
                <w:lang w:val="tr-TR"/>
              </w:rPr>
            </w:pPr>
            <w:r w:rsidRPr="008E2AAE">
              <w:rPr>
                <w:sz w:val="16"/>
                <w:lang w:val="tr-TR"/>
              </w:rPr>
              <w:t>M05</w:t>
            </w:r>
          </w:p>
        </w:tc>
        <w:tc>
          <w:tcPr>
            <w:tcW w:w="1704" w:type="dxa"/>
          </w:tcPr>
          <w:p w14:paraId="2DD6BDB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Sunulan olanakların yeterliliği</w:t>
            </w:r>
          </w:p>
        </w:tc>
        <w:tc>
          <w:tcPr>
            <w:tcW w:w="1704" w:type="dxa"/>
          </w:tcPr>
          <w:p w14:paraId="223A0C4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3,36</w:t>
            </w:r>
          </w:p>
        </w:tc>
        <w:tc>
          <w:tcPr>
            <w:tcW w:w="1704" w:type="dxa"/>
          </w:tcPr>
          <w:p w14:paraId="27F5A2A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(%45,5)</w:t>
            </w:r>
          </w:p>
        </w:tc>
        <w:tc>
          <w:tcPr>
            <w:tcW w:w="1704" w:type="dxa"/>
          </w:tcPr>
          <w:p w14:paraId="156D0C7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(%27,3)</w:t>
            </w:r>
          </w:p>
        </w:tc>
        <w:tc>
          <w:tcPr>
            <w:tcW w:w="1704" w:type="dxa"/>
          </w:tcPr>
          <w:p w14:paraId="13836B5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(%27,3)</w:t>
            </w:r>
          </w:p>
        </w:tc>
      </w:tr>
      <w:tr w:rsidR="00680C58" w:rsidRPr="008E2AAE" w14:paraId="3F0521C6"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5EB1A91C" w14:textId="77777777" w:rsidR="00680C58" w:rsidRPr="008E2AAE" w:rsidRDefault="00000000" w:rsidP="008E2AAE">
            <w:pPr>
              <w:jc w:val="both"/>
              <w:rPr>
                <w:lang w:val="tr-TR"/>
              </w:rPr>
            </w:pPr>
            <w:r w:rsidRPr="008E2AAE">
              <w:rPr>
                <w:sz w:val="16"/>
                <w:lang w:val="tr-TR"/>
              </w:rPr>
              <w:t>M06</w:t>
            </w:r>
          </w:p>
        </w:tc>
        <w:tc>
          <w:tcPr>
            <w:tcW w:w="1704" w:type="dxa"/>
          </w:tcPr>
          <w:p w14:paraId="60B192A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Alan bilgisini kullanma becerisi</w:t>
            </w:r>
          </w:p>
        </w:tc>
        <w:tc>
          <w:tcPr>
            <w:tcW w:w="1704" w:type="dxa"/>
          </w:tcPr>
          <w:p w14:paraId="1753F7B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4,09</w:t>
            </w:r>
          </w:p>
        </w:tc>
        <w:tc>
          <w:tcPr>
            <w:tcW w:w="1704" w:type="dxa"/>
          </w:tcPr>
          <w:p w14:paraId="0B52382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8 (%72,7)</w:t>
            </w:r>
          </w:p>
        </w:tc>
        <w:tc>
          <w:tcPr>
            <w:tcW w:w="1704" w:type="dxa"/>
          </w:tcPr>
          <w:p w14:paraId="6C4073B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(%9,1)</w:t>
            </w:r>
          </w:p>
        </w:tc>
        <w:tc>
          <w:tcPr>
            <w:tcW w:w="1704" w:type="dxa"/>
          </w:tcPr>
          <w:p w14:paraId="7FA383D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(%18,2)</w:t>
            </w:r>
          </w:p>
        </w:tc>
      </w:tr>
      <w:tr w:rsidR="00680C58" w:rsidRPr="008E2AAE" w14:paraId="082AC615"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42ED86F7" w14:textId="77777777" w:rsidR="00680C58" w:rsidRPr="008E2AAE" w:rsidRDefault="00000000" w:rsidP="008E2AAE">
            <w:pPr>
              <w:jc w:val="both"/>
              <w:rPr>
                <w:lang w:val="tr-TR"/>
              </w:rPr>
            </w:pPr>
            <w:r w:rsidRPr="008E2AAE">
              <w:rPr>
                <w:sz w:val="16"/>
                <w:lang w:val="tr-TR"/>
              </w:rPr>
              <w:t>M07</w:t>
            </w:r>
          </w:p>
        </w:tc>
        <w:tc>
          <w:tcPr>
            <w:tcW w:w="1704" w:type="dxa"/>
          </w:tcPr>
          <w:p w14:paraId="2D5F89F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hayatına yönelik danışmanlık</w:t>
            </w:r>
          </w:p>
        </w:tc>
        <w:tc>
          <w:tcPr>
            <w:tcW w:w="1704" w:type="dxa"/>
          </w:tcPr>
          <w:p w14:paraId="453DD46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3,64</w:t>
            </w:r>
          </w:p>
        </w:tc>
        <w:tc>
          <w:tcPr>
            <w:tcW w:w="1704" w:type="dxa"/>
          </w:tcPr>
          <w:p w14:paraId="700B3CC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 (%63,6)</w:t>
            </w:r>
          </w:p>
        </w:tc>
        <w:tc>
          <w:tcPr>
            <w:tcW w:w="1704" w:type="dxa"/>
          </w:tcPr>
          <w:p w14:paraId="7A28713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(%9,1)</w:t>
            </w:r>
          </w:p>
        </w:tc>
        <w:tc>
          <w:tcPr>
            <w:tcW w:w="1704" w:type="dxa"/>
          </w:tcPr>
          <w:p w14:paraId="7C8B543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(%27,3)</w:t>
            </w:r>
          </w:p>
        </w:tc>
      </w:tr>
      <w:tr w:rsidR="00680C58" w:rsidRPr="008E2AAE" w14:paraId="4E9378ED"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6BFDD018" w14:textId="77777777" w:rsidR="00680C58" w:rsidRPr="008E2AAE" w:rsidRDefault="00000000" w:rsidP="008E2AAE">
            <w:pPr>
              <w:jc w:val="both"/>
              <w:rPr>
                <w:lang w:val="tr-TR"/>
              </w:rPr>
            </w:pPr>
            <w:r w:rsidRPr="008E2AAE">
              <w:rPr>
                <w:sz w:val="16"/>
                <w:lang w:val="tr-TR"/>
              </w:rPr>
              <w:t>M08</w:t>
            </w:r>
          </w:p>
        </w:tc>
        <w:tc>
          <w:tcPr>
            <w:tcW w:w="1704" w:type="dxa"/>
          </w:tcPr>
          <w:p w14:paraId="032518F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Bilgiye ulaşma ve araştırma</w:t>
            </w:r>
          </w:p>
        </w:tc>
        <w:tc>
          <w:tcPr>
            <w:tcW w:w="1704" w:type="dxa"/>
          </w:tcPr>
          <w:p w14:paraId="413B72F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3,82</w:t>
            </w:r>
          </w:p>
        </w:tc>
        <w:tc>
          <w:tcPr>
            <w:tcW w:w="1704" w:type="dxa"/>
          </w:tcPr>
          <w:p w14:paraId="20B5CF7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 (%63,6)</w:t>
            </w:r>
          </w:p>
        </w:tc>
        <w:tc>
          <w:tcPr>
            <w:tcW w:w="1704" w:type="dxa"/>
          </w:tcPr>
          <w:p w14:paraId="79E4C40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(%18,2)</w:t>
            </w:r>
          </w:p>
        </w:tc>
        <w:tc>
          <w:tcPr>
            <w:tcW w:w="1704" w:type="dxa"/>
          </w:tcPr>
          <w:p w14:paraId="5840F21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(%18,2)</w:t>
            </w:r>
          </w:p>
        </w:tc>
      </w:tr>
      <w:tr w:rsidR="00680C58" w:rsidRPr="008E2AAE" w14:paraId="7F25C9BF"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0A92F484" w14:textId="77777777" w:rsidR="00680C58" w:rsidRPr="008E2AAE" w:rsidRDefault="00000000" w:rsidP="008E2AAE">
            <w:pPr>
              <w:jc w:val="both"/>
              <w:rPr>
                <w:lang w:val="tr-TR"/>
              </w:rPr>
            </w:pPr>
            <w:r w:rsidRPr="008E2AAE">
              <w:rPr>
                <w:sz w:val="16"/>
                <w:lang w:val="tr-TR"/>
              </w:rPr>
              <w:t>M09</w:t>
            </w:r>
          </w:p>
        </w:tc>
        <w:tc>
          <w:tcPr>
            <w:tcW w:w="1704" w:type="dxa"/>
          </w:tcPr>
          <w:p w14:paraId="42BB2C5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İletişim becerileri</w:t>
            </w:r>
          </w:p>
        </w:tc>
        <w:tc>
          <w:tcPr>
            <w:tcW w:w="1704" w:type="dxa"/>
          </w:tcPr>
          <w:p w14:paraId="219FFA6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4,18</w:t>
            </w:r>
          </w:p>
        </w:tc>
        <w:tc>
          <w:tcPr>
            <w:tcW w:w="1704" w:type="dxa"/>
          </w:tcPr>
          <w:p w14:paraId="1155957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9 (%81,8)</w:t>
            </w:r>
          </w:p>
        </w:tc>
        <w:tc>
          <w:tcPr>
            <w:tcW w:w="1704" w:type="dxa"/>
          </w:tcPr>
          <w:p w14:paraId="1B52ABA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(%9,1)</w:t>
            </w:r>
          </w:p>
        </w:tc>
        <w:tc>
          <w:tcPr>
            <w:tcW w:w="1704" w:type="dxa"/>
          </w:tcPr>
          <w:p w14:paraId="4D8EECF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(%9,1)</w:t>
            </w:r>
          </w:p>
        </w:tc>
      </w:tr>
      <w:tr w:rsidR="00680C58" w:rsidRPr="008E2AAE" w14:paraId="5E2F6CEB"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67B9948D" w14:textId="77777777" w:rsidR="00680C58" w:rsidRPr="008E2AAE" w:rsidRDefault="00000000" w:rsidP="008E2AAE">
            <w:pPr>
              <w:jc w:val="both"/>
              <w:rPr>
                <w:lang w:val="tr-TR"/>
              </w:rPr>
            </w:pPr>
            <w:r w:rsidRPr="008E2AAE">
              <w:rPr>
                <w:sz w:val="16"/>
                <w:lang w:val="tr-TR"/>
              </w:rPr>
              <w:t>M10</w:t>
            </w:r>
          </w:p>
        </w:tc>
        <w:tc>
          <w:tcPr>
            <w:tcW w:w="1704" w:type="dxa"/>
          </w:tcPr>
          <w:p w14:paraId="5584E24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Etik ve mesleki sorumluluk</w:t>
            </w:r>
          </w:p>
        </w:tc>
        <w:tc>
          <w:tcPr>
            <w:tcW w:w="1704" w:type="dxa"/>
          </w:tcPr>
          <w:p w14:paraId="65E99DB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4,36</w:t>
            </w:r>
          </w:p>
        </w:tc>
        <w:tc>
          <w:tcPr>
            <w:tcW w:w="1704" w:type="dxa"/>
          </w:tcPr>
          <w:p w14:paraId="4E53C90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8 (%72,7)</w:t>
            </w:r>
          </w:p>
        </w:tc>
        <w:tc>
          <w:tcPr>
            <w:tcW w:w="1704" w:type="dxa"/>
          </w:tcPr>
          <w:p w14:paraId="7F54B63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(%27,3)</w:t>
            </w:r>
          </w:p>
        </w:tc>
        <w:tc>
          <w:tcPr>
            <w:tcW w:w="1704" w:type="dxa"/>
          </w:tcPr>
          <w:p w14:paraId="6FDF223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 (%0,0)</w:t>
            </w:r>
          </w:p>
        </w:tc>
      </w:tr>
      <w:tr w:rsidR="00680C58" w:rsidRPr="008E2AAE" w14:paraId="19E80B8B"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5C725959" w14:textId="77777777" w:rsidR="00680C58" w:rsidRPr="008E2AAE" w:rsidRDefault="00000000" w:rsidP="008E2AAE">
            <w:pPr>
              <w:jc w:val="both"/>
              <w:rPr>
                <w:lang w:val="tr-TR"/>
              </w:rPr>
            </w:pPr>
            <w:r w:rsidRPr="008E2AAE">
              <w:rPr>
                <w:sz w:val="16"/>
                <w:lang w:val="tr-TR"/>
              </w:rPr>
              <w:t>M11</w:t>
            </w:r>
          </w:p>
        </w:tc>
        <w:tc>
          <w:tcPr>
            <w:tcW w:w="1704" w:type="dxa"/>
          </w:tcPr>
          <w:p w14:paraId="29DA8D5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Mesleki yabancı dil</w:t>
            </w:r>
          </w:p>
        </w:tc>
        <w:tc>
          <w:tcPr>
            <w:tcW w:w="1704" w:type="dxa"/>
          </w:tcPr>
          <w:p w14:paraId="406D0C8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3,00</w:t>
            </w:r>
          </w:p>
        </w:tc>
        <w:tc>
          <w:tcPr>
            <w:tcW w:w="1704" w:type="dxa"/>
          </w:tcPr>
          <w:p w14:paraId="3287AE8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(%45,5)</w:t>
            </w:r>
          </w:p>
        </w:tc>
        <w:tc>
          <w:tcPr>
            <w:tcW w:w="1704" w:type="dxa"/>
          </w:tcPr>
          <w:p w14:paraId="1A3E5B9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 (%0,0)</w:t>
            </w:r>
          </w:p>
        </w:tc>
        <w:tc>
          <w:tcPr>
            <w:tcW w:w="1704" w:type="dxa"/>
          </w:tcPr>
          <w:p w14:paraId="654B6ED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 (%54,5)</w:t>
            </w:r>
          </w:p>
        </w:tc>
      </w:tr>
      <w:tr w:rsidR="00680C58" w:rsidRPr="008E2AAE" w14:paraId="68FDC5EF"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760F9A60" w14:textId="77777777" w:rsidR="00680C58" w:rsidRPr="008E2AAE" w:rsidRDefault="00000000" w:rsidP="008E2AAE">
            <w:pPr>
              <w:jc w:val="both"/>
              <w:rPr>
                <w:lang w:val="tr-TR"/>
              </w:rPr>
            </w:pPr>
            <w:r w:rsidRPr="008E2AAE">
              <w:rPr>
                <w:sz w:val="16"/>
                <w:lang w:val="tr-TR"/>
              </w:rPr>
              <w:t>M12</w:t>
            </w:r>
          </w:p>
        </w:tc>
        <w:tc>
          <w:tcPr>
            <w:tcW w:w="1704" w:type="dxa"/>
          </w:tcPr>
          <w:p w14:paraId="4FA24EA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Bilgisayar kullanma yetkinliği</w:t>
            </w:r>
          </w:p>
        </w:tc>
        <w:tc>
          <w:tcPr>
            <w:tcW w:w="1704" w:type="dxa"/>
          </w:tcPr>
          <w:p w14:paraId="20AF7D2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4,18</w:t>
            </w:r>
          </w:p>
        </w:tc>
        <w:tc>
          <w:tcPr>
            <w:tcW w:w="1704" w:type="dxa"/>
          </w:tcPr>
          <w:p w14:paraId="07606AD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8 (%72,7)</w:t>
            </w:r>
          </w:p>
        </w:tc>
        <w:tc>
          <w:tcPr>
            <w:tcW w:w="1704" w:type="dxa"/>
          </w:tcPr>
          <w:p w14:paraId="18EFFD7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(%18,2)</w:t>
            </w:r>
          </w:p>
        </w:tc>
        <w:tc>
          <w:tcPr>
            <w:tcW w:w="1704" w:type="dxa"/>
          </w:tcPr>
          <w:p w14:paraId="49DAC67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(%9,1)</w:t>
            </w:r>
          </w:p>
        </w:tc>
      </w:tr>
      <w:tr w:rsidR="00680C58" w:rsidRPr="008E2AAE" w14:paraId="06BBDF39"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6A9F4CD2" w14:textId="77777777" w:rsidR="00680C58" w:rsidRPr="008E2AAE" w:rsidRDefault="00000000" w:rsidP="008E2AAE">
            <w:pPr>
              <w:jc w:val="both"/>
              <w:rPr>
                <w:lang w:val="tr-TR"/>
              </w:rPr>
            </w:pPr>
            <w:r w:rsidRPr="008E2AAE">
              <w:rPr>
                <w:sz w:val="16"/>
                <w:lang w:val="tr-TR"/>
              </w:rPr>
              <w:t>M13</w:t>
            </w:r>
          </w:p>
        </w:tc>
        <w:tc>
          <w:tcPr>
            <w:tcW w:w="1704" w:type="dxa"/>
          </w:tcPr>
          <w:p w14:paraId="7C52FCD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dünyasında mezunlara tutum</w:t>
            </w:r>
          </w:p>
        </w:tc>
        <w:tc>
          <w:tcPr>
            <w:tcW w:w="1704" w:type="dxa"/>
          </w:tcPr>
          <w:p w14:paraId="16B9A05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3,09</w:t>
            </w:r>
          </w:p>
        </w:tc>
        <w:tc>
          <w:tcPr>
            <w:tcW w:w="1704" w:type="dxa"/>
          </w:tcPr>
          <w:p w14:paraId="6A47F45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(%36,4)</w:t>
            </w:r>
          </w:p>
        </w:tc>
        <w:tc>
          <w:tcPr>
            <w:tcW w:w="1704" w:type="dxa"/>
          </w:tcPr>
          <w:p w14:paraId="657611F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(%27,3)</w:t>
            </w:r>
          </w:p>
        </w:tc>
        <w:tc>
          <w:tcPr>
            <w:tcW w:w="1704" w:type="dxa"/>
          </w:tcPr>
          <w:p w14:paraId="7D9CE2F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(%36,4)</w:t>
            </w:r>
          </w:p>
        </w:tc>
      </w:tr>
      <w:tr w:rsidR="00680C58" w:rsidRPr="008E2AAE" w14:paraId="4C275293"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706F37BD" w14:textId="77777777" w:rsidR="00680C58" w:rsidRPr="008E2AAE" w:rsidRDefault="00000000" w:rsidP="008E2AAE">
            <w:pPr>
              <w:jc w:val="both"/>
              <w:rPr>
                <w:lang w:val="tr-TR"/>
              </w:rPr>
            </w:pPr>
            <w:r w:rsidRPr="008E2AAE">
              <w:rPr>
                <w:sz w:val="16"/>
                <w:lang w:val="tr-TR"/>
              </w:rPr>
              <w:t>M14</w:t>
            </w:r>
          </w:p>
        </w:tc>
        <w:tc>
          <w:tcPr>
            <w:tcW w:w="1704" w:type="dxa"/>
          </w:tcPr>
          <w:p w14:paraId="75BA4A0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Genel eğitim memnuniyeti</w:t>
            </w:r>
          </w:p>
        </w:tc>
        <w:tc>
          <w:tcPr>
            <w:tcW w:w="1704" w:type="dxa"/>
          </w:tcPr>
          <w:p w14:paraId="06B74F8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3,91</w:t>
            </w:r>
          </w:p>
        </w:tc>
        <w:tc>
          <w:tcPr>
            <w:tcW w:w="1704" w:type="dxa"/>
          </w:tcPr>
          <w:p w14:paraId="4173C00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 (%63,6)</w:t>
            </w:r>
          </w:p>
        </w:tc>
        <w:tc>
          <w:tcPr>
            <w:tcW w:w="1704" w:type="dxa"/>
          </w:tcPr>
          <w:p w14:paraId="109B4E7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(%18,2)</w:t>
            </w:r>
          </w:p>
        </w:tc>
        <w:tc>
          <w:tcPr>
            <w:tcW w:w="1704" w:type="dxa"/>
          </w:tcPr>
          <w:p w14:paraId="311D4D3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(%18,2)</w:t>
            </w:r>
          </w:p>
        </w:tc>
      </w:tr>
      <w:tr w:rsidR="00680C58" w:rsidRPr="008E2AAE" w14:paraId="0CF250E0"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1B97C252" w14:textId="77777777" w:rsidR="00680C58" w:rsidRPr="008E2AAE" w:rsidRDefault="00000000" w:rsidP="008E2AAE">
            <w:pPr>
              <w:jc w:val="both"/>
              <w:rPr>
                <w:lang w:val="tr-TR"/>
              </w:rPr>
            </w:pPr>
            <w:r w:rsidRPr="008E2AAE">
              <w:rPr>
                <w:sz w:val="16"/>
                <w:lang w:val="tr-TR"/>
              </w:rPr>
              <w:t>M15</w:t>
            </w:r>
          </w:p>
        </w:tc>
        <w:tc>
          <w:tcPr>
            <w:tcW w:w="1704" w:type="dxa"/>
          </w:tcPr>
          <w:p w14:paraId="2806935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Üniversiteyi tekrar seçme</w:t>
            </w:r>
          </w:p>
        </w:tc>
        <w:tc>
          <w:tcPr>
            <w:tcW w:w="1704" w:type="dxa"/>
          </w:tcPr>
          <w:p w14:paraId="1F502CE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3,18</w:t>
            </w:r>
          </w:p>
        </w:tc>
        <w:tc>
          <w:tcPr>
            <w:tcW w:w="1704" w:type="dxa"/>
          </w:tcPr>
          <w:p w14:paraId="61D6824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 (%54,5)</w:t>
            </w:r>
          </w:p>
        </w:tc>
        <w:tc>
          <w:tcPr>
            <w:tcW w:w="1704" w:type="dxa"/>
          </w:tcPr>
          <w:p w14:paraId="7D502BF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(%9,1)</w:t>
            </w:r>
          </w:p>
        </w:tc>
        <w:tc>
          <w:tcPr>
            <w:tcW w:w="1704" w:type="dxa"/>
          </w:tcPr>
          <w:p w14:paraId="07B3849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(%36,4)</w:t>
            </w:r>
          </w:p>
        </w:tc>
      </w:tr>
      <w:tr w:rsidR="00680C58" w:rsidRPr="008E2AAE" w14:paraId="50E3C281"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471567CF" w14:textId="77777777" w:rsidR="00680C58" w:rsidRPr="008E2AAE" w:rsidRDefault="00000000" w:rsidP="008E2AAE">
            <w:pPr>
              <w:jc w:val="both"/>
              <w:rPr>
                <w:lang w:val="tr-TR"/>
              </w:rPr>
            </w:pPr>
            <w:r w:rsidRPr="008E2AAE">
              <w:rPr>
                <w:sz w:val="16"/>
                <w:lang w:val="tr-TR"/>
              </w:rPr>
              <w:t>M16</w:t>
            </w:r>
          </w:p>
        </w:tc>
        <w:tc>
          <w:tcPr>
            <w:tcW w:w="1704" w:type="dxa"/>
          </w:tcPr>
          <w:p w14:paraId="1B3C402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Bölümü tekrar seçme</w:t>
            </w:r>
          </w:p>
        </w:tc>
        <w:tc>
          <w:tcPr>
            <w:tcW w:w="1704" w:type="dxa"/>
          </w:tcPr>
          <w:p w14:paraId="7175C45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4,55</w:t>
            </w:r>
          </w:p>
        </w:tc>
        <w:tc>
          <w:tcPr>
            <w:tcW w:w="1704" w:type="dxa"/>
          </w:tcPr>
          <w:p w14:paraId="4DFB772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9 (%81,8)</w:t>
            </w:r>
          </w:p>
        </w:tc>
        <w:tc>
          <w:tcPr>
            <w:tcW w:w="1704" w:type="dxa"/>
          </w:tcPr>
          <w:p w14:paraId="4317231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(%9,1)</w:t>
            </w:r>
          </w:p>
        </w:tc>
        <w:tc>
          <w:tcPr>
            <w:tcW w:w="1704" w:type="dxa"/>
          </w:tcPr>
          <w:p w14:paraId="69AA9A0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(%9,1)</w:t>
            </w:r>
          </w:p>
        </w:tc>
      </w:tr>
      <w:tr w:rsidR="00680C58" w:rsidRPr="008E2AAE" w14:paraId="1185EDFA"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4CA99F09" w14:textId="77777777" w:rsidR="00680C58" w:rsidRPr="008E2AAE" w:rsidRDefault="00000000" w:rsidP="008E2AAE">
            <w:pPr>
              <w:jc w:val="both"/>
              <w:rPr>
                <w:lang w:val="tr-TR"/>
              </w:rPr>
            </w:pPr>
            <w:r w:rsidRPr="008E2AAE">
              <w:rPr>
                <w:sz w:val="16"/>
                <w:lang w:val="tr-TR"/>
              </w:rPr>
              <w:t>M17</w:t>
            </w:r>
          </w:p>
        </w:tc>
        <w:tc>
          <w:tcPr>
            <w:tcW w:w="1704" w:type="dxa"/>
          </w:tcPr>
          <w:p w14:paraId="224703B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Üniversiteyi tavsiye etme</w:t>
            </w:r>
          </w:p>
        </w:tc>
        <w:tc>
          <w:tcPr>
            <w:tcW w:w="1704" w:type="dxa"/>
          </w:tcPr>
          <w:p w14:paraId="19678A4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3,18</w:t>
            </w:r>
          </w:p>
        </w:tc>
        <w:tc>
          <w:tcPr>
            <w:tcW w:w="1704" w:type="dxa"/>
          </w:tcPr>
          <w:p w14:paraId="3431BCF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(%36,4)</w:t>
            </w:r>
          </w:p>
        </w:tc>
        <w:tc>
          <w:tcPr>
            <w:tcW w:w="1704" w:type="dxa"/>
          </w:tcPr>
          <w:p w14:paraId="732AEF0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(%36,4)</w:t>
            </w:r>
          </w:p>
        </w:tc>
        <w:tc>
          <w:tcPr>
            <w:tcW w:w="1704" w:type="dxa"/>
          </w:tcPr>
          <w:p w14:paraId="51219CB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(%27,3)</w:t>
            </w:r>
          </w:p>
        </w:tc>
      </w:tr>
    </w:tbl>
    <w:p w14:paraId="5A074CF6" w14:textId="77777777" w:rsidR="00680C58" w:rsidRPr="008E2AAE" w:rsidRDefault="00000000" w:rsidP="008E2AAE">
      <w:pPr>
        <w:pStyle w:val="Balk1"/>
        <w:jc w:val="both"/>
        <w:rPr>
          <w:lang w:val="tr-TR"/>
        </w:rPr>
      </w:pPr>
      <w:r w:rsidRPr="008E2AAE">
        <w:rPr>
          <w:lang w:val="tr-TR"/>
        </w:rPr>
        <w:t>Güçlü alanlar ve geliştirme ihtiyaçları</w:t>
      </w:r>
    </w:p>
    <w:p w14:paraId="65205B99" w14:textId="77777777" w:rsidR="00680C58" w:rsidRPr="008E2AAE" w:rsidRDefault="00000000" w:rsidP="008E2AAE">
      <w:pPr>
        <w:jc w:val="both"/>
        <w:rPr>
          <w:lang w:val="tr-TR"/>
        </w:rPr>
      </w:pPr>
      <w:r w:rsidRPr="008E2AAE">
        <w:rPr>
          <w:lang w:val="tr-TR"/>
        </w:rPr>
        <w:t>Birim içinde en yüksek ortalamalı üç madde: Bölümü tekrar seçme (4,55/5; %81,8 olumlu); Tercih öncesi program bilgisi (4,45/5; %90,9 olumlu); Etik ve mesleki sorumluluk (4,36/5; %72,7 olumlu). Bu sıralama yalnızca bu birimin katılımcı yanıtları içindedir; eşit veya yakın puanlar arasında güçlü üstünlük çıkarımı yapılmamalıdır.</w:t>
      </w:r>
    </w:p>
    <w:p w14:paraId="2566DB71" w14:textId="77777777" w:rsidR="00680C58" w:rsidRPr="008E2AAE" w:rsidRDefault="00000000" w:rsidP="008E2AAE">
      <w:pPr>
        <w:jc w:val="both"/>
        <w:rPr>
          <w:lang w:val="tr-TR"/>
        </w:rPr>
      </w:pPr>
      <w:r w:rsidRPr="008E2AAE">
        <w:rPr>
          <w:lang w:val="tr-TR"/>
        </w:rPr>
        <w:lastRenderedPageBreak/>
        <w:t>En düşük ortalamalı üç madde: Mesleki yabancı dil (3,00/5; %45,5 olumlu); İş dünyasında mezunlara tutum (3,09/5; %36,4 olumlu); Üniversiteyi tavsiye etme (3,18/5; %36,4 olumlu). Bu sonuçların nedenleri ankette açık uçlu soru olmadığından doğrudan bilinmemektedir. İlgili maddeler odak görüşmesi veya kısa takip sorularıyla ayrıntılandırılmalıdır.</w:t>
      </w:r>
    </w:p>
    <w:p w14:paraId="75FD563D" w14:textId="77777777" w:rsidR="00680C58" w:rsidRPr="008E2AAE" w:rsidRDefault="00000000" w:rsidP="008E2AAE">
      <w:pPr>
        <w:pStyle w:val="Balk1"/>
        <w:jc w:val="both"/>
        <w:rPr>
          <w:lang w:val="tr-TR"/>
        </w:rPr>
      </w:pPr>
      <w:r w:rsidRPr="008E2AAE">
        <w:rPr>
          <w:lang w:val="tr-TR"/>
        </w:rPr>
        <w:t>Yeni–geç mezun sonuçları</w:t>
      </w:r>
    </w:p>
    <w:tbl>
      <w:tblPr>
        <w:tblStyle w:val="AkGlgeleme-Vurgu1"/>
        <w:tblW w:w="0" w:type="auto"/>
        <w:tblLook w:val="04A0" w:firstRow="1" w:lastRow="0" w:firstColumn="1" w:lastColumn="0" w:noHBand="0" w:noVBand="1"/>
      </w:tblPr>
      <w:tblGrid>
        <w:gridCol w:w="1704"/>
        <w:gridCol w:w="1704"/>
        <w:gridCol w:w="1704"/>
        <w:gridCol w:w="1704"/>
        <w:gridCol w:w="1704"/>
        <w:gridCol w:w="1704"/>
      </w:tblGrid>
      <w:tr w:rsidR="00680C58" w:rsidRPr="008E2AAE" w14:paraId="387EE2CD"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12E25A59" w14:textId="77777777" w:rsidR="00680C58" w:rsidRPr="008E2AAE" w:rsidRDefault="00000000" w:rsidP="008E2AAE">
            <w:pPr>
              <w:jc w:val="both"/>
              <w:rPr>
                <w:lang w:val="tr-TR"/>
              </w:rPr>
            </w:pPr>
            <w:r w:rsidRPr="008E2AAE">
              <w:rPr>
                <w:sz w:val="16"/>
                <w:lang w:val="tr-TR"/>
              </w:rPr>
              <w:t>Grup</w:t>
            </w:r>
          </w:p>
        </w:tc>
        <w:tc>
          <w:tcPr>
            <w:tcW w:w="1704" w:type="dxa"/>
          </w:tcPr>
          <w:p w14:paraId="10B0C94C"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proofErr w:type="gramStart"/>
            <w:r w:rsidRPr="008E2AAE">
              <w:rPr>
                <w:sz w:val="16"/>
                <w:lang w:val="tr-TR"/>
              </w:rPr>
              <w:t>n</w:t>
            </w:r>
            <w:proofErr w:type="gramEnd"/>
          </w:p>
        </w:tc>
        <w:tc>
          <w:tcPr>
            <w:tcW w:w="1704" w:type="dxa"/>
          </w:tcPr>
          <w:p w14:paraId="69272E97"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 xml:space="preserve">Genel </w:t>
            </w:r>
            <w:proofErr w:type="spellStart"/>
            <w:r w:rsidRPr="008E2AAE">
              <w:rPr>
                <w:sz w:val="16"/>
                <w:lang w:val="tr-TR"/>
              </w:rPr>
              <w:t>mem</w:t>
            </w:r>
            <w:proofErr w:type="spellEnd"/>
            <w:r w:rsidRPr="008E2AAE">
              <w:rPr>
                <w:sz w:val="16"/>
                <w:lang w:val="tr-TR"/>
              </w:rPr>
              <w:t xml:space="preserve">. </w:t>
            </w:r>
            <w:proofErr w:type="spellStart"/>
            <w:proofErr w:type="gramStart"/>
            <w:r w:rsidRPr="008E2AAE">
              <w:rPr>
                <w:sz w:val="16"/>
                <w:lang w:val="tr-TR"/>
              </w:rPr>
              <w:t>ort</w:t>
            </w:r>
            <w:proofErr w:type="gramEnd"/>
            <w:r w:rsidRPr="008E2AAE">
              <w:rPr>
                <w:sz w:val="16"/>
                <w:lang w:val="tr-TR"/>
              </w:rPr>
              <w:t>.</w:t>
            </w:r>
            <w:proofErr w:type="spellEnd"/>
          </w:p>
        </w:tc>
        <w:tc>
          <w:tcPr>
            <w:tcW w:w="1704" w:type="dxa"/>
          </w:tcPr>
          <w:p w14:paraId="1F3349B9"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 xml:space="preserve">Olumlu </w:t>
            </w:r>
            <w:proofErr w:type="spellStart"/>
            <w:r w:rsidRPr="008E2AAE">
              <w:rPr>
                <w:sz w:val="16"/>
                <w:lang w:val="tr-TR"/>
              </w:rPr>
              <w:t>mem</w:t>
            </w:r>
            <w:proofErr w:type="spellEnd"/>
            <w:r w:rsidRPr="008E2AAE">
              <w:rPr>
                <w:sz w:val="16"/>
                <w:lang w:val="tr-TR"/>
              </w:rPr>
              <w:t>.</w:t>
            </w:r>
          </w:p>
        </w:tc>
        <w:tc>
          <w:tcPr>
            <w:tcW w:w="1704" w:type="dxa"/>
          </w:tcPr>
          <w:p w14:paraId="0DA00325"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Çalışma</w:t>
            </w:r>
          </w:p>
        </w:tc>
        <w:tc>
          <w:tcPr>
            <w:tcW w:w="1704" w:type="dxa"/>
          </w:tcPr>
          <w:p w14:paraId="4EA55A1D"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Alanında / çalışan</w:t>
            </w:r>
          </w:p>
        </w:tc>
      </w:tr>
      <w:tr w:rsidR="00680C58" w:rsidRPr="008E2AAE" w14:paraId="0C8C39C5"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76CFAB42" w14:textId="77777777" w:rsidR="00680C58" w:rsidRPr="008E2AAE" w:rsidRDefault="00000000" w:rsidP="008E2AAE">
            <w:pPr>
              <w:jc w:val="both"/>
              <w:rPr>
                <w:lang w:val="tr-TR"/>
              </w:rPr>
            </w:pPr>
            <w:r w:rsidRPr="008E2AAE">
              <w:rPr>
                <w:sz w:val="16"/>
                <w:lang w:val="tr-TR"/>
              </w:rPr>
              <w:t>Yeni mezun</w:t>
            </w:r>
          </w:p>
        </w:tc>
        <w:tc>
          <w:tcPr>
            <w:tcW w:w="1704" w:type="dxa"/>
          </w:tcPr>
          <w:p w14:paraId="17EA0C8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w:t>
            </w:r>
          </w:p>
        </w:tc>
        <w:tc>
          <w:tcPr>
            <w:tcW w:w="1704" w:type="dxa"/>
          </w:tcPr>
          <w:p w14:paraId="08F01D3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3,91</w:t>
            </w:r>
          </w:p>
        </w:tc>
        <w:tc>
          <w:tcPr>
            <w:tcW w:w="1704" w:type="dxa"/>
          </w:tcPr>
          <w:p w14:paraId="7E9DB65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 (%63,6)</w:t>
            </w:r>
          </w:p>
        </w:tc>
        <w:tc>
          <w:tcPr>
            <w:tcW w:w="1704" w:type="dxa"/>
          </w:tcPr>
          <w:p w14:paraId="036864D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(%36,4)</w:t>
            </w:r>
          </w:p>
        </w:tc>
        <w:tc>
          <w:tcPr>
            <w:tcW w:w="1704" w:type="dxa"/>
          </w:tcPr>
          <w:p w14:paraId="56F1927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3/4 (%75,0)</w:t>
            </w:r>
          </w:p>
        </w:tc>
      </w:tr>
      <w:tr w:rsidR="00680C58" w:rsidRPr="008E2AAE" w14:paraId="108F4588"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7A90F4EF" w14:textId="77777777" w:rsidR="00680C58" w:rsidRPr="008E2AAE" w:rsidRDefault="00000000" w:rsidP="008E2AAE">
            <w:pPr>
              <w:jc w:val="both"/>
              <w:rPr>
                <w:lang w:val="tr-TR"/>
              </w:rPr>
            </w:pPr>
            <w:r w:rsidRPr="008E2AAE">
              <w:rPr>
                <w:sz w:val="16"/>
                <w:lang w:val="tr-TR"/>
              </w:rPr>
              <w:t>Geç mezun</w:t>
            </w:r>
          </w:p>
        </w:tc>
        <w:tc>
          <w:tcPr>
            <w:tcW w:w="1704" w:type="dxa"/>
          </w:tcPr>
          <w:p w14:paraId="261161C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w:t>
            </w:r>
          </w:p>
        </w:tc>
        <w:tc>
          <w:tcPr>
            <w:tcW w:w="1704" w:type="dxa"/>
          </w:tcPr>
          <w:p w14:paraId="03E0A07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w:t>
            </w:r>
          </w:p>
        </w:tc>
        <w:tc>
          <w:tcPr>
            <w:tcW w:w="1704" w:type="dxa"/>
          </w:tcPr>
          <w:p w14:paraId="5B784C7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w:t>
            </w:r>
          </w:p>
        </w:tc>
        <w:tc>
          <w:tcPr>
            <w:tcW w:w="1704" w:type="dxa"/>
          </w:tcPr>
          <w:p w14:paraId="311A78A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w:t>
            </w:r>
          </w:p>
        </w:tc>
        <w:tc>
          <w:tcPr>
            <w:tcW w:w="1704" w:type="dxa"/>
          </w:tcPr>
          <w:p w14:paraId="5F92749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w:t>
            </w:r>
          </w:p>
        </w:tc>
      </w:tr>
      <w:tr w:rsidR="00680C58" w:rsidRPr="008E2AAE" w14:paraId="77D34D83"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636B3E3B" w14:textId="77777777" w:rsidR="00680C58" w:rsidRPr="008E2AAE" w:rsidRDefault="00000000" w:rsidP="008E2AAE">
            <w:pPr>
              <w:jc w:val="both"/>
              <w:rPr>
                <w:lang w:val="tr-TR"/>
              </w:rPr>
            </w:pPr>
            <w:r w:rsidRPr="008E2AAE">
              <w:rPr>
                <w:sz w:val="16"/>
                <w:lang w:val="tr-TR"/>
              </w:rPr>
              <w:t>3 yıldan eski</w:t>
            </w:r>
          </w:p>
        </w:tc>
        <w:tc>
          <w:tcPr>
            <w:tcW w:w="1704" w:type="dxa"/>
          </w:tcPr>
          <w:p w14:paraId="243F56B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w:t>
            </w:r>
          </w:p>
        </w:tc>
        <w:tc>
          <w:tcPr>
            <w:tcW w:w="1704" w:type="dxa"/>
          </w:tcPr>
          <w:p w14:paraId="2CEF93C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c>
          <w:tcPr>
            <w:tcW w:w="1704" w:type="dxa"/>
          </w:tcPr>
          <w:p w14:paraId="7E055AE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c>
          <w:tcPr>
            <w:tcW w:w="1704" w:type="dxa"/>
          </w:tcPr>
          <w:p w14:paraId="2E7D952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c>
          <w:tcPr>
            <w:tcW w:w="1704" w:type="dxa"/>
          </w:tcPr>
          <w:p w14:paraId="22CEEFD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r>
    </w:tbl>
    <w:p w14:paraId="00518EF5" w14:textId="77777777" w:rsidR="00680C58" w:rsidRPr="008E2AAE" w:rsidRDefault="00000000" w:rsidP="008E2AAE">
      <w:pPr>
        <w:jc w:val="both"/>
        <w:rPr>
          <w:lang w:val="tr-TR"/>
        </w:rPr>
      </w:pPr>
      <w:r w:rsidRPr="008E2AAE">
        <w:rPr>
          <w:lang w:val="tr-TR"/>
        </w:rPr>
        <w:t>Bu fakülte için geç mezun yanıtı bulunmamaktadır. Birimin yeni–geç mezun farkı hesaplanamaz; sonuçlar mevcut yeni mezun yanıtlarına dayanır. Sonraki uygulamada 2–3 takvim yılı farkına sahip mezunlara erişimin artırılması önerilir.</w:t>
      </w:r>
    </w:p>
    <w:p w14:paraId="53E603ED" w14:textId="77777777" w:rsidR="00680C58" w:rsidRPr="008E2AAE" w:rsidRDefault="00000000" w:rsidP="008E2AAE">
      <w:pPr>
        <w:pStyle w:val="Balk1"/>
        <w:jc w:val="both"/>
        <w:rPr>
          <w:lang w:val="tr-TR"/>
        </w:rPr>
      </w:pPr>
      <w:r w:rsidRPr="008E2AAE">
        <w:rPr>
          <w:lang w:val="tr-TR"/>
        </w:rPr>
        <w:t>Fakülteye yönelik önerilen izleme ve iyileştirme</w:t>
      </w:r>
    </w:p>
    <w:p w14:paraId="3A317A69" w14:textId="77777777" w:rsidR="00680C58" w:rsidRPr="008E2AAE" w:rsidRDefault="00000000" w:rsidP="008E2AAE">
      <w:pPr>
        <w:jc w:val="both"/>
        <w:rPr>
          <w:lang w:val="tr-TR"/>
        </w:rPr>
      </w:pPr>
      <w:r w:rsidRPr="008E2AAE">
        <w:rPr>
          <w:lang w:val="tr-TR"/>
        </w:rPr>
        <w:t>Tasarım/mimarlık alanına özgü yazılım, mesleki dil ve portfolyo hazırlama desteği önerilir. Düşük puanlı üç madde öncelikli inceleme gündemi yapılmalı; hangi program, eğitim kaynağı veya hizmetin sorunla ilişkili olduğu görüşmelerle belirlenmelidir. Ankette ölçülmeyen bir hizmet yetersizliği gerçekleşmiş olay olarak kabul edilmemelidir.</w:t>
      </w:r>
    </w:p>
    <w:p w14:paraId="1731D1CF" w14:textId="77777777" w:rsidR="00680C58" w:rsidRPr="008E2AAE" w:rsidRDefault="00000000" w:rsidP="008E2AAE">
      <w:pPr>
        <w:jc w:val="both"/>
        <w:rPr>
          <w:lang w:val="tr-TR"/>
        </w:rPr>
      </w:pPr>
      <w:r w:rsidRPr="008E2AAE">
        <w:rPr>
          <w:lang w:val="tr-TR"/>
        </w:rPr>
        <w:t>İşe geçiş boyutunda portfolyo–işveren buluşmaları ve alanla uyumlu fırsatların izlenmesi önerilir. Faaliyetler ilgili fakülte/program yönetimi ile Kariyer Merkezi ve gerektiğinde diğer destek birimlerince planlanabilir. Çalışma beyanı bir işsizlik göstergesi değildir; takipte iş arama, eğitimine devam etme ve işe başlayabilme durumu ayrı sorulmalıdır.</w:t>
      </w:r>
    </w:p>
    <w:p w14:paraId="6D4AA67F" w14:textId="77777777" w:rsidR="00680C58" w:rsidRPr="008E2AAE" w:rsidRDefault="00000000" w:rsidP="008E2AAE">
      <w:pPr>
        <w:jc w:val="both"/>
        <w:rPr>
          <w:lang w:val="tr-TR"/>
        </w:rPr>
      </w:pPr>
      <w:r w:rsidRPr="008E2AAE">
        <w:rPr>
          <w:lang w:val="tr-TR"/>
        </w:rPr>
        <w:t>Önerilen PUKÖ kaydı: ilk üç ay içinde birim kurulunda bulguların görüşülmesi; üç–altı ay içinde ihtiyaç analizi ve seçilen uygulamanın yürütülmesi; altı–on iki ay içinde aynı maddelerle tekrar ölçüm. Kontrol göstergeleri katılım/tamamlama, genel memnuniyet dağılımı, düşük sonuç veren üç maddenin puanları ve çalışanlarda alan uyumudur. Bu birimde tek yanıt toplam olumlu oranı 9,1 yüzde puan değiştirdiğinden hedef ve izlem yorumları kayıt sayısıyla birlikte yapılmalıdır.</w:t>
      </w:r>
    </w:p>
    <w:p w14:paraId="63E24E18" w14:textId="77777777" w:rsidR="00680C58" w:rsidRPr="008E2AAE" w:rsidRDefault="00000000" w:rsidP="008E2AAE">
      <w:pPr>
        <w:jc w:val="both"/>
        <w:rPr>
          <w:lang w:val="tr-TR"/>
        </w:rPr>
      </w:pPr>
      <w:r w:rsidRPr="008E2AAE">
        <w:rPr>
          <w:lang w:val="tr-TR"/>
        </w:rPr>
        <w:t>Bölüm düzeyine ilişkin kapsam: Mimarlık (10); Mimarlık bölümü (1). Bunlar serbest metindeki en sık beyanlardır; benzer bölüm adları birleştirilmediği için resmî program dağılımı veya program başarı sıralaması değildir. Özgün kayıt ve atama gerekçeleri Excel dosyasında bulunmaktadır.</w:t>
      </w:r>
    </w:p>
    <w:p w14:paraId="7BDAE793" w14:textId="77777777" w:rsidR="00680C58" w:rsidRPr="008E2AAE" w:rsidRDefault="00000000" w:rsidP="008E2AAE">
      <w:pPr>
        <w:jc w:val="both"/>
        <w:rPr>
          <w:lang w:val="tr-TR"/>
        </w:rPr>
      </w:pPr>
      <w:r w:rsidRPr="008E2AAE">
        <w:rPr>
          <w:lang w:val="tr-TR"/>
        </w:rPr>
        <w:br w:type="page"/>
      </w:r>
    </w:p>
    <w:p w14:paraId="17F2F215" w14:textId="77777777" w:rsidR="00680C58" w:rsidRPr="008E2AAE" w:rsidRDefault="00000000" w:rsidP="008E2AAE">
      <w:pPr>
        <w:pStyle w:val="Balk1"/>
        <w:jc w:val="both"/>
        <w:rPr>
          <w:lang w:val="tr-TR"/>
        </w:rPr>
      </w:pPr>
      <w:r w:rsidRPr="008E2AAE">
        <w:rPr>
          <w:lang w:val="tr-TR"/>
        </w:rPr>
        <w:lastRenderedPageBreak/>
        <w:t>14.6. Spor Bilimleri Fakültesi</w:t>
      </w:r>
    </w:p>
    <w:p w14:paraId="5E3DD6E2" w14:textId="77777777" w:rsidR="00680C58" w:rsidRPr="008E2AAE" w:rsidRDefault="00000000" w:rsidP="008E2AAE">
      <w:pPr>
        <w:jc w:val="both"/>
        <w:rPr>
          <w:lang w:val="tr-TR"/>
        </w:rPr>
      </w:pPr>
      <w:r w:rsidRPr="008E2AAE">
        <w:rPr>
          <w:lang w:val="tr-TR"/>
        </w:rPr>
        <w:t>Kapsam: 12 geçerli kayıt; 12 yeni mezun, 0 geç mezun, 0 3 yıldan eski mezun. Bunların 11’i birim yanıtının standartlaştırılmasıyla, 1’i bölüm/program eşleştirmesiyle bu başlığa alınmıştır. Program türleri: Lisans 12.</w:t>
      </w:r>
    </w:p>
    <w:p w14:paraId="05699258" w14:textId="77777777" w:rsidR="00680C58" w:rsidRPr="008E2AAE" w:rsidRDefault="00000000" w:rsidP="008E2AAE">
      <w:pPr>
        <w:jc w:val="both"/>
        <w:rPr>
          <w:lang w:val="tr-TR"/>
        </w:rPr>
      </w:pPr>
      <w:r w:rsidRPr="008E2AAE">
        <w:rPr>
          <w:lang w:val="tr-TR"/>
        </w:rPr>
        <w:t xml:space="preserve">Çalıştığını belirten 7 kayıt vardır (%58,3). Bunların 4’i alanıyla ilgili çalıştığını belirtmiştir; çalışanlar içindeki alan uyumu %57,1’dir. Çalışmadığını belirten kayıt sayısı </w:t>
      </w:r>
      <w:proofErr w:type="gramStart"/>
      <w:r w:rsidRPr="008E2AAE">
        <w:rPr>
          <w:lang w:val="tr-TR"/>
        </w:rPr>
        <w:t>5’dir</w:t>
      </w:r>
      <w:proofErr w:type="gramEnd"/>
      <w:r w:rsidRPr="008E2AAE">
        <w:rPr>
          <w:lang w:val="tr-TR"/>
        </w:rPr>
        <w:t>. Çalışmama ile alanında çalışma beyanı çelişen 0 kayıt alan uyumu payına alınmamıştır.</w:t>
      </w:r>
    </w:p>
    <w:p w14:paraId="3E1FDF35" w14:textId="77777777" w:rsidR="00680C58" w:rsidRPr="008E2AAE" w:rsidRDefault="00000000" w:rsidP="008E2AAE">
      <w:pPr>
        <w:jc w:val="both"/>
        <w:rPr>
          <w:lang w:val="tr-TR"/>
        </w:rPr>
      </w:pPr>
      <w:r w:rsidRPr="008E2AAE">
        <w:rPr>
          <w:lang w:val="tr-TR"/>
        </w:rPr>
        <w:t>Genel eğitim memnuniyeti ortalaması 3,42/5’tir. Yanıt dağılımı 5 olumlu (%41,7), 4 orta (%33,3) ve 3 olumsuz (%25,0) şeklindedir. Ortalamanın tüm geçerli kayıt referansından farkı -0,28 puandır; bu fark betimsel olup kontrol edilmiş bir etki veya istatistiksel anlamlılık sonucu değildir.</w:t>
      </w:r>
    </w:p>
    <w:tbl>
      <w:tblPr>
        <w:tblStyle w:val="AkGlgeleme-Vurgu1"/>
        <w:tblW w:w="0" w:type="auto"/>
        <w:tblLook w:val="04A0" w:firstRow="1" w:lastRow="0" w:firstColumn="1" w:lastColumn="0" w:noHBand="0" w:noVBand="1"/>
      </w:tblPr>
      <w:tblGrid>
        <w:gridCol w:w="1704"/>
        <w:gridCol w:w="1704"/>
        <w:gridCol w:w="1704"/>
        <w:gridCol w:w="1704"/>
        <w:gridCol w:w="1704"/>
        <w:gridCol w:w="1704"/>
      </w:tblGrid>
      <w:tr w:rsidR="00680C58" w:rsidRPr="008E2AAE" w14:paraId="12327E72"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67C2D8A8" w14:textId="77777777" w:rsidR="00680C58" w:rsidRPr="008E2AAE" w:rsidRDefault="00000000" w:rsidP="008E2AAE">
            <w:pPr>
              <w:jc w:val="both"/>
              <w:rPr>
                <w:lang w:val="tr-TR"/>
              </w:rPr>
            </w:pPr>
            <w:r w:rsidRPr="008E2AAE">
              <w:rPr>
                <w:sz w:val="16"/>
                <w:lang w:val="tr-TR"/>
              </w:rPr>
              <w:t>Kod</w:t>
            </w:r>
          </w:p>
        </w:tc>
        <w:tc>
          <w:tcPr>
            <w:tcW w:w="1704" w:type="dxa"/>
          </w:tcPr>
          <w:p w14:paraId="38FE8E28"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Değerlendirme maddesi</w:t>
            </w:r>
          </w:p>
        </w:tc>
        <w:tc>
          <w:tcPr>
            <w:tcW w:w="1704" w:type="dxa"/>
          </w:tcPr>
          <w:p w14:paraId="18A0684E"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Ort.</w:t>
            </w:r>
          </w:p>
        </w:tc>
        <w:tc>
          <w:tcPr>
            <w:tcW w:w="1704" w:type="dxa"/>
          </w:tcPr>
          <w:p w14:paraId="5CCE2EA8"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Olumlu</w:t>
            </w:r>
          </w:p>
        </w:tc>
        <w:tc>
          <w:tcPr>
            <w:tcW w:w="1704" w:type="dxa"/>
          </w:tcPr>
          <w:p w14:paraId="6CE0D751"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Orta</w:t>
            </w:r>
          </w:p>
        </w:tc>
        <w:tc>
          <w:tcPr>
            <w:tcW w:w="1704" w:type="dxa"/>
          </w:tcPr>
          <w:p w14:paraId="08B13B09"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Olumsuz</w:t>
            </w:r>
          </w:p>
        </w:tc>
      </w:tr>
      <w:tr w:rsidR="00680C58" w:rsidRPr="008E2AAE" w14:paraId="70F8964E"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36299B67" w14:textId="77777777" w:rsidR="00680C58" w:rsidRPr="008E2AAE" w:rsidRDefault="00000000" w:rsidP="008E2AAE">
            <w:pPr>
              <w:jc w:val="both"/>
              <w:rPr>
                <w:lang w:val="tr-TR"/>
              </w:rPr>
            </w:pPr>
            <w:r w:rsidRPr="008E2AAE">
              <w:rPr>
                <w:sz w:val="16"/>
                <w:lang w:val="tr-TR"/>
              </w:rPr>
              <w:t>M01</w:t>
            </w:r>
          </w:p>
        </w:tc>
        <w:tc>
          <w:tcPr>
            <w:tcW w:w="1704" w:type="dxa"/>
          </w:tcPr>
          <w:p w14:paraId="753B9CE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Mezuniyet gururu</w:t>
            </w:r>
          </w:p>
        </w:tc>
        <w:tc>
          <w:tcPr>
            <w:tcW w:w="1704" w:type="dxa"/>
          </w:tcPr>
          <w:p w14:paraId="0AFF25A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3,92</w:t>
            </w:r>
          </w:p>
        </w:tc>
        <w:tc>
          <w:tcPr>
            <w:tcW w:w="1704" w:type="dxa"/>
          </w:tcPr>
          <w:p w14:paraId="795377E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 (%58,3)</w:t>
            </w:r>
          </w:p>
        </w:tc>
        <w:tc>
          <w:tcPr>
            <w:tcW w:w="1704" w:type="dxa"/>
          </w:tcPr>
          <w:p w14:paraId="122C317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(%25,0)</w:t>
            </w:r>
          </w:p>
        </w:tc>
        <w:tc>
          <w:tcPr>
            <w:tcW w:w="1704" w:type="dxa"/>
          </w:tcPr>
          <w:p w14:paraId="4472537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(%16,7)</w:t>
            </w:r>
          </w:p>
        </w:tc>
      </w:tr>
      <w:tr w:rsidR="00680C58" w:rsidRPr="008E2AAE" w14:paraId="16B3B83B"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0BAB1045" w14:textId="77777777" w:rsidR="00680C58" w:rsidRPr="008E2AAE" w:rsidRDefault="00000000" w:rsidP="008E2AAE">
            <w:pPr>
              <w:jc w:val="both"/>
              <w:rPr>
                <w:lang w:val="tr-TR"/>
              </w:rPr>
            </w:pPr>
            <w:r w:rsidRPr="008E2AAE">
              <w:rPr>
                <w:sz w:val="16"/>
                <w:lang w:val="tr-TR"/>
              </w:rPr>
              <w:t>M02</w:t>
            </w:r>
          </w:p>
        </w:tc>
        <w:tc>
          <w:tcPr>
            <w:tcW w:w="1704" w:type="dxa"/>
          </w:tcPr>
          <w:p w14:paraId="3C9BEA2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Bilinçli üniversite tercihi</w:t>
            </w:r>
          </w:p>
        </w:tc>
        <w:tc>
          <w:tcPr>
            <w:tcW w:w="1704" w:type="dxa"/>
          </w:tcPr>
          <w:p w14:paraId="4471BD4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4,17</w:t>
            </w:r>
          </w:p>
        </w:tc>
        <w:tc>
          <w:tcPr>
            <w:tcW w:w="1704" w:type="dxa"/>
          </w:tcPr>
          <w:p w14:paraId="5A76CC4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9 (%75,0)</w:t>
            </w:r>
          </w:p>
        </w:tc>
        <w:tc>
          <w:tcPr>
            <w:tcW w:w="1704" w:type="dxa"/>
          </w:tcPr>
          <w:p w14:paraId="1A87427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(%8,3)</w:t>
            </w:r>
          </w:p>
        </w:tc>
        <w:tc>
          <w:tcPr>
            <w:tcW w:w="1704" w:type="dxa"/>
          </w:tcPr>
          <w:p w14:paraId="520EA3E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(%16,7)</w:t>
            </w:r>
          </w:p>
        </w:tc>
      </w:tr>
      <w:tr w:rsidR="00680C58" w:rsidRPr="008E2AAE" w14:paraId="26C4EC14"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07AF6FF3" w14:textId="77777777" w:rsidR="00680C58" w:rsidRPr="008E2AAE" w:rsidRDefault="00000000" w:rsidP="008E2AAE">
            <w:pPr>
              <w:jc w:val="both"/>
              <w:rPr>
                <w:lang w:val="tr-TR"/>
              </w:rPr>
            </w:pPr>
            <w:r w:rsidRPr="008E2AAE">
              <w:rPr>
                <w:sz w:val="16"/>
                <w:lang w:val="tr-TR"/>
              </w:rPr>
              <w:t>M03</w:t>
            </w:r>
          </w:p>
        </w:tc>
        <w:tc>
          <w:tcPr>
            <w:tcW w:w="1704" w:type="dxa"/>
          </w:tcPr>
          <w:p w14:paraId="70667FD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Tercih öncesi program bilgisi</w:t>
            </w:r>
          </w:p>
        </w:tc>
        <w:tc>
          <w:tcPr>
            <w:tcW w:w="1704" w:type="dxa"/>
          </w:tcPr>
          <w:p w14:paraId="274233C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4,75</w:t>
            </w:r>
          </w:p>
        </w:tc>
        <w:tc>
          <w:tcPr>
            <w:tcW w:w="1704" w:type="dxa"/>
          </w:tcPr>
          <w:p w14:paraId="31C9B58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12 (%100,0)</w:t>
            </w:r>
          </w:p>
        </w:tc>
        <w:tc>
          <w:tcPr>
            <w:tcW w:w="1704" w:type="dxa"/>
          </w:tcPr>
          <w:p w14:paraId="2245100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 (%0,0)</w:t>
            </w:r>
          </w:p>
        </w:tc>
        <w:tc>
          <w:tcPr>
            <w:tcW w:w="1704" w:type="dxa"/>
          </w:tcPr>
          <w:p w14:paraId="4E83865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 (%0,0)</w:t>
            </w:r>
          </w:p>
        </w:tc>
      </w:tr>
      <w:tr w:rsidR="00680C58" w:rsidRPr="008E2AAE" w14:paraId="5EE38077"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6BA19181" w14:textId="77777777" w:rsidR="00680C58" w:rsidRPr="008E2AAE" w:rsidRDefault="00000000" w:rsidP="008E2AAE">
            <w:pPr>
              <w:jc w:val="both"/>
              <w:rPr>
                <w:lang w:val="tr-TR"/>
              </w:rPr>
            </w:pPr>
            <w:r w:rsidRPr="008E2AAE">
              <w:rPr>
                <w:sz w:val="16"/>
                <w:lang w:val="tr-TR"/>
              </w:rPr>
              <w:t>M04</w:t>
            </w:r>
          </w:p>
        </w:tc>
        <w:tc>
          <w:tcPr>
            <w:tcW w:w="1704" w:type="dxa"/>
          </w:tcPr>
          <w:p w14:paraId="305804B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Eğitim düzeyinin yeterliliği</w:t>
            </w:r>
          </w:p>
        </w:tc>
        <w:tc>
          <w:tcPr>
            <w:tcW w:w="1704" w:type="dxa"/>
          </w:tcPr>
          <w:p w14:paraId="3BB8B35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3,67</w:t>
            </w:r>
          </w:p>
        </w:tc>
        <w:tc>
          <w:tcPr>
            <w:tcW w:w="1704" w:type="dxa"/>
          </w:tcPr>
          <w:p w14:paraId="37C4336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 (%50,0)</w:t>
            </w:r>
          </w:p>
        </w:tc>
        <w:tc>
          <w:tcPr>
            <w:tcW w:w="1704" w:type="dxa"/>
          </w:tcPr>
          <w:p w14:paraId="7CF4850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 (%33,3)</w:t>
            </w:r>
          </w:p>
        </w:tc>
        <w:tc>
          <w:tcPr>
            <w:tcW w:w="1704" w:type="dxa"/>
          </w:tcPr>
          <w:p w14:paraId="4BA0477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(%16,7)</w:t>
            </w:r>
          </w:p>
        </w:tc>
      </w:tr>
      <w:tr w:rsidR="00680C58" w:rsidRPr="008E2AAE" w14:paraId="419F47AA"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58C4514F" w14:textId="77777777" w:rsidR="00680C58" w:rsidRPr="008E2AAE" w:rsidRDefault="00000000" w:rsidP="008E2AAE">
            <w:pPr>
              <w:jc w:val="both"/>
              <w:rPr>
                <w:lang w:val="tr-TR"/>
              </w:rPr>
            </w:pPr>
            <w:r w:rsidRPr="008E2AAE">
              <w:rPr>
                <w:sz w:val="16"/>
                <w:lang w:val="tr-TR"/>
              </w:rPr>
              <w:t>M05</w:t>
            </w:r>
          </w:p>
        </w:tc>
        <w:tc>
          <w:tcPr>
            <w:tcW w:w="1704" w:type="dxa"/>
          </w:tcPr>
          <w:p w14:paraId="7E703C1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Sunulan olanakların yeterliliği</w:t>
            </w:r>
          </w:p>
        </w:tc>
        <w:tc>
          <w:tcPr>
            <w:tcW w:w="1704" w:type="dxa"/>
          </w:tcPr>
          <w:p w14:paraId="32BED40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3,08</w:t>
            </w:r>
          </w:p>
        </w:tc>
        <w:tc>
          <w:tcPr>
            <w:tcW w:w="1704" w:type="dxa"/>
          </w:tcPr>
          <w:p w14:paraId="5DD9639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(%41,7)</w:t>
            </w:r>
          </w:p>
        </w:tc>
        <w:tc>
          <w:tcPr>
            <w:tcW w:w="1704" w:type="dxa"/>
          </w:tcPr>
          <w:p w14:paraId="77CF720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(%8,3)</w:t>
            </w:r>
          </w:p>
        </w:tc>
        <w:tc>
          <w:tcPr>
            <w:tcW w:w="1704" w:type="dxa"/>
          </w:tcPr>
          <w:p w14:paraId="6C5630E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 (%50,0)</w:t>
            </w:r>
          </w:p>
        </w:tc>
      </w:tr>
      <w:tr w:rsidR="00680C58" w:rsidRPr="008E2AAE" w14:paraId="01F36C0D"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168D29B0" w14:textId="77777777" w:rsidR="00680C58" w:rsidRPr="008E2AAE" w:rsidRDefault="00000000" w:rsidP="008E2AAE">
            <w:pPr>
              <w:jc w:val="both"/>
              <w:rPr>
                <w:lang w:val="tr-TR"/>
              </w:rPr>
            </w:pPr>
            <w:r w:rsidRPr="008E2AAE">
              <w:rPr>
                <w:sz w:val="16"/>
                <w:lang w:val="tr-TR"/>
              </w:rPr>
              <w:t>M06</w:t>
            </w:r>
          </w:p>
        </w:tc>
        <w:tc>
          <w:tcPr>
            <w:tcW w:w="1704" w:type="dxa"/>
          </w:tcPr>
          <w:p w14:paraId="4085121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Alan bilgisini kullanma becerisi</w:t>
            </w:r>
          </w:p>
        </w:tc>
        <w:tc>
          <w:tcPr>
            <w:tcW w:w="1704" w:type="dxa"/>
          </w:tcPr>
          <w:p w14:paraId="4C14BFD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3,67</w:t>
            </w:r>
          </w:p>
        </w:tc>
        <w:tc>
          <w:tcPr>
            <w:tcW w:w="1704" w:type="dxa"/>
          </w:tcPr>
          <w:p w14:paraId="530FBA9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 (%58,3)</w:t>
            </w:r>
          </w:p>
        </w:tc>
        <w:tc>
          <w:tcPr>
            <w:tcW w:w="1704" w:type="dxa"/>
          </w:tcPr>
          <w:p w14:paraId="1D765B3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(%16,7)</w:t>
            </w:r>
          </w:p>
        </w:tc>
        <w:tc>
          <w:tcPr>
            <w:tcW w:w="1704" w:type="dxa"/>
          </w:tcPr>
          <w:p w14:paraId="609652C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(%25,0)</w:t>
            </w:r>
          </w:p>
        </w:tc>
      </w:tr>
      <w:tr w:rsidR="00680C58" w:rsidRPr="008E2AAE" w14:paraId="1D6DE04F"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7284DF93" w14:textId="77777777" w:rsidR="00680C58" w:rsidRPr="008E2AAE" w:rsidRDefault="00000000" w:rsidP="008E2AAE">
            <w:pPr>
              <w:jc w:val="both"/>
              <w:rPr>
                <w:lang w:val="tr-TR"/>
              </w:rPr>
            </w:pPr>
            <w:r w:rsidRPr="008E2AAE">
              <w:rPr>
                <w:sz w:val="16"/>
                <w:lang w:val="tr-TR"/>
              </w:rPr>
              <w:t>M07</w:t>
            </w:r>
          </w:p>
        </w:tc>
        <w:tc>
          <w:tcPr>
            <w:tcW w:w="1704" w:type="dxa"/>
          </w:tcPr>
          <w:p w14:paraId="6E81F4B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hayatına yönelik danışmanlık</w:t>
            </w:r>
          </w:p>
        </w:tc>
        <w:tc>
          <w:tcPr>
            <w:tcW w:w="1704" w:type="dxa"/>
          </w:tcPr>
          <w:p w14:paraId="0A966AC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3,75</w:t>
            </w:r>
          </w:p>
        </w:tc>
        <w:tc>
          <w:tcPr>
            <w:tcW w:w="1704" w:type="dxa"/>
          </w:tcPr>
          <w:p w14:paraId="4789FFD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8 (%66,7)</w:t>
            </w:r>
          </w:p>
        </w:tc>
        <w:tc>
          <w:tcPr>
            <w:tcW w:w="1704" w:type="dxa"/>
          </w:tcPr>
          <w:p w14:paraId="1429E9B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(%8,3)</w:t>
            </w:r>
          </w:p>
        </w:tc>
        <w:tc>
          <w:tcPr>
            <w:tcW w:w="1704" w:type="dxa"/>
          </w:tcPr>
          <w:p w14:paraId="26F844A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(%25,0)</w:t>
            </w:r>
          </w:p>
        </w:tc>
      </w:tr>
      <w:tr w:rsidR="00680C58" w:rsidRPr="008E2AAE" w14:paraId="4FDF4235"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1B42E7EE" w14:textId="77777777" w:rsidR="00680C58" w:rsidRPr="008E2AAE" w:rsidRDefault="00000000" w:rsidP="008E2AAE">
            <w:pPr>
              <w:jc w:val="both"/>
              <w:rPr>
                <w:lang w:val="tr-TR"/>
              </w:rPr>
            </w:pPr>
            <w:r w:rsidRPr="008E2AAE">
              <w:rPr>
                <w:sz w:val="16"/>
                <w:lang w:val="tr-TR"/>
              </w:rPr>
              <w:t>M08</w:t>
            </w:r>
          </w:p>
        </w:tc>
        <w:tc>
          <w:tcPr>
            <w:tcW w:w="1704" w:type="dxa"/>
          </w:tcPr>
          <w:p w14:paraId="70C855E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Bilgiye ulaşma ve araştırma</w:t>
            </w:r>
          </w:p>
        </w:tc>
        <w:tc>
          <w:tcPr>
            <w:tcW w:w="1704" w:type="dxa"/>
          </w:tcPr>
          <w:p w14:paraId="50943A7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3,58</w:t>
            </w:r>
          </w:p>
        </w:tc>
        <w:tc>
          <w:tcPr>
            <w:tcW w:w="1704" w:type="dxa"/>
          </w:tcPr>
          <w:p w14:paraId="6194907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 (%41,7)</w:t>
            </w:r>
          </w:p>
        </w:tc>
        <w:tc>
          <w:tcPr>
            <w:tcW w:w="1704" w:type="dxa"/>
          </w:tcPr>
          <w:p w14:paraId="1B773B3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 (%41,7)</w:t>
            </w:r>
          </w:p>
        </w:tc>
        <w:tc>
          <w:tcPr>
            <w:tcW w:w="1704" w:type="dxa"/>
          </w:tcPr>
          <w:p w14:paraId="48285F5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(%16,7)</w:t>
            </w:r>
          </w:p>
        </w:tc>
      </w:tr>
      <w:tr w:rsidR="00680C58" w:rsidRPr="008E2AAE" w14:paraId="7E66D216"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42FBD9C6" w14:textId="77777777" w:rsidR="00680C58" w:rsidRPr="008E2AAE" w:rsidRDefault="00000000" w:rsidP="008E2AAE">
            <w:pPr>
              <w:jc w:val="both"/>
              <w:rPr>
                <w:lang w:val="tr-TR"/>
              </w:rPr>
            </w:pPr>
            <w:r w:rsidRPr="008E2AAE">
              <w:rPr>
                <w:sz w:val="16"/>
                <w:lang w:val="tr-TR"/>
              </w:rPr>
              <w:t>M09</w:t>
            </w:r>
          </w:p>
        </w:tc>
        <w:tc>
          <w:tcPr>
            <w:tcW w:w="1704" w:type="dxa"/>
          </w:tcPr>
          <w:p w14:paraId="52DE57B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İletişim becerileri</w:t>
            </w:r>
          </w:p>
        </w:tc>
        <w:tc>
          <w:tcPr>
            <w:tcW w:w="1704" w:type="dxa"/>
          </w:tcPr>
          <w:p w14:paraId="36D72E8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4,08</w:t>
            </w:r>
          </w:p>
        </w:tc>
        <w:tc>
          <w:tcPr>
            <w:tcW w:w="1704" w:type="dxa"/>
          </w:tcPr>
          <w:p w14:paraId="78214D0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9 (%75,0)</w:t>
            </w:r>
          </w:p>
        </w:tc>
        <w:tc>
          <w:tcPr>
            <w:tcW w:w="1704" w:type="dxa"/>
          </w:tcPr>
          <w:p w14:paraId="3095112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(%16,7)</w:t>
            </w:r>
          </w:p>
        </w:tc>
        <w:tc>
          <w:tcPr>
            <w:tcW w:w="1704" w:type="dxa"/>
          </w:tcPr>
          <w:p w14:paraId="61BF2E7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(%8,3)</w:t>
            </w:r>
          </w:p>
        </w:tc>
      </w:tr>
      <w:tr w:rsidR="00680C58" w:rsidRPr="008E2AAE" w14:paraId="23051BE8"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4996990B" w14:textId="77777777" w:rsidR="00680C58" w:rsidRPr="008E2AAE" w:rsidRDefault="00000000" w:rsidP="008E2AAE">
            <w:pPr>
              <w:jc w:val="both"/>
              <w:rPr>
                <w:lang w:val="tr-TR"/>
              </w:rPr>
            </w:pPr>
            <w:r w:rsidRPr="008E2AAE">
              <w:rPr>
                <w:sz w:val="16"/>
                <w:lang w:val="tr-TR"/>
              </w:rPr>
              <w:t>M10</w:t>
            </w:r>
          </w:p>
        </w:tc>
        <w:tc>
          <w:tcPr>
            <w:tcW w:w="1704" w:type="dxa"/>
          </w:tcPr>
          <w:p w14:paraId="317A08F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Etik ve mesleki sorumluluk</w:t>
            </w:r>
          </w:p>
        </w:tc>
        <w:tc>
          <w:tcPr>
            <w:tcW w:w="1704" w:type="dxa"/>
          </w:tcPr>
          <w:p w14:paraId="31B7FBD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4,00</w:t>
            </w:r>
          </w:p>
        </w:tc>
        <w:tc>
          <w:tcPr>
            <w:tcW w:w="1704" w:type="dxa"/>
          </w:tcPr>
          <w:p w14:paraId="7A458C2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9 (%75,0)</w:t>
            </w:r>
          </w:p>
        </w:tc>
        <w:tc>
          <w:tcPr>
            <w:tcW w:w="1704" w:type="dxa"/>
          </w:tcPr>
          <w:p w14:paraId="591F53B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(%8,3)</w:t>
            </w:r>
          </w:p>
        </w:tc>
        <w:tc>
          <w:tcPr>
            <w:tcW w:w="1704" w:type="dxa"/>
          </w:tcPr>
          <w:p w14:paraId="21DC7F1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(%16,7)</w:t>
            </w:r>
          </w:p>
        </w:tc>
      </w:tr>
      <w:tr w:rsidR="00680C58" w:rsidRPr="008E2AAE" w14:paraId="0E0E0677"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160C58BE" w14:textId="77777777" w:rsidR="00680C58" w:rsidRPr="008E2AAE" w:rsidRDefault="00000000" w:rsidP="008E2AAE">
            <w:pPr>
              <w:jc w:val="both"/>
              <w:rPr>
                <w:lang w:val="tr-TR"/>
              </w:rPr>
            </w:pPr>
            <w:r w:rsidRPr="008E2AAE">
              <w:rPr>
                <w:sz w:val="16"/>
                <w:lang w:val="tr-TR"/>
              </w:rPr>
              <w:t>M11</w:t>
            </w:r>
          </w:p>
        </w:tc>
        <w:tc>
          <w:tcPr>
            <w:tcW w:w="1704" w:type="dxa"/>
          </w:tcPr>
          <w:p w14:paraId="72B5331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Mesleki yabancı dil</w:t>
            </w:r>
          </w:p>
        </w:tc>
        <w:tc>
          <w:tcPr>
            <w:tcW w:w="1704" w:type="dxa"/>
          </w:tcPr>
          <w:p w14:paraId="2C769AF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3,00</w:t>
            </w:r>
          </w:p>
        </w:tc>
        <w:tc>
          <w:tcPr>
            <w:tcW w:w="1704" w:type="dxa"/>
          </w:tcPr>
          <w:p w14:paraId="5D235E2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(%41,7)</w:t>
            </w:r>
          </w:p>
        </w:tc>
        <w:tc>
          <w:tcPr>
            <w:tcW w:w="1704" w:type="dxa"/>
          </w:tcPr>
          <w:p w14:paraId="30DEE98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(%16,7)</w:t>
            </w:r>
          </w:p>
        </w:tc>
        <w:tc>
          <w:tcPr>
            <w:tcW w:w="1704" w:type="dxa"/>
          </w:tcPr>
          <w:p w14:paraId="72B1120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(%41,7)</w:t>
            </w:r>
          </w:p>
        </w:tc>
      </w:tr>
      <w:tr w:rsidR="00680C58" w:rsidRPr="008E2AAE" w14:paraId="555EA06B"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4B1ACE3C" w14:textId="77777777" w:rsidR="00680C58" w:rsidRPr="008E2AAE" w:rsidRDefault="00000000" w:rsidP="008E2AAE">
            <w:pPr>
              <w:jc w:val="both"/>
              <w:rPr>
                <w:lang w:val="tr-TR"/>
              </w:rPr>
            </w:pPr>
            <w:r w:rsidRPr="008E2AAE">
              <w:rPr>
                <w:sz w:val="16"/>
                <w:lang w:val="tr-TR"/>
              </w:rPr>
              <w:t>M12</w:t>
            </w:r>
          </w:p>
        </w:tc>
        <w:tc>
          <w:tcPr>
            <w:tcW w:w="1704" w:type="dxa"/>
          </w:tcPr>
          <w:p w14:paraId="5E66A6D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Bilgisayar kullanma yetkinliği</w:t>
            </w:r>
          </w:p>
        </w:tc>
        <w:tc>
          <w:tcPr>
            <w:tcW w:w="1704" w:type="dxa"/>
          </w:tcPr>
          <w:p w14:paraId="231A83A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3,17</w:t>
            </w:r>
          </w:p>
        </w:tc>
        <w:tc>
          <w:tcPr>
            <w:tcW w:w="1704" w:type="dxa"/>
          </w:tcPr>
          <w:p w14:paraId="4B3994C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 (%50,0)</w:t>
            </w:r>
          </w:p>
        </w:tc>
        <w:tc>
          <w:tcPr>
            <w:tcW w:w="1704" w:type="dxa"/>
          </w:tcPr>
          <w:p w14:paraId="7B0E755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(%8,3)</w:t>
            </w:r>
          </w:p>
        </w:tc>
        <w:tc>
          <w:tcPr>
            <w:tcW w:w="1704" w:type="dxa"/>
          </w:tcPr>
          <w:p w14:paraId="74B8173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 (%41,7)</w:t>
            </w:r>
          </w:p>
        </w:tc>
      </w:tr>
      <w:tr w:rsidR="00680C58" w:rsidRPr="008E2AAE" w14:paraId="015A4696"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2A3D1F2F" w14:textId="77777777" w:rsidR="00680C58" w:rsidRPr="008E2AAE" w:rsidRDefault="00000000" w:rsidP="008E2AAE">
            <w:pPr>
              <w:jc w:val="both"/>
              <w:rPr>
                <w:lang w:val="tr-TR"/>
              </w:rPr>
            </w:pPr>
            <w:r w:rsidRPr="008E2AAE">
              <w:rPr>
                <w:sz w:val="16"/>
                <w:lang w:val="tr-TR"/>
              </w:rPr>
              <w:t>M13</w:t>
            </w:r>
          </w:p>
        </w:tc>
        <w:tc>
          <w:tcPr>
            <w:tcW w:w="1704" w:type="dxa"/>
          </w:tcPr>
          <w:p w14:paraId="05E220A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dünyasında mezunlara tutum</w:t>
            </w:r>
          </w:p>
        </w:tc>
        <w:tc>
          <w:tcPr>
            <w:tcW w:w="1704" w:type="dxa"/>
          </w:tcPr>
          <w:p w14:paraId="4F0B3A3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3,25</w:t>
            </w:r>
          </w:p>
        </w:tc>
        <w:tc>
          <w:tcPr>
            <w:tcW w:w="1704" w:type="dxa"/>
          </w:tcPr>
          <w:p w14:paraId="7CC5863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(%41,7)</w:t>
            </w:r>
          </w:p>
        </w:tc>
        <w:tc>
          <w:tcPr>
            <w:tcW w:w="1704" w:type="dxa"/>
          </w:tcPr>
          <w:p w14:paraId="40BA6F8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(%25,0)</w:t>
            </w:r>
          </w:p>
        </w:tc>
        <w:tc>
          <w:tcPr>
            <w:tcW w:w="1704" w:type="dxa"/>
          </w:tcPr>
          <w:p w14:paraId="4B54700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(%33,3)</w:t>
            </w:r>
          </w:p>
        </w:tc>
      </w:tr>
      <w:tr w:rsidR="00680C58" w:rsidRPr="008E2AAE" w14:paraId="0651ED2B"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7F52A900" w14:textId="77777777" w:rsidR="00680C58" w:rsidRPr="008E2AAE" w:rsidRDefault="00000000" w:rsidP="008E2AAE">
            <w:pPr>
              <w:jc w:val="both"/>
              <w:rPr>
                <w:lang w:val="tr-TR"/>
              </w:rPr>
            </w:pPr>
            <w:r w:rsidRPr="008E2AAE">
              <w:rPr>
                <w:sz w:val="16"/>
                <w:lang w:val="tr-TR"/>
              </w:rPr>
              <w:t>M14</w:t>
            </w:r>
          </w:p>
        </w:tc>
        <w:tc>
          <w:tcPr>
            <w:tcW w:w="1704" w:type="dxa"/>
          </w:tcPr>
          <w:p w14:paraId="212A744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Genel eğitim memnuniyeti</w:t>
            </w:r>
          </w:p>
        </w:tc>
        <w:tc>
          <w:tcPr>
            <w:tcW w:w="1704" w:type="dxa"/>
          </w:tcPr>
          <w:p w14:paraId="74BB1F1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3,42</w:t>
            </w:r>
          </w:p>
        </w:tc>
        <w:tc>
          <w:tcPr>
            <w:tcW w:w="1704" w:type="dxa"/>
          </w:tcPr>
          <w:p w14:paraId="49A536C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 (%41,7)</w:t>
            </w:r>
          </w:p>
        </w:tc>
        <w:tc>
          <w:tcPr>
            <w:tcW w:w="1704" w:type="dxa"/>
          </w:tcPr>
          <w:p w14:paraId="6234818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 (%33,3)</w:t>
            </w:r>
          </w:p>
        </w:tc>
        <w:tc>
          <w:tcPr>
            <w:tcW w:w="1704" w:type="dxa"/>
          </w:tcPr>
          <w:p w14:paraId="135A328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(%25,0)</w:t>
            </w:r>
          </w:p>
        </w:tc>
      </w:tr>
      <w:tr w:rsidR="00680C58" w:rsidRPr="008E2AAE" w14:paraId="146F3F16"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100448F7" w14:textId="77777777" w:rsidR="00680C58" w:rsidRPr="008E2AAE" w:rsidRDefault="00000000" w:rsidP="008E2AAE">
            <w:pPr>
              <w:jc w:val="both"/>
              <w:rPr>
                <w:lang w:val="tr-TR"/>
              </w:rPr>
            </w:pPr>
            <w:r w:rsidRPr="008E2AAE">
              <w:rPr>
                <w:sz w:val="16"/>
                <w:lang w:val="tr-TR"/>
              </w:rPr>
              <w:t>M15</w:t>
            </w:r>
          </w:p>
        </w:tc>
        <w:tc>
          <w:tcPr>
            <w:tcW w:w="1704" w:type="dxa"/>
          </w:tcPr>
          <w:p w14:paraId="0F6FE40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Üniversiteyi tekrar seçme</w:t>
            </w:r>
          </w:p>
        </w:tc>
        <w:tc>
          <w:tcPr>
            <w:tcW w:w="1704" w:type="dxa"/>
          </w:tcPr>
          <w:p w14:paraId="528ABDA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3,25</w:t>
            </w:r>
          </w:p>
        </w:tc>
        <w:tc>
          <w:tcPr>
            <w:tcW w:w="1704" w:type="dxa"/>
          </w:tcPr>
          <w:p w14:paraId="2F9A677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(%41,7)</w:t>
            </w:r>
          </w:p>
        </w:tc>
        <w:tc>
          <w:tcPr>
            <w:tcW w:w="1704" w:type="dxa"/>
          </w:tcPr>
          <w:p w14:paraId="51810C9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(%25,0)</w:t>
            </w:r>
          </w:p>
        </w:tc>
        <w:tc>
          <w:tcPr>
            <w:tcW w:w="1704" w:type="dxa"/>
          </w:tcPr>
          <w:p w14:paraId="5ECDB39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(%33,3)</w:t>
            </w:r>
          </w:p>
        </w:tc>
      </w:tr>
      <w:tr w:rsidR="00680C58" w:rsidRPr="008E2AAE" w14:paraId="24F88E93"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0AD3EE4F" w14:textId="77777777" w:rsidR="00680C58" w:rsidRPr="008E2AAE" w:rsidRDefault="00000000" w:rsidP="008E2AAE">
            <w:pPr>
              <w:jc w:val="both"/>
              <w:rPr>
                <w:lang w:val="tr-TR"/>
              </w:rPr>
            </w:pPr>
            <w:r w:rsidRPr="008E2AAE">
              <w:rPr>
                <w:sz w:val="16"/>
                <w:lang w:val="tr-TR"/>
              </w:rPr>
              <w:t>M16</w:t>
            </w:r>
          </w:p>
        </w:tc>
        <w:tc>
          <w:tcPr>
            <w:tcW w:w="1704" w:type="dxa"/>
          </w:tcPr>
          <w:p w14:paraId="7F6A12D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Bölümü tekrar seçme</w:t>
            </w:r>
          </w:p>
        </w:tc>
        <w:tc>
          <w:tcPr>
            <w:tcW w:w="1704" w:type="dxa"/>
          </w:tcPr>
          <w:p w14:paraId="23614FD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4,08</w:t>
            </w:r>
          </w:p>
        </w:tc>
        <w:tc>
          <w:tcPr>
            <w:tcW w:w="1704" w:type="dxa"/>
          </w:tcPr>
          <w:p w14:paraId="673FE80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9 (%75,0)</w:t>
            </w:r>
          </w:p>
        </w:tc>
        <w:tc>
          <w:tcPr>
            <w:tcW w:w="1704" w:type="dxa"/>
          </w:tcPr>
          <w:p w14:paraId="19B646D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(%8,3)</w:t>
            </w:r>
          </w:p>
        </w:tc>
        <w:tc>
          <w:tcPr>
            <w:tcW w:w="1704" w:type="dxa"/>
          </w:tcPr>
          <w:p w14:paraId="00C8733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(%16,7)</w:t>
            </w:r>
          </w:p>
        </w:tc>
      </w:tr>
      <w:tr w:rsidR="00680C58" w:rsidRPr="008E2AAE" w14:paraId="202A5BD0"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6E825A78" w14:textId="77777777" w:rsidR="00680C58" w:rsidRPr="008E2AAE" w:rsidRDefault="00000000" w:rsidP="008E2AAE">
            <w:pPr>
              <w:jc w:val="both"/>
              <w:rPr>
                <w:lang w:val="tr-TR"/>
              </w:rPr>
            </w:pPr>
            <w:r w:rsidRPr="008E2AAE">
              <w:rPr>
                <w:sz w:val="16"/>
                <w:lang w:val="tr-TR"/>
              </w:rPr>
              <w:t>M17</w:t>
            </w:r>
          </w:p>
        </w:tc>
        <w:tc>
          <w:tcPr>
            <w:tcW w:w="1704" w:type="dxa"/>
          </w:tcPr>
          <w:p w14:paraId="19D5945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Üniversiteyi tavsiye etme</w:t>
            </w:r>
          </w:p>
        </w:tc>
        <w:tc>
          <w:tcPr>
            <w:tcW w:w="1704" w:type="dxa"/>
          </w:tcPr>
          <w:p w14:paraId="31A958B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3,58</w:t>
            </w:r>
          </w:p>
        </w:tc>
        <w:tc>
          <w:tcPr>
            <w:tcW w:w="1704" w:type="dxa"/>
          </w:tcPr>
          <w:p w14:paraId="48BDA01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 (%58,3)</w:t>
            </w:r>
          </w:p>
        </w:tc>
        <w:tc>
          <w:tcPr>
            <w:tcW w:w="1704" w:type="dxa"/>
          </w:tcPr>
          <w:p w14:paraId="2DB3D8B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(%25,0)</w:t>
            </w:r>
          </w:p>
        </w:tc>
        <w:tc>
          <w:tcPr>
            <w:tcW w:w="1704" w:type="dxa"/>
          </w:tcPr>
          <w:p w14:paraId="678CD09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(%16,7)</w:t>
            </w:r>
          </w:p>
        </w:tc>
      </w:tr>
    </w:tbl>
    <w:p w14:paraId="14110E2F" w14:textId="77777777" w:rsidR="00680C58" w:rsidRPr="008E2AAE" w:rsidRDefault="00000000" w:rsidP="008E2AAE">
      <w:pPr>
        <w:pStyle w:val="Balk1"/>
        <w:jc w:val="both"/>
        <w:rPr>
          <w:lang w:val="tr-TR"/>
        </w:rPr>
      </w:pPr>
      <w:r w:rsidRPr="008E2AAE">
        <w:rPr>
          <w:lang w:val="tr-TR"/>
        </w:rPr>
        <w:t>Güçlü alanlar ve geliştirme ihtiyaçları</w:t>
      </w:r>
    </w:p>
    <w:p w14:paraId="6D59EFD2" w14:textId="77777777" w:rsidR="00680C58" w:rsidRPr="008E2AAE" w:rsidRDefault="00000000" w:rsidP="008E2AAE">
      <w:pPr>
        <w:jc w:val="both"/>
        <w:rPr>
          <w:lang w:val="tr-TR"/>
        </w:rPr>
      </w:pPr>
      <w:r w:rsidRPr="008E2AAE">
        <w:rPr>
          <w:lang w:val="tr-TR"/>
        </w:rPr>
        <w:t>Birim içinde en yüksek ortalamalı üç madde: Tercih öncesi program bilgisi (4,75/5; %100,0 olumlu); Bilinçli üniversite tercihi (4,17/5; %75,0 olumlu); İletişim becerileri (4,08/5; %75,0 olumlu). Bu sıralama yalnızca bu birimin katılımcı yanıtları içindedir; eşit veya yakın puanlar arasında güçlü üstünlük çıkarımı yapılmamalıdır.</w:t>
      </w:r>
    </w:p>
    <w:p w14:paraId="2E5247D2" w14:textId="77777777" w:rsidR="00680C58" w:rsidRPr="008E2AAE" w:rsidRDefault="00000000" w:rsidP="008E2AAE">
      <w:pPr>
        <w:jc w:val="both"/>
        <w:rPr>
          <w:lang w:val="tr-TR"/>
        </w:rPr>
      </w:pPr>
      <w:r w:rsidRPr="008E2AAE">
        <w:rPr>
          <w:lang w:val="tr-TR"/>
        </w:rPr>
        <w:lastRenderedPageBreak/>
        <w:t>En düşük ortalamalı üç madde: Mesleki yabancı dil (3,00/5; %41,7 olumlu); Sunulan olanakların yeterliliği (3,08/5; %41,7 olumlu); Bilgisayar kullanma yetkinliği (3,17/5; %50,0 olumlu). Bu sonuçların nedenleri ankette açık uçlu soru olmadığından doğrudan bilinmemektedir. İlgili maddeler odak görüşmesi veya kısa takip sorularıyla ayrıntılandırılmalıdır.</w:t>
      </w:r>
    </w:p>
    <w:p w14:paraId="259A18C9" w14:textId="77777777" w:rsidR="00680C58" w:rsidRPr="008E2AAE" w:rsidRDefault="00000000" w:rsidP="008E2AAE">
      <w:pPr>
        <w:pStyle w:val="Balk1"/>
        <w:jc w:val="both"/>
        <w:rPr>
          <w:lang w:val="tr-TR"/>
        </w:rPr>
      </w:pPr>
      <w:r w:rsidRPr="008E2AAE">
        <w:rPr>
          <w:lang w:val="tr-TR"/>
        </w:rPr>
        <w:t>Yeni–geç mezun sonuçları</w:t>
      </w:r>
    </w:p>
    <w:tbl>
      <w:tblPr>
        <w:tblStyle w:val="AkGlgeleme-Vurgu1"/>
        <w:tblW w:w="0" w:type="auto"/>
        <w:tblLook w:val="04A0" w:firstRow="1" w:lastRow="0" w:firstColumn="1" w:lastColumn="0" w:noHBand="0" w:noVBand="1"/>
      </w:tblPr>
      <w:tblGrid>
        <w:gridCol w:w="1704"/>
        <w:gridCol w:w="1704"/>
        <w:gridCol w:w="1704"/>
        <w:gridCol w:w="1704"/>
        <w:gridCol w:w="1704"/>
        <w:gridCol w:w="1704"/>
      </w:tblGrid>
      <w:tr w:rsidR="00680C58" w:rsidRPr="008E2AAE" w14:paraId="56849292"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23B5942A" w14:textId="77777777" w:rsidR="00680C58" w:rsidRPr="008E2AAE" w:rsidRDefault="00000000" w:rsidP="008E2AAE">
            <w:pPr>
              <w:jc w:val="both"/>
              <w:rPr>
                <w:lang w:val="tr-TR"/>
              </w:rPr>
            </w:pPr>
            <w:r w:rsidRPr="008E2AAE">
              <w:rPr>
                <w:sz w:val="16"/>
                <w:lang w:val="tr-TR"/>
              </w:rPr>
              <w:t>Grup</w:t>
            </w:r>
          </w:p>
        </w:tc>
        <w:tc>
          <w:tcPr>
            <w:tcW w:w="1704" w:type="dxa"/>
          </w:tcPr>
          <w:p w14:paraId="0801CB21"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proofErr w:type="gramStart"/>
            <w:r w:rsidRPr="008E2AAE">
              <w:rPr>
                <w:sz w:val="16"/>
                <w:lang w:val="tr-TR"/>
              </w:rPr>
              <w:t>n</w:t>
            </w:r>
            <w:proofErr w:type="gramEnd"/>
          </w:p>
        </w:tc>
        <w:tc>
          <w:tcPr>
            <w:tcW w:w="1704" w:type="dxa"/>
          </w:tcPr>
          <w:p w14:paraId="47DA697C"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 xml:space="preserve">Genel </w:t>
            </w:r>
            <w:proofErr w:type="spellStart"/>
            <w:r w:rsidRPr="008E2AAE">
              <w:rPr>
                <w:sz w:val="16"/>
                <w:lang w:val="tr-TR"/>
              </w:rPr>
              <w:t>mem</w:t>
            </w:r>
            <w:proofErr w:type="spellEnd"/>
            <w:r w:rsidRPr="008E2AAE">
              <w:rPr>
                <w:sz w:val="16"/>
                <w:lang w:val="tr-TR"/>
              </w:rPr>
              <w:t xml:space="preserve">. </w:t>
            </w:r>
            <w:proofErr w:type="spellStart"/>
            <w:proofErr w:type="gramStart"/>
            <w:r w:rsidRPr="008E2AAE">
              <w:rPr>
                <w:sz w:val="16"/>
                <w:lang w:val="tr-TR"/>
              </w:rPr>
              <w:t>ort</w:t>
            </w:r>
            <w:proofErr w:type="gramEnd"/>
            <w:r w:rsidRPr="008E2AAE">
              <w:rPr>
                <w:sz w:val="16"/>
                <w:lang w:val="tr-TR"/>
              </w:rPr>
              <w:t>.</w:t>
            </w:r>
            <w:proofErr w:type="spellEnd"/>
          </w:p>
        </w:tc>
        <w:tc>
          <w:tcPr>
            <w:tcW w:w="1704" w:type="dxa"/>
          </w:tcPr>
          <w:p w14:paraId="210D923D"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 xml:space="preserve">Olumlu </w:t>
            </w:r>
            <w:proofErr w:type="spellStart"/>
            <w:r w:rsidRPr="008E2AAE">
              <w:rPr>
                <w:sz w:val="16"/>
                <w:lang w:val="tr-TR"/>
              </w:rPr>
              <w:t>mem</w:t>
            </w:r>
            <w:proofErr w:type="spellEnd"/>
            <w:r w:rsidRPr="008E2AAE">
              <w:rPr>
                <w:sz w:val="16"/>
                <w:lang w:val="tr-TR"/>
              </w:rPr>
              <w:t>.</w:t>
            </w:r>
          </w:p>
        </w:tc>
        <w:tc>
          <w:tcPr>
            <w:tcW w:w="1704" w:type="dxa"/>
          </w:tcPr>
          <w:p w14:paraId="20AFFFFC"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Çalışma</w:t>
            </w:r>
          </w:p>
        </w:tc>
        <w:tc>
          <w:tcPr>
            <w:tcW w:w="1704" w:type="dxa"/>
          </w:tcPr>
          <w:p w14:paraId="1AFC2783"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Alanında / çalışan</w:t>
            </w:r>
          </w:p>
        </w:tc>
      </w:tr>
      <w:tr w:rsidR="00680C58" w:rsidRPr="008E2AAE" w14:paraId="03F3C5D0"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36F7DDE8" w14:textId="77777777" w:rsidR="00680C58" w:rsidRPr="008E2AAE" w:rsidRDefault="00000000" w:rsidP="008E2AAE">
            <w:pPr>
              <w:jc w:val="both"/>
              <w:rPr>
                <w:lang w:val="tr-TR"/>
              </w:rPr>
            </w:pPr>
            <w:r w:rsidRPr="008E2AAE">
              <w:rPr>
                <w:sz w:val="16"/>
                <w:lang w:val="tr-TR"/>
              </w:rPr>
              <w:t>Yeni mezun</w:t>
            </w:r>
          </w:p>
        </w:tc>
        <w:tc>
          <w:tcPr>
            <w:tcW w:w="1704" w:type="dxa"/>
          </w:tcPr>
          <w:p w14:paraId="5E08D23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12</w:t>
            </w:r>
          </w:p>
        </w:tc>
        <w:tc>
          <w:tcPr>
            <w:tcW w:w="1704" w:type="dxa"/>
          </w:tcPr>
          <w:p w14:paraId="1375660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3,42</w:t>
            </w:r>
          </w:p>
        </w:tc>
        <w:tc>
          <w:tcPr>
            <w:tcW w:w="1704" w:type="dxa"/>
          </w:tcPr>
          <w:p w14:paraId="19D77FB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(%41,7)</w:t>
            </w:r>
          </w:p>
        </w:tc>
        <w:tc>
          <w:tcPr>
            <w:tcW w:w="1704" w:type="dxa"/>
          </w:tcPr>
          <w:p w14:paraId="7B4B8EA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 (%58,3)</w:t>
            </w:r>
          </w:p>
        </w:tc>
        <w:tc>
          <w:tcPr>
            <w:tcW w:w="1704" w:type="dxa"/>
          </w:tcPr>
          <w:p w14:paraId="1CABC00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4/7 (%57,1)</w:t>
            </w:r>
          </w:p>
        </w:tc>
      </w:tr>
      <w:tr w:rsidR="00680C58" w:rsidRPr="008E2AAE" w14:paraId="30133678"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39F85F2E" w14:textId="77777777" w:rsidR="00680C58" w:rsidRPr="008E2AAE" w:rsidRDefault="00000000" w:rsidP="008E2AAE">
            <w:pPr>
              <w:jc w:val="both"/>
              <w:rPr>
                <w:lang w:val="tr-TR"/>
              </w:rPr>
            </w:pPr>
            <w:r w:rsidRPr="008E2AAE">
              <w:rPr>
                <w:sz w:val="16"/>
                <w:lang w:val="tr-TR"/>
              </w:rPr>
              <w:t>Geç mezun</w:t>
            </w:r>
          </w:p>
        </w:tc>
        <w:tc>
          <w:tcPr>
            <w:tcW w:w="1704" w:type="dxa"/>
          </w:tcPr>
          <w:p w14:paraId="08683E6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w:t>
            </w:r>
          </w:p>
        </w:tc>
        <w:tc>
          <w:tcPr>
            <w:tcW w:w="1704" w:type="dxa"/>
          </w:tcPr>
          <w:p w14:paraId="222ED55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w:t>
            </w:r>
          </w:p>
        </w:tc>
        <w:tc>
          <w:tcPr>
            <w:tcW w:w="1704" w:type="dxa"/>
          </w:tcPr>
          <w:p w14:paraId="79BABE2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w:t>
            </w:r>
          </w:p>
        </w:tc>
        <w:tc>
          <w:tcPr>
            <w:tcW w:w="1704" w:type="dxa"/>
          </w:tcPr>
          <w:p w14:paraId="0C1E82D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w:t>
            </w:r>
          </w:p>
        </w:tc>
        <w:tc>
          <w:tcPr>
            <w:tcW w:w="1704" w:type="dxa"/>
          </w:tcPr>
          <w:p w14:paraId="098E385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w:t>
            </w:r>
          </w:p>
        </w:tc>
      </w:tr>
      <w:tr w:rsidR="00680C58" w:rsidRPr="008E2AAE" w14:paraId="46AB8897"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6C1D7887" w14:textId="77777777" w:rsidR="00680C58" w:rsidRPr="008E2AAE" w:rsidRDefault="00000000" w:rsidP="008E2AAE">
            <w:pPr>
              <w:jc w:val="both"/>
              <w:rPr>
                <w:lang w:val="tr-TR"/>
              </w:rPr>
            </w:pPr>
            <w:r w:rsidRPr="008E2AAE">
              <w:rPr>
                <w:sz w:val="16"/>
                <w:lang w:val="tr-TR"/>
              </w:rPr>
              <w:t>3 yıldan eski</w:t>
            </w:r>
          </w:p>
        </w:tc>
        <w:tc>
          <w:tcPr>
            <w:tcW w:w="1704" w:type="dxa"/>
          </w:tcPr>
          <w:p w14:paraId="41A5B23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w:t>
            </w:r>
          </w:p>
        </w:tc>
        <w:tc>
          <w:tcPr>
            <w:tcW w:w="1704" w:type="dxa"/>
          </w:tcPr>
          <w:p w14:paraId="0CB2429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c>
          <w:tcPr>
            <w:tcW w:w="1704" w:type="dxa"/>
          </w:tcPr>
          <w:p w14:paraId="2DB1828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c>
          <w:tcPr>
            <w:tcW w:w="1704" w:type="dxa"/>
          </w:tcPr>
          <w:p w14:paraId="0DEA6A6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c>
          <w:tcPr>
            <w:tcW w:w="1704" w:type="dxa"/>
          </w:tcPr>
          <w:p w14:paraId="75011C6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r>
    </w:tbl>
    <w:p w14:paraId="3DA3D55C" w14:textId="77777777" w:rsidR="00680C58" w:rsidRPr="008E2AAE" w:rsidRDefault="00000000" w:rsidP="008E2AAE">
      <w:pPr>
        <w:jc w:val="both"/>
        <w:rPr>
          <w:lang w:val="tr-TR"/>
        </w:rPr>
      </w:pPr>
      <w:r w:rsidRPr="008E2AAE">
        <w:rPr>
          <w:lang w:val="tr-TR"/>
        </w:rPr>
        <w:t>Bu fakülte için geç mezun yanıtı bulunmamaktadır. Birimin yeni–geç mezun farkı hesaplanamaz; sonuçlar mevcut yeni mezun yanıtlarına dayanır. Sonraki uygulamada 2–3 takvim yılı farkına sahip mezunlara erişimin artırılması önerilir.</w:t>
      </w:r>
    </w:p>
    <w:p w14:paraId="513CEF5B" w14:textId="77777777" w:rsidR="00680C58" w:rsidRPr="008E2AAE" w:rsidRDefault="00000000" w:rsidP="008E2AAE">
      <w:pPr>
        <w:jc w:val="both"/>
        <w:rPr>
          <w:lang w:val="tr-TR"/>
        </w:rPr>
      </w:pPr>
      <w:r w:rsidRPr="008E2AAE">
        <w:rPr>
          <w:lang w:val="tr-TR"/>
        </w:rPr>
        <w:t>Eşleştirme duyarlılığı: Yalnızca açık/standartlaştırılmış birim yanıtları kullanıldığında n=11, genel memnuniyet 3,27/5 ve olumlu oran %36,4 olur. Bölüm/programdan eşleştirilen kayıtlar dahil ana sonuç n=12, 3,42/5 ve %41,7’dir. Bu fark, atama kararının etkisini görünür kılar; eşleştirme idari kayıtla doğrulanmalıdır.</w:t>
      </w:r>
    </w:p>
    <w:p w14:paraId="29B75418" w14:textId="77777777" w:rsidR="00680C58" w:rsidRPr="008E2AAE" w:rsidRDefault="00000000" w:rsidP="008E2AAE">
      <w:pPr>
        <w:pStyle w:val="Balk1"/>
        <w:jc w:val="both"/>
        <w:rPr>
          <w:lang w:val="tr-TR"/>
        </w:rPr>
      </w:pPr>
      <w:r w:rsidRPr="008E2AAE">
        <w:rPr>
          <w:lang w:val="tr-TR"/>
        </w:rPr>
        <w:t>Fakülteye yönelik önerilen izleme ve iyileştirme</w:t>
      </w:r>
    </w:p>
    <w:p w14:paraId="7921F4FB" w14:textId="77777777" w:rsidR="00680C58" w:rsidRPr="008E2AAE" w:rsidRDefault="00000000" w:rsidP="008E2AAE">
      <w:pPr>
        <w:jc w:val="both"/>
        <w:rPr>
          <w:lang w:val="tr-TR"/>
        </w:rPr>
      </w:pPr>
      <w:r w:rsidRPr="008E2AAE">
        <w:rPr>
          <w:lang w:val="tr-TR"/>
        </w:rPr>
        <w:t>Spor alanlarına özgü dijital araçlar, mesleki dil ve uygulama imkânlarının incelenmesi önerilir. Düşük puanlı üç madde öncelikli inceleme gündemi yapılmalı; hangi program, eğitim kaynağı veya hizmetin sorunla ilişkili olduğu görüşmelerle belirlenmelidir. Ankette ölçülmeyen bir hizmet yetersizliği gerçekleşmiş olay olarak kabul edilmemelidir.</w:t>
      </w:r>
    </w:p>
    <w:p w14:paraId="26C04057" w14:textId="77777777" w:rsidR="00680C58" w:rsidRPr="008E2AAE" w:rsidRDefault="00000000" w:rsidP="008E2AAE">
      <w:pPr>
        <w:jc w:val="both"/>
        <w:rPr>
          <w:lang w:val="tr-TR"/>
        </w:rPr>
      </w:pPr>
      <w:r w:rsidRPr="008E2AAE">
        <w:rPr>
          <w:lang w:val="tr-TR"/>
        </w:rPr>
        <w:t>İşe geçiş boyutunda antrenörlük, rekreasyon ve öğretmenlik alanlarında ayrı kariyer yollarını görünür kılma önerilir. Faaliyetler ilgili fakülte/program yönetimi ile Kariyer Merkezi ve gerektiğinde diğer destek birimlerince planlanabilir. Çalışma beyanı bir işsizlik göstergesi değildir; takipte iş arama, eğitimine devam etme ve işe başlayabilme durumu ayrı sorulmalıdır.</w:t>
      </w:r>
    </w:p>
    <w:p w14:paraId="38710686" w14:textId="77777777" w:rsidR="00680C58" w:rsidRPr="008E2AAE" w:rsidRDefault="00000000" w:rsidP="008E2AAE">
      <w:pPr>
        <w:jc w:val="both"/>
        <w:rPr>
          <w:lang w:val="tr-TR"/>
        </w:rPr>
      </w:pPr>
      <w:r w:rsidRPr="008E2AAE">
        <w:rPr>
          <w:lang w:val="tr-TR"/>
        </w:rPr>
        <w:t>Önerilen PUKÖ kaydı: ilk üç ay içinde birim kurulunda bulguların görüşülmesi; üç–altı ay içinde ihtiyaç analizi ve seçilen uygulamanın yürütülmesi; altı–on iki ay içinde aynı maddelerle tekrar ölçüm. Kontrol göstergeleri katılım/tamamlama, genel memnuniyet dağılımı, düşük sonuç veren üç maddenin puanları ve çalışanlarda alan uyumudur. Bu birimde tek yanıt toplam olumlu oranı 8,3 yüzde puan değiştirdiğinden hedef ve izlem yorumları kayıt sayısıyla birlikte yapılmalıdır.</w:t>
      </w:r>
    </w:p>
    <w:p w14:paraId="63141001" w14:textId="77777777" w:rsidR="00680C58" w:rsidRPr="008E2AAE" w:rsidRDefault="00000000" w:rsidP="008E2AAE">
      <w:pPr>
        <w:jc w:val="both"/>
        <w:rPr>
          <w:lang w:val="tr-TR"/>
        </w:rPr>
      </w:pPr>
      <w:r w:rsidRPr="008E2AAE">
        <w:rPr>
          <w:lang w:val="tr-TR"/>
        </w:rPr>
        <w:t>Bölüm düzeyine ilişkin kapsam: Rekreasyon (3); Antrenörlük (2); Beden Eğitimi ve Spor Öğretmenliği (1); Öğretmenlik (1); Antrenörlük Eğitimi (1). Bunlar serbest metindeki en sık beyanlardır; benzer bölüm adları birleştirilmediği için resmî program dağılımı veya program başarı sıralaması değildir. Özgün kayıt ve atama gerekçeleri Excel dosyasında bulunmaktadır.</w:t>
      </w:r>
    </w:p>
    <w:p w14:paraId="13B6E197" w14:textId="77777777" w:rsidR="00680C58" w:rsidRPr="008E2AAE" w:rsidRDefault="00000000" w:rsidP="008E2AAE">
      <w:pPr>
        <w:jc w:val="both"/>
        <w:rPr>
          <w:lang w:val="tr-TR"/>
        </w:rPr>
      </w:pPr>
      <w:r w:rsidRPr="008E2AAE">
        <w:rPr>
          <w:lang w:val="tr-TR"/>
        </w:rPr>
        <w:br w:type="page"/>
      </w:r>
    </w:p>
    <w:p w14:paraId="69F90E8E" w14:textId="77777777" w:rsidR="00680C58" w:rsidRPr="008E2AAE" w:rsidRDefault="00000000" w:rsidP="008E2AAE">
      <w:pPr>
        <w:pStyle w:val="Balk1"/>
        <w:jc w:val="both"/>
        <w:rPr>
          <w:lang w:val="tr-TR"/>
        </w:rPr>
      </w:pPr>
      <w:r w:rsidRPr="008E2AAE">
        <w:rPr>
          <w:lang w:val="tr-TR"/>
        </w:rPr>
        <w:lastRenderedPageBreak/>
        <w:t>14.7. Diş Hekimliği Fakültesi</w:t>
      </w:r>
    </w:p>
    <w:p w14:paraId="12B06057" w14:textId="77777777" w:rsidR="00680C58" w:rsidRPr="008E2AAE" w:rsidRDefault="00000000" w:rsidP="008E2AAE">
      <w:pPr>
        <w:jc w:val="both"/>
        <w:rPr>
          <w:lang w:val="tr-TR"/>
        </w:rPr>
      </w:pPr>
      <w:r w:rsidRPr="008E2AAE">
        <w:rPr>
          <w:lang w:val="tr-TR"/>
        </w:rPr>
        <w:t>Kapsam: 7 geçerli kayıt; 7 yeni mezun, 0 geç mezun, 0 3 yıldan eski mezun. Bunların 5’i birim yanıtının standartlaştırılmasıyla, 2’i bölüm/program eşleştirmesiyle bu başlığa alınmıştır. Program türleri: Lisans 7.</w:t>
      </w:r>
    </w:p>
    <w:p w14:paraId="136C9BA9" w14:textId="77777777" w:rsidR="00680C58" w:rsidRPr="008E2AAE" w:rsidRDefault="00000000" w:rsidP="008E2AAE">
      <w:pPr>
        <w:jc w:val="both"/>
        <w:rPr>
          <w:lang w:val="tr-TR"/>
        </w:rPr>
      </w:pPr>
      <w:r w:rsidRPr="008E2AAE">
        <w:rPr>
          <w:lang w:val="tr-TR"/>
        </w:rPr>
        <w:t xml:space="preserve">Çalıştığını belirten 2 kayıt vardır (%28,6). Bunların 2’i alanıyla ilgili çalıştığını belirtmiştir; çalışanlar içindeki alan uyumu %100,0’dir. Çalışmadığını belirten kayıt sayısı </w:t>
      </w:r>
      <w:proofErr w:type="gramStart"/>
      <w:r w:rsidRPr="008E2AAE">
        <w:rPr>
          <w:lang w:val="tr-TR"/>
        </w:rPr>
        <w:t>5’dir</w:t>
      </w:r>
      <w:proofErr w:type="gramEnd"/>
      <w:r w:rsidRPr="008E2AAE">
        <w:rPr>
          <w:lang w:val="tr-TR"/>
        </w:rPr>
        <w:t>. Çalışmama ile alanında çalışma beyanı çelişen 1 kayıt alan uyumu payına alınmamıştır.</w:t>
      </w:r>
    </w:p>
    <w:p w14:paraId="489C62C2" w14:textId="77777777" w:rsidR="00680C58" w:rsidRPr="008E2AAE" w:rsidRDefault="00000000" w:rsidP="008E2AAE">
      <w:pPr>
        <w:jc w:val="both"/>
        <w:rPr>
          <w:lang w:val="tr-TR"/>
        </w:rPr>
      </w:pPr>
      <w:r w:rsidRPr="008E2AAE">
        <w:rPr>
          <w:lang w:val="tr-TR"/>
        </w:rPr>
        <w:t>Genel eğitim memnuniyeti ortalaması 3,29/5’tir. Yanıt dağılımı 3 olumlu (%42,9), 2 orta (%28,6) ve 2 olumsuz (%28,6) şeklindedir. Ortalamanın tüm geçerli kayıt referansından farkı -0,41 puandır; bu fark betimsel olup kontrol edilmiş bir etki veya istatistiksel anlamlılık sonucu değildir.</w:t>
      </w:r>
    </w:p>
    <w:tbl>
      <w:tblPr>
        <w:tblStyle w:val="AkGlgeleme-Vurgu1"/>
        <w:tblW w:w="0" w:type="auto"/>
        <w:tblLook w:val="04A0" w:firstRow="1" w:lastRow="0" w:firstColumn="1" w:lastColumn="0" w:noHBand="0" w:noVBand="1"/>
      </w:tblPr>
      <w:tblGrid>
        <w:gridCol w:w="1704"/>
        <w:gridCol w:w="1704"/>
        <w:gridCol w:w="1704"/>
        <w:gridCol w:w="1704"/>
        <w:gridCol w:w="1704"/>
        <w:gridCol w:w="1704"/>
      </w:tblGrid>
      <w:tr w:rsidR="00680C58" w:rsidRPr="008E2AAE" w14:paraId="224B387A"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32858771" w14:textId="77777777" w:rsidR="00680C58" w:rsidRPr="008E2AAE" w:rsidRDefault="00000000" w:rsidP="008E2AAE">
            <w:pPr>
              <w:jc w:val="both"/>
              <w:rPr>
                <w:lang w:val="tr-TR"/>
              </w:rPr>
            </w:pPr>
            <w:r w:rsidRPr="008E2AAE">
              <w:rPr>
                <w:sz w:val="16"/>
                <w:lang w:val="tr-TR"/>
              </w:rPr>
              <w:t>Kod</w:t>
            </w:r>
          </w:p>
        </w:tc>
        <w:tc>
          <w:tcPr>
            <w:tcW w:w="1704" w:type="dxa"/>
          </w:tcPr>
          <w:p w14:paraId="47A9C128"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Değerlendirme maddesi</w:t>
            </w:r>
          </w:p>
        </w:tc>
        <w:tc>
          <w:tcPr>
            <w:tcW w:w="1704" w:type="dxa"/>
          </w:tcPr>
          <w:p w14:paraId="566403D5"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Ort.</w:t>
            </w:r>
          </w:p>
        </w:tc>
        <w:tc>
          <w:tcPr>
            <w:tcW w:w="1704" w:type="dxa"/>
          </w:tcPr>
          <w:p w14:paraId="55F3D639"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Olumlu</w:t>
            </w:r>
          </w:p>
        </w:tc>
        <w:tc>
          <w:tcPr>
            <w:tcW w:w="1704" w:type="dxa"/>
          </w:tcPr>
          <w:p w14:paraId="066E2C5E"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Orta</w:t>
            </w:r>
          </w:p>
        </w:tc>
        <w:tc>
          <w:tcPr>
            <w:tcW w:w="1704" w:type="dxa"/>
          </w:tcPr>
          <w:p w14:paraId="4BA8B597"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Olumsuz</w:t>
            </w:r>
          </w:p>
        </w:tc>
      </w:tr>
      <w:tr w:rsidR="00680C58" w:rsidRPr="008E2AAE" w14:paraId="20E5F551"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3AC252E6" w14:textId="77777777" w:rsidR="00680C58" w:rsidRPr="008E2AAE" w:rsidRDefault="00000000" w:rsidP="008E2AAE">
            <w:pPr>
              <w:jc w:val="both"/>
              <w:rPr>
                <w:lang w:val="tr-TR"/>
              </w:rPr>
            </w:pPr>
            <w:r w:rsidRPr="008E2AAE">
              <w:rPr>
                <w:sz w:val="16"/>
                <w:lang w:val="tr-TR"/>
              </w:rPr>
              <w:t>M01</w:t>
            </w:r>
          </w:p>
        </w:tc>
        <w:tc>
          <w:tcPr>
            <w:tcW w:w="1704" w:type="dxa"/>
          </w:tcPr>
          <w:p w14:paraId="4BF30C5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Mezuniyet gururu</w:t>
            </w:r>
          </w:p>
        </w:tc>
        <w:tc>
          <w:tcPr>
            <w:tcW w:w="1704" w:type="dxa"/>
          </w:tcPr>
          <w:p w14:paraId="462CFD5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3,00</w:t>
            </w:r>
          </w:p>
        </w:tc>
        <w:tc>
          <w:tcPr>
            <w:tcW w:w="1704" w:type="dxa"/>
          </w:tcPr>
          <w:p w14:paraId="47007C2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(%42,9)</w:t>
            </w:r>
          </w:p>
        </w:tc>
        <w:tc>
          <w:tcPr>
            <w:tcW w:w="1704" w:type="dxa"/>
          </w:tcPr>
          <w:p w14:paraId="78A7B3D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(%28,6)</w:t>
            </w:r>
          </w:p>
        </w:tc>
        <w:tc>
          <w:tcPr>
            <w:tcW w:w="1704" w:type="dxa"/>
          </w:tcPr>
          <w:p w14:paraId="54AA35F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(%28,6)</w:t>
            </w:r>
          </w:p>
        </w:tc>
      </w:tr>
      <w:tr w:rsidR="00680C58" w:rsidRPr="008E2AAE" w14:paraId="2FEF14E3"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3100E610" w14:textId="77777777" w:rsidR="00680C58" w:rsidRPr="008E2AAE" w:rsidRDefault="00000000" w:rsidP="008E2AAE">
            <w:pPr>
              <w:jc w:val="both"/>
              <w:rPr>
                <w:lang w:val="tr-TR"/>
              </w:rPr>
            </w:pPr>
            <w:r w:rsidRPr="008E2AAE">
              <w:rPr>
                <w:sz w:val="16"/>
                <w:lang w:val="tr-TR"/>
              </w:rPr>
              <w:t>M02</w:t>
            </w:r>
          </w:p>
        </w:tc>
        <w:tc>
          <w:tcPr>
            <w:tcW w:w="1704" w:type="dxa"/>
          </w:tcPr>
          <w:p w14:paraId="0A86D22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Bilinçli üniversite tercihi</w:t>
            </w:r>
          </w:p>
        </w:tc>
        <w:tc>
          <w:tcPr>
            <w:tcW w:w="1704" w:type="dxa"/>
          </w:tcPr>
          <w:p w14:paraId="7138C99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2,43</w:t>
            </w:r>
          </w:p>
        </w:tc>
        <w:tc>
          <w:tcPr>
            <w:tcW w:w="1704" w:type="dxa"/>
          </w:tcPr>
          <w:p w14:paraId="2A9A217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(%28,6)</w:t>
            </w:r>
          </w:p>
        </w:tc>
        <w:tc>
          <w:tcPr>
            <w:tcW w:w="1704" w:type="dxa"/>
          </w:tcPr>
          <w:p w14:paraId="7601841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(%14,3)</w:t>
            </w:r>
          </w:p>
        </w:tc>
        <w:tc>
          <w:tcPr>
            <w:tcW w:w="1704" w:type="dxa"/>
          </w:tcPr>
          <w:p w14:paraId="3335BF0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 (%57,1)</w:t>
            </w:r>
          </w:p>
        </w:tc>
      </w:tr>
      <w:tr w:rsidR="00680C58" w:rsidRPr="008E2AAE" w14:paraId="026B68B8"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02012707" w14:textId="77777777" w:rsidR="00680C58" w:rsidRPr="008E2AAE" w:rsidRDefault="00000000" w:rsidP="008E2AAE">
            <w:pPr>
              <w:jc w:val="both"/>
              <w:rPr>
                <w:lang w:val="tr-TR"/>
              </w:rPr>
            </w:pPr>
            <w:r w:rsidRPr="008E2AAE">
              <w:rPr>
                <w:sz w:val="16"/>
                <w:lang w:val="tr-TR"/>
              </w:rPr>
              <w:t>M03</w:t>
            </w:r>
          </w:p>
        </w:tc>
        <w:tc>
          <w:tcPr>
            <w:tcW w:w="1704" w:type="dxa"/>
          </w:tcPr>
          <w:p w14:paraId="0142F3D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Tercih öncesi program bilgisi</w:t>
            </w:r>
          </w:p>
        </w:tc>
        <w:tc>
          <w:tcPr>
            <w:tcW w:w="1704" w:type="dxa"/>
          </w:tcPr>
          <w:p w14:paraId="0092213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4,00</w:t>
            </w:r>
          </w:p>
        </w:tc>
        <w:tc>
          <w:tcPr>
            <w:tcW w:w="1704" w:type="dxa"/>
          </w:tcPr>
          <w:p w14:paraId="0111AAE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(%71,4)</w:t>
            </w:r>
          </w:p>
        </w:tc>
        <w:tc>
          <w:tcPr>
            <w:tcW w:w="1704" w:type="dxa"/>
          </w:tcPr>
          <w:p w14:paraId="1DD5F16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(%14,3)</w:t>
            </w:r>
          </w:p>
        </w:tc>
        <w:tc>
          <w:tcPr>
            <w:tcW w:w="1704" w:type="dxa"/>
          </w:tcPr>
          <w:p w14:paraId="339BFDF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(%14,3)</w:t>
            </w:r>
          </w:p>
        </w:tc>
      </w:tr>
      <w:tr w:rsidR="00680C58" w:rsidRPr="008E2AAE" w14:paraId="1E5D8943"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6D9D08D9" w14:textId="77777777" w:rsidR="00680C58" w:rsidRPr="008E2AAE" w:rsidRDefault="00000000" w:rsidP="008E2AAE">
            <w:pPr>
              <w:jc w:val="both"/>
              <w:rPr>
                <w:lang w:val="tr-TR"/>
              </w:rPr>
            </w:pPr>
            <w:r w:rsidRPr="008E2AAE">
              <w:rPr>
                <w:sz w:val="16"/>
                <w:lang w:val="tr-TR"/>
              </w:rPr>
              <w:t>M04</w:t>
            </w:r>
          </w:p>
        </w:tc>
        <w:tc>
          <w:tcPr>
            <w:tcW w:w="1704" w:type="dxa"/>
          </w:tcPr>
          <w:p w14:paraId="3C695AE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Eğitim düzeyinin yeterliliği</w:t>
            </w:r>
          </w:p>
        </w:tc>
        <w:tc>
          <w:tcPr>
            <w:tcW w:w="1704" w:type="dxa"/>
          </w:tcPr>
          <w:p w14:paraId="30D13A3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3,71</w:t>
            </w:r>
          </w:p>
        </w:tc>
        <w:tc>
          <w:tcPr>
            <w:tcW w:w="1704" w:type="dxa"/>
          </w:tcPr>
          <w:p w14:paraId="65B42CB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 (%57,1)</w:t>
            </w:r>
          </w:p>
        </w:tc>
        <w:tc>
          <w:tcPr>
            <w:tcW w:w="1704" w:type="dxa"/>
          </w:tcPr>
          <w:p w14:paraId="4C23902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(%28,6)</w:t>
            </w:r>
          </w:p>
        </w:tc>
        <w:tc>
          <w:tcPr>
            <w:tcW w:w="1704" w:type="dxa"/>
          </w:tcPr>
          <w:p w14:paraId="0B5D890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(%14,3)</w:t>
            </w:r>
          </w:p>
        </w:tc>
      </w:tr>
      <w:tr w:rsidR="00680C58" w:rsidRPr="008E2AAE" w14:paraId="24800431"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05679507" w14:textId="77777777" w:rsidR="00680C58" w:rsidRPr="008E2AAE" w:rsidRDefault="00000000" w:rsidP="008E2AAE">
            <w:pPr>
              <w:jc w:val="both"/>
              <w:rPr>
                <w:lang w:val="tr-TR"/>
              </w:rPr>
            </w:pPr>
            <w:r w:rsidRPr="008E2AAE">
              <w:rPr>
                <w:sz w:val="16"/>
                <w:lang w:val="tr-TR"/>
              </w:rPr>
              <w:t>M05</w:t>
            </w:r>
          </w:p>
        </w:tc>
        <w:tc>
          <w:tcPr>
            <w:tcW w:w="1704" w:type="dxa"/>
          </w:tcPr>
          <w:p w14:paraId="71CCDE2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Sunulan olanakların yeterliliği</w:t>
            </w:r>
          </w:p>
        </w:tc>
        <w:tc>
          <w:tcPr>
            <w:tcW w:w="1704" w:type="dxa"/>
          </w:tcPr>
          <w:p w14:paraId="5B74136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2,71</w:t>
            </w:r>
          </w:p>
        </w:tc>
        <w:tc>
          <w:tcPr>
            <w:tcW w:w="1704" w:type="dxa"/>
          </w:tcPr>
          <w:p w14:paraId="0F1932F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(%28,6)</w:t>
            </w:r>
          </w:p>
        </w:tc>
        <w:tc>
          <w:tcPr>
            <w:tcW w:w="1704" w:type="dxa"/>
          </w:tcPr>
          <w:p w14:paraId="54C4A0F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(%14,3)</w:t>
            </w:r>
          </w:p>
        </w:tc>
        <w:tc>
          <w:tcPr>
            <w:tcW w:w="1704" w:type="dxa"/>
          </w:tcPr>
          <w:p w14:paraId="16610EC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(%57,1)</w:t>
            </w:r>
          </w:p>
        </w:tc>
      </w:tr>
      <w:tr w:rsidR="00680C58" w:rsidRPr="008E2AAE" w14:paraId="4F2F4021"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5E2D8BDD" w14:textId="77777777" w:rsidR="00680C58" w:rsidRPr="008E2AAE" w:rsidRDefault="00000000" w:rsidP="008E2AAE">
            <w:pPr>
              <w:jc w:val="both"/>
              <w:rPr>
                <w:lang w:val="tr-TR"/>
              </w:rPr>
            </w:pPr>
            <w:r w:rsidRPr="008E2AAE">
              <w:rPr>
                <w:sz w:val="16"/>
                <w:lang w:val="tr-TR"/>
              </w:rPr>
              <w:t>M06</w:t>
            </w:r>
          </w:p>
        </w:tc>
        <w:tc>
          <w:tcPr>
            <w:tcW w:w="1704" w:type="dxa"/>
          </w:tcPr>
          <w:p w14:paraId="145B82B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Alan bilgisini kullanma becerisi</w:t>
            </w:r>
          </w:p>
        </w:tc>
        <w:tc>
          <w:tcPr>
            <w:tcW w:w="1704" w:type="dxa"/>
          </w:tcPr>
          <w:p w14:paraId="15B3644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4,00</w:t>
            </w:r>
          </w:p>
        </w:tc>
        <w:tc>
          <w:tcPr>
            <w:tcW w:w="1704" w:type="dxa"/>
          </w:tcPr>
          <w:p w14:paraId="1E19D20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 (%71,4)</w:t>
            </w:r>
          </w:p>
        </w:tc>
        <w:tc>
          <w:tcPr>
            <w:tcW w:w="1704" w:type="dxa"/>
          </w:tcPr>
          <w:p w14:paraId="5F9C1EA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(%28,6)</w:t>
            </w:r>
          </w:p>
        </w:tc>
        <w:tc>
          <w:tcPr>
            <w:tcW w:w="1704" w:type="dxa"/>
          </w:tcPr>
          <w:p w14:paraId="0350D60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 (%0,0)</w:t>
            </w:r>
          </w:p>
        </w:tc>
      </w:tr>
      <w:tr w:rsidR="00680C58" w:rsidRPr="008E2AAE" w14:paraId="724A387A"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62BC0250" w14:textId="77777777" w:rsidR="00680C58" w:rsidRPr="008E2AAE" w:rsidRDefault="00000000" w:rsidP="008E2AAE">
            <w:pPr>
              <w:jc w:val="both"/>
              <w:rPr>
                <w:lang w:val="tr-TR"/>
              </w:rPr>
            </w:pPr>
            <w:r w:rsidRPr="008E2AAE">
              <w:rPr>
                <w:sz w:val="16"/>
                <w:lang w:val="tr-TR"/>
              </w:rPr>
              <w:t>M07</w:t>
            </w:r>
          </w:p>
        </w:tc>
        <w:tc>
          <w:tcPr>
            <w:tcW w:w="1704" w:type="dxa"/>
          </w:tcPr>
          <w:p w14:paraId="61B19D1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hayatına yönelik danışmanlık</w:t>
            </w:r>
          </w:p>
        </w:tc>
        <w:tc>
          <w:tcPr>
            <w:tcW w:w="1704" w:type="dxa"/>
          </w:tcPr>
          <w:p w14:paraId="75E54A8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2,71</w:t>
            </w:r>
          </w:p>
        </w:tc>
        <w:tc>
          <w:tcPr>
            <w:tcW w:w="1704" w:type="dxa"/>
          </w:tcPr>
          <w:p w14:paraId="7868496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(%28,6)</w:t>
            </w:r>
          </w:p>
        </w:tc>
        <w:tc>
          <w:tcPr>
            <w:tcW w:w="1704" w:type="dxa"/>
          </w:tcPr>
          <w:p w14:paraId="53D5992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(%14,3)</w:t>
            </w:r>
          </w:p>
        </w:tc>
        <w:tc>
          <w:tcPr>
            <w:tcW w:w="1704" w:type="dxa"/>
          </w:tcPr>
          <w:p w14:paraId="4461AD8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(%57,1)</w:t>
            </w:r>
          </w:p>
        </w:tc>
      </w:tr>
      <w:tr w:rsidR="00680C58" w:rsidRPr="008E2AAE" w14:paraId="69A65B04"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2465A1E0" w14:textId="77777777" w:rsidR="00680C58" w:rsidRPr="008E2AAE" w:rsidRDefault="00000000" w:rsidP="008E2AAE">
            <w:pPr>
              <w:jc w:val="both"/>
              <w:rPr>
                <w:lang w:val="tr-TR"/>
              </w:rPr>
            </w:pPr>
            <w:r w:rsidRPr="008E2AAE">
              <w:rPr>
                <w:sz w:val="16"/>
                <w:lang w:val="tr-TR"/>
              </w:rPr>
              <w:t>M08</w:t>
            </w:r>
          </w:p>
        </w:tc>
        <w:tc>
          <w:tcPr>
            <w:tcW w:w="1704" w:type="dxa"/>
          </w:tcPr>
          <w:p w14:paraId="69FFC41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Bilgiye ulaşma ve araştırma</w:t>
            </w:r>
          </w:p>
        </w:tc>
        <w:tc>
          <w:tcPr>
            <w:tcW w:w="1704" w:type="dxa"/>
          </w:tcPr>
          <w:p w14:paraId="1412D5F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3,29</w:t>
            </w:r>
          </w:p>
        </w:tc>
        <w:tc>
          <w:tcPr>
            <w:tcW w:w="1704" w:type="dxa"/>
          </w:tcPr>
          <w:p w14:paraId="31A81BC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(%28,6)</w:t>
            </w:r>
          </w:p>
        </w:tc>
        <w:tc>
          <w:tcPr>
            <w:tcW w:w="1704" w:type="dxa"/>
          </w:tcPr>
          <w:p w14:paraId="193DBAF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(%42,9)</w:t>
            </w:r>
          </w:p>
        </w:tc>
        <w:tc>
          <w:tcPr>
            <w:tcW w:w="1704" w:type="dxa"/>
          </w:tcPr>
          <w:p w14:paraId="703984B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(%28,6)</w:t>
            </w:r>
          </w:p>
        </w:tc>
      </w:tr>
      <w:tr w:rsidR="00680C58" w:rsidRPr="008E2AAE" w14:paraId="076AE4DA"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2DFE9B2B" w14:textId="77777777" w:rsidR="00680C58" w:rsidRPr="008E2AAE" w:rsidRDefault="00000000" w:rsidP="008E2AAE">
            <w:pPr>
              <w:jc w:val="both"/>
              <w:rPr>
                <w:lang w:val="tr-TR"/>
              </w:rPr>
            </w:pPr>
            <w:r w:rsidRPr="008E2AAE">
              <w:rPr>
                <w:sz w:val="16"/>
                <w:lang w:val="tr-TR"/>
              </w:rPr>
              <w:t>M09</w:t>
            </w:r>
          </w:p>
        </w:tc>
        <w:tc>
          <w:tcPr>
            <w:tcW w:w="1704" w:type="dxa"/>
          </w:tcPr>
          <w:p w14:paraId="1B939DF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İletişim becerileri</w:t>
            </w:r>
          </w:p>
        </w:tc>
        <w:tc>
          <w:tcPr>
            <w:tcW w:w="1704" w:type="dxa"/>
          </w:tcPr>
          <w:p w14:paraId="09208C7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3,43</w:t>
            </w:r>
          </w:p>
        </w:tc>
        <w:tc>
          <w:tcPr>
            <w:tcW w:w="1704" w:type="dxa"/>
          </w:tcPr>
          <w:p w14:paraId="40B9626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(%42,9)</w:t>
            </w:r>
          </w:p>
        </w:tc>
        <w:tc>
          <w:tcPr>
            <w:tcW w:w="1704" w:type="dxa"/>
          </w:tcPr>
          <w:p w14:paraId="2300297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(%42,9)</w:t>
            </w:r>
          </w:p>
        </w:tc>
        <w:tc>
          <w:tcPr>
            <w:tcW w:w="1704" w:type="dxa"/>
          </w:tcPr>
          <w:p w14:paraId="58426D6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(%14,3)</w:t>
            </w:r>
          </w:p>
        </w:tc>
      </w:tr>
      <w:tr w:rsidR="00680C58" w:rsidRPr="008E2AAE" w14:paraId="5285A0E2"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2ADA4508" w14:textId="77777777" w:rsidR="00680C58" w:rsidRPr="008E2AAE" w:rsidRDefault="00000000" w:rsidP="008E2AAE">
            <w:pPr>
              <w:jc w:val="both"/>
              <w:rPr>
                <w:lang w:val="tr-TR"/>
              </w:rPr>
            </w:pPr>
            <w:r w:rsidRPr="008E2AAE">
              <w:rPr>
                <w:sz w:val="16"/>
                <w:lang w:val="tr-TR"/>
              </w:rPr>
              <w:t>M10</w:t>
            </w:r>
          </w:p>
        </w:tc>
        <w:tc>
          <w:tcPr>
            <w:tcW w:w="1704" w:type="dxa"/>
          </w:tcPr>
          <w:p w14:paraId="1297027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Etik ve mesleki sorumluluk</w:t>
            </w:r>
          </w:p>
        </w:tc>
        <w:tc>
          <w:tcPr>
            <w:tcW w:w="1704" w:type="dxa"/>
          </w:tcPr>
          <w:p w14:paraId="4646A92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4,29</w:t>
            </w:r>
          </w:p>
        </w:tc>
        <w:tc>
          <w:tcPr>
            <w:tcW w:w="1704" w:type="dxa"/>
          </w:tcPr>
          <w:p w14:paraId="1FD35AA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 (%85,7)</w:t>
            </w:r>
          </w:p>
        </w:tc>
        <w:tc>
          <w:tcPr>
            <w:tcW w:w="1704" w:type="dxa"/>
          </w:tcPr>
          <w:p w14:paraId="0A48FE8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(%14,3)</w:t>
            </w:r>
          </w:p>
        </w:tc>
        <w:tc>
          <w:tcPr>
            <w:tcW w:w="1704" w:type="dxa"/>
          </w:tcPr>
          <w:p w14:paraId="2D59365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 (%0,0)</w:t>
            </w:r>
          </w:p>
        </w:tc>
      </w:tr>
      <w:tr w:rsidR="00680C58" w:rsidRPr="008E2AAE" w14:paraId="5D678F37"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6B79E7AC" w14:textId="77777777" w:rsidR="00680C58" w:rsidRPr="008E2AAE" w:rsidRDefault="00000000" w:rsidP="008E2AAE">
            <w:pPr>
              <w:jc w:val="both"/>
              <w:rPr>
                <w:lang w:val="tr-TR"/>
              </w:rPr>
            </w:pPr>
            <w:r w:rsidRPr="008E2AAE">
              <w:rPr>
                <w:sz w:val="16"/>
                <w:lang w:val="tr-TR"/>
              </w:rPr>
              <w:t>M11</w:t>
            </w:r>
          </w:p>
        </w:tc>
        <w:tc>
          <w:tcPr>
            <w:tcW w:w="1704" w:type="dxa"/>
          </w:tcPr>
          <w:p w14:paraId="3EB9AF1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Mesleki yabancı dil</w:t>
            </w:r>
          </w:p>
        </w:tc>
        <w:tc>
          <w:tcPr>
            <w:tcW w:w="1704" w:type="dxa"/>
          </w:tcPr>
          <w:p w14:paraId="747DE32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2,00</w:t>
            </w:r>
          </w:p>
        </w:tc>
        <w:tc>
          <w:tcPr>
            <w:tcW w:w="1704" w:type="dxa"/>
          </w:tcPr>
          <w:p w14:paraId="1C7F85E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(%14,3)</w:t>
            </w:r>
          </w:p>
        </w:tc>
        <w:tc>
          <w:tcPr>
            <w:tcW w:w="1704" w:type="dxa"/>
          </w:tcPr>
          <w:p w14:paraId="63403CF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 (%0,0)</w:t>
            </w:r>
          </w:p>
        </w:tc>
        <w:tc>
          <w:tcPr>
            <w:tcW w:w="1704" w:type="dxa"/>
          </w:tcPr>
          <w:p w14:paraId="326EBD7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 (%85,7)</w:t>
            </w:r>
          </w:p>
        </w:tc>
      </w:tr>
      <w:tr w:rsidR="00680C58" w:rsidRPr="008E2AAE" w14:paraId="1FA91C4A"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68EE1D06" w14:textId="77777777" w:rsidR="00680C58" w:rsidRPr="008E2AAE" w:rsidRDefault="00000000" w:rsidP="008E2AAE">
            <w:pPr>
              <w:jc w:val="both"/>
              <w:rPr>
                <w:lang w:val="tr-TR"/>
              </w:rPr>
            </w:pPr>
            <w:r w:rsidRPr="008E2AAE">
              <w:rPr>
                <w:sz w:val="16"/>
                <w:lang w:val="tr-TR"/>
              </w:rPr>
              <w:t>M12</w:t>
            </w:r>
          </w:p>
        </w:tc>
        <w:tc>
          <w:tcPr>
            <w:tcW w:w="1704" w:type="dxa"/>
          </w:tcPr>
          <w:p w14:paraId="11DC6C8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Bilgisayar kullanma yetkinliği</w:t>
            </w:r>
          </w:p>
        </w:tc>
        <w:tc>
          <w:tcPr>
            <w:tcW w:w="1704" w:type="dxa"/>
          </w:tcPr>
          <w:p w14:paraId="503C993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2,29</w:t>
            </w:r>
          </w:p>
        </w:tc>
        <w:tc>
          <w:tcPr>
            <w:tcW w:w="1704" w:type="dxa"/>
          </w:tcPr>
          <w:p w14:paraId="3FCDA2F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(%14,3)</w:t>
            </w:r>
          </w:p>
        </w:tc>
        <w:tc>
          <w:tcPr>
            <w:tcW w:w="1704" w:type="dxa"/>
          </w:tcPr>
          <w:p w14:paraId="4EF210C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(%14,3)</w:t>
            </w:r>
          </w:p>
        </w:tc>
        <w:tc>
          <w:tcPr>
            <w:tcW w:w="1704" w:type="dxa"/>
          </w:tcPr>
          <w:p w14:paraId="377BB3A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 (%71,4)</w:t>
            </w:r>
          </w:p>
        </w:tc>
      </w:tr>
      <w:tr w:rsidR="00680C58" w:rsidRPr="008E2AAE" w14:paraId="257DF12E"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35AF02F3" w14:textId="77777777" w:rsidR="00680C58" w:rsidRPr="008E2AAE" w:rsidRDefault="00000000" w:rsidP="008E2AAE">
            <w:pPr>
              <w:jc w:val="both"/>
              <w:rPr>
                <w:lang w:val="tr-TR"/>
              </w:rPr>
            </w:pPr>
            <w:r w:rsidRPr="008E2AAE">
              <w:rPr>
                <w:sz w:val="16"/>
                <w:lang w:val="tr-TR"/>
              </w:rPr>
              <w:t>M13</w:t>
            </w:r>
          </w:p>
        </w:tc>
        <w:tc>
          <w:tcPr>
            <w:tcW w:w="1704" w:type="dxa"/>
          </w:tcPr>
          <w:p w14:paraId="1610E35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dünyasında mezunlara tutum</w:t>
            </w:r>
          </w:p>
        </w:tc>
        <w:tc>
          <w:tcPr>
            <w:tcW w:w="1704" w:type="dxa"/>
          </w:tcPr>
          <w:p w14:paraId="20EF64B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2,29</w:t>
            </w:r>
          </w:p>
        </w:tc>
        <w:tc>
          <w:tcPr>
            <w:tcW w:w="1704" w:type="dxa"/>
          </w:tcPr>
          <w:p w14:paraId="1AF88D7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(%28,6)</w:t>
            </w:r>
          </w:p>
        </w:tc>
        <w:tc>
          <w:tcPr>
            <w:tcW w:w="1704" w:type="dxa"/>
          </w:tcPr>
          <w:p w14:paraId="4C57C9C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 (%0,0)</w:t>
            </w:r>
          </w:p>
        </w:tc>
        <w:tc>
          <w:tcPr>
            <w:tcW w:w="1704" w:type="dxa"/>
          </w:tcPr>
          <w:p w14:paraId="5EE5807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(%71,4)</w:t>
            </w:r>
          </w:p>
        </w:tc>
      </w:tr>
      <w:tr w:rsidR="00680C58" w:rsidRPr="008E2AAE" w14:paraId="1EDD7CC5"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6B9A4208" w14:textId="77777777" w:rsidR="00680C58" w:rsidRPr="008E2AAE" w:rsidRDefault="00000000" w:rsidP="008E2AAE">
            <w:pPr>
              <w:jc w:val="both"/>
              <w:rPr>
                <w:lang w:val="tr-TR"/>
              </w:rPr>
            </w:pPr>
            <w:r w:rsidRPr="008E2AAE">
              <w:rPr>
                <w:sz w:val="16"/>
                <w:lang w:val="tr-TR"/>
              </w:rPr>
              <w:t>M14</w:t>
            </w:r>
          </w:p>
        </w:tc>
        <w:tc>
          <w:tcPr>
            <w:tcW w:w="1704" w:type="dxa"/>
          </w:tcPr>
          <w:p w14:paraId="17E4225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Genel eğitim memnuniyeti</w:t>
            </w:r>
          </w:p>
        </w:tc>
        <w:tc>
          <w:tcPr>
            <w:tcW w:w="1704" w:type="dxa"/>
          </w:tcPr>
          <w:p w14:paraId="26056F8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3,29</w:t>
            </w:r>
          </w:p>
        </w:tc>
        <w:tc>
          <w:tcPr>
            <w:tcW w:w="1704" w:type="dxa"/>
          </w:tcPr>
          <w:p w14:paraId="3994F37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(%42,9)</w:t>
            </w:r>
          </w:p>
        </w:tc>
        <w:tc>
          <w:tcPr>
            <w:tcW w:w="1704" w:type="dxa"/>
          </w:tcPr>
          <w:p w14:paraId="224D49D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(%28,6)</w:t>
            </w:r>
          </w:p>
        </w:tc>
        <w:tc>
          <w:tcPr>
            <w:tcW w:w="1704" w:type="dxa"/>
          </w:tcPr>
          <w:p w14:paraId="0A1691A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(%28,6)</w:t>
            </w:r>
          </w:p>
        </w:tc>
      </w:tr>
      <w:tr w:rsidR="00680C58" w:rsidRPr="008E2AAE" w14:paraId="5BFA26F9"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32085CA5" w14:textId="77777777" w:rsidR="00680C58" w:rsidRPr="008E2AAE" w:rsidRDefault="00000000" w:rsidP="008E2AAE">
            <w:pPr>
              <w:jc w:val="both"/>
              <w:rPr>
                <w:lang w:val="tr-TR"/>
              </w:rPr>
            </w:pPr>
            <w:r w:rsidRPr="008E2AAE">
              <w:rPr>
                <w:sz w:val="16"/>
                <w:lang w:val="tr-TR"/>
              </w:rPr>
              <w:t>M15</w:t>
            </w:r>
          </w:p>
        </w:tc>
        <w:tc>
          <w:tcPr>
            <w:tcW w:w="1704" w:type="dxa"/>
          </w:tcPr>
          <w:p w14:paraId="05D6FFE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Üniversiteyi tekrar seçme</w:t>
            </w:r>
          </w:p>
        </w:tc>
        <w:tc>
          <w:tcPr>
            <w:tcW w:w="1704" w:type="dxa"/>
          </w:tcPr>
          <w:p w14:paraId="24252D1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2,43</w:t>
            </w:r>
          </w:p>
        </w:tc>
        <w:tc>
          <w:tcPr>
            <w:tcW w:w="1704" w:type="dxa"/>
          </w:tcPr>
          <w:p w14:paraId="413EDCB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(%28,6)</w:t>
            </w:r>
          </w:p>
        </w:tc>
        <w:tc>
          <w:tcPr>
            <w:tcW w:w="1704" w:type="dxa"/>
          </w:tcPr>
          <w:p w14:paraId="23A51AE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(%14,3)</w:t>
            </w:r>
          </w:p>
        </w:tc>
        <w:tc>
          <w:tcPr>
            <w:tcW w:w="1704" w:type="dxa"/>
          </w:tcPr>
          <w:p w14:paraId="100647B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(%57,1)</w:t>
            </w:r>
          </w:p>
        </w:tc>
      </w:tr>
      <w:tr w:rsidR="00680C58" w:rsidRPr="008E2AAE" w14:paraId="187E1DE9"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26B60316" w14:textId="77777777" w:rsidR="00680C58" w:rsidRPr="008E2AAE" w:rsidRDefault="00000000" w:rsidP="008E2AAE">
            <w:pPr>
              <w:jc w:val="both"/>
              <w:rPr>
                <w:lang w:val="tr-TR"/>
              </w:rPr>
            </w:pPr>
            <w:r w:rsidRPr="008E2AAE">
              <w:rPr>
                <w:sz w:val="16"/>
                <w:lang w:val="tr-TR"/>
              </w:rPr>
              <w:t>M16</w:t>
            </w:r>
          </w:p>
        </w:tc>
        <w:tc>
          <w:tcPr>
            <w:tcW w:w="1704" w:type="dxa"/>
          </w:tcPr>
          <w:p w14:paraId="2FA13AA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Bölümü tekrar seçme</w:t>
            </w:r>
          </w:p>
        </w:tc>
        <w:tc>
          <w:tcPr>
            <w:tcW w:w="1704" w:type="dxa"/>
          </w:tcPr>
          <w:p w14:paraId="57542CC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4,00</w:t>
            </w:r>
          </w:p>
        </w:tc>
        <w:tc>
          <w:tcPr>
            <w:tcW w:w="1704" w:type="dxa"/>
          </w:tcPr>
          <w:p w14:paraId="5347924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 (%71,4)</w:t>
            </w:r>
          </w:p>
        </w:tc>
        <w:tc>
          <w:tcPr>
            <w:tcW w:w="1704" w:type="dxa"/>
          </w:tcPr>
          <w:p w14:paraId="7BC3BDE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(%14,3)</w:t>
            </w:r>
          </w:p>
        </w:tc>
        <w:tc>
          <w:tcPr>
            <w:tcW w:w="1704" w:type="dxa"/>
          </w:tcPr>
          <w:p w14:paraId="1F5845E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(%14,3)</w:t>
            </w:r>
          </w:p>
        </w:tc>
      </w:tr>
      <w:tr w:rsidR="00680C58" w:rsidRPr="008E2AAE" w14:paraId="3E3406FA"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394E4491" w14:textId="77777777" w:rsidR="00680C58" w:rsidRPr="008E2AAE" w:rsidRDefault="00000000" w:rsidP="008E2AAE">
            <w:pPr>
              <w:jc w:val="both"/>
              <w:rPr>
                <w:lang w:val="tr-TR"/>
              </w:rPr>
            </w:pPr>
            <w:r w:rsidRPr="008E2AAE">
              <w:rPr>
                <w:sz w:val="16"/>
                <w:lang w:val="tr-TR"/>
              </w:rPr>
              <w:t>M17</w:t>
            </w:r>
          </w:p>
        </w:tc>
        <w:tc>
          <w:tcPr>
            <w:tcW w:w="1704" w:type="dxa"/>
          </w:tcPr>
          <w:p w14:paraId="0AA94F1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Üniversiteyi tavsiye etme</w:t>
            </w:r>
          </w:p>
        </w:tc>
        <w:tc>
          <w:tcPr>
            <w:tcW w:w="1704" w:type="dxa"/>
          </w:tcPr>
          <w:p w14:paraId="1C4CB63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2,86</w:t>
            </w:r>
          </w:p>
        </w:tc>
        <w:tc>
          <w:tcPr>
            <w:tcW w:w="1704" w:type="dxa"/>
          </w:tcPr>
          <w:p w14:paraId="45F856E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(%28,6)</w:t>
            </w:r>
          </w:p>
        </w:tc>
        <w:tc>
          <w:tcPr>
            <w:tcW w:w="1704" w:type="dxa"/>
          </w:tcPr>
          <w:p w14:paraId="632A580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(%42,9)</w:t>
            </w:r>
          </w:p>
        </w:tc>
        <w:tc>
          <w:tcPr>
            <w:tcW w:w="1704" w:type="dxa"/>
          </w:tcPr>
          <w:p w14:paraId="6A7FA6E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(%28,6)</w:t>
            </w:r>
          </w:p>
        </w:tc>
      </w:tr>
    </w:tbl>
    <w:p w14:paraId="6CFC6ABA" w14:textId="77777777" w:rsidR="00680C58" w:rsidRPr="008E2AAE" w:rsidRDefault="00000000" w:rsidP="008E2AAE">
      <w:pPr>
        <w:pStyle w:val="Balk1"/>
        <w:jc w:val="both"/>
        <w:rPr>
          <w:lang w:val="tr-TR"/>
        </w:rPr>
      </w:pPr>
      <w:r w:rsidRPr="008E2AAE">
        <w:rPr>
          <w:lang w:val="tr-TR"/>
        </w:rPr>
        <w:t>Güçlü alanlar ve geliştirme ihtiyaçları</w:t>
      </w:r>
    </w:p>
    <w:p w14:paraId="2A974D78" w14:textId="77777777" w:rsidR="00680C58" w:rsidRPr="008E2AAE" w:rsidRDefault="00000000" w:rsidP="008E2AAE">
      <w:pPr>
        <w:jc w:val="both"/>
        <w:rPr>
          <w:lang w:val="tr-TR"/>
        </w:rPr>
      </w:pPr>
      <w:r w:rsidRPr="008E2AAE">
        <w:rPr>
          <w:lang w:val="tr-TR"/>
        </w:rPr>
        <w:t>Birim içinde en yüksek ortalamalı üç madde: Etik ve mesleki sorumluluk (4,29/5; %85,7 olumlu); Tercih öncesi program bilgisi (4,00/5; %71,4 olumlu); Alan bilgisini kullanma becerisi (4,00/5; %71,4 olumlu). Bu sıralama yalnızca bu birimin katılımcı yanıtları içindedir; eşit veya yakın puanlar arasında güçlü üstünlük çıkarımı yapılmamalıdır.</w:t>
      </w:r>
    </w:p>
    <w:p w14:paraId="0983BDA7" w14:textId="77777777" w:rsidR="00680C58" w:rsidRPr="008E2AAE" w:rsidRDefault="00000000" w:rsidP="008E2AAE">
      <w:pPr>
        <w:jc w:val="both"/>
        <w:rPr>
          <w:lang w:val="tr-TR"/>
        </w:rPr>
      </w:pPr>
      <w:r w:rsidRPr="008E2AAE">
        <w:rPr>
          <w:lang w:val="tr-TR"/>
        </w:rPr>
        <w:lastRenderedPageBreak/>
        <w:t>En düşük ortalamalı üç madde: Mesleki yabancı dil (2,00/5; %14,3 olumlu); İş dünyasında mezunlara tutum (2,29/5; %28,6 olumlu); Bilgisayar kullanma yetkinliği (2,29/5; %14,3 olumlu). Bu sonuçların nedenleri ankette açık uçlu soru olmadığından doğrudan bilinmemektedir. İlgili maddeler odak görüşmesi veya kısa takip sorularıyla ayrıntılandırılmalıdır.</w:t>
      </w:r>
    </w:p>
    <w:p w14:paraId="1E0F66F8" w14:textId="77777777" w:rsidR="00680C58" w:rsidRPr="008E2AAE" w:rsidRDefault="00000000" w:rsidP="008E2AAE">
      <w:pPr>
        <w:pStyle w:val="Balk1"/>
        <w:jc w:val="both"/>
        <w:rPr>
          <w:lang w:val="tr-TR"/>
        </w:rPr>
      </w:pPr>
      <w:r w:rsidRPr="008E2AAE">
        <w:rPr>
          <w:lang w:val="tr-TR"/>
        </w:rPr>
        <w:t>Yeni–geç mezun sonuçları</w:t>
      </w:r>
    </w:p>
    <w:tbl>
      <w:tblPr>
        <w:tblStyle w:val="AkGlgeleme-Vurgu1"/>
        <w:tblW w:w="0" w:type="auto"/>
        <w:tblLook w:val="04A0" w:firstRow="1" w:lastRow="0" w:firstColumn="1" w:lastColumn="0" w:noHBand="0" w:noVBand="1"/>
      </w:tblPr>
      <w:tblGrid>
        <w:gridCol w:w="1704"/>
        <w:gridCol w:w="1704"/>
        <w:gridCol w:w="1704"/>
        <w:gridCol w:w="1704"/>
        <w:gridCol w:w="1704"/>
        <w:gridCol w:w="1704"/>
      </w:tblGrid>
      <w:tr w:rsidR="00680C58" w:rsidRPr="008E2AAE" w14:paraId="07B77DBA"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4FEDED84" w14:textId="77777777" w:rsidR="00680C58" w:rsidRPr="008E2AAE" w:rsidRDefault="00000000" w:rsidP="008E2AAE">
            <w:pPr>
              <w:jc w:val="both"/>
              <w:rPr>
                <w:lang w:val="tr-TR"/>
              </w:rPr>
            </w:pPr>
            <w:r w:rsidRPr="008E2AAE">
              <w:rPr>
                <w:sz w:val="16"/>
                <w:lang w:val="tr-TR"/>
              </w:rPr>
              <w:t>Grup</w:t>
            </w:r>
          </w:p>
        </w:tc>
        <w:tc>
          <w:tcPr>
            <w:tcW w:w="1704" w:type="dxa"/>
          </w:tcPr>
          <w:p w14:paraId="75BDCE58"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proofErr w:type="gramStart"/>
            <w:r w:rsidRPr="008E2AAE">
              <w:rPr>
                <w:sz w:val="16"/>
                <w:lang w:val="tr-TR"/>
              </w:rPr>
              <w:t>n</w:t>
            </w:r>
            <w:proofErr w:type="gramEnd"/>
          </w:p>
        </w:tc>
        <w:tc>
          <w:tcPr>
            <w:tcW w:w="1704" w:type="dxa"/>
          </w:tcPr>
          <w:p w14:paraId="0DA20DAB"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 xml:space="preserve">Genel </w:t>
            </w:r>
            <w:proofErr w:type="spellStart"/>
            <w:r w:rsidRPr="008E2AAE">
              <w:rPr>
                <w:sz w:val="16"/>
                <w:lang w:val="tr-TR"/>
              </w:rPr>
              <w:t>mem</w:t>
            </w:r>
            <w:proofErr w:type="spellEnd"/>
            <w:r w:rsidRPr="008E2AAE">
              <w:rPr>
                <w:sz w:val="16"/>
                <w:lang w:val="tr-TR"/>
              </w:rPr>
              <w:t xml:space="preserve">. </w:t>
            </w:r>
            <w:proofErr w:type="spellStart"/>
            <w:proofErr w:type="gramStart"/>
            <w:r w:rsidRPr="008E2AAE">
              <w:rPr>
                <w:sz w:val="16"/>
                <w:lang w:val="tr-TR"/>
              </w:rPr>
              <w:t>ort</w:t>
            </w:r>
            <w:proofErr w:type="gramEnd"/>
            <w:r w:rsidRPr="008E2AAE">
              <w:rPr>
                <w:sz w:val="16"/>
                <w:lang w:val="tr-TR"/>
              </w:rPr>
              <w:t>.</w:t>
            </w:r>
            <w:proofErr w:type="spellEnd"/>
          </w:p>
        </w:tc>
        <w:tc>
          <w:tcPr>
            <w:tcW w:w="1704" w:type="dxa"/>
          </w:tcPr>
          <w:p w14:paraId="1CF30ACD"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 xml:space="preserve">Olumlu </w:t>
            </w:r>
            <w:proofErr w:type="spellStart"/>
            <w:r w:rsidRPr="008E2AAE">
              <w:rPr>
                <w:sz w:val="16"/>
                <w:lang w:val="tr-TR"/>
              </w:rPr>
              <w:t>mem</w:t>
            </w:r>
            <w:proofErr w:type="spellEnd"/>
            <w:r w:rsidRPr="008E2AAE">
              <w:rPr>
                <w:sz w:val="16"/>
                <w:lang w:val="tr-TR"/>
              </w:rPr>
              <w:t>.</w:t>
            </w:r>
          </w:p>
        </w:tc>
        <w:tc>
          <w:tcPr>
            <w:tcW w:w="1704" w:type="dxa"/>
          </w:tcPr>
          <w:p w14:paraId="32F21E5C"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Çalışma</w:t>
            </w:r>
          </w:p>
        </w:tc>
        <w:tc>
          <w:tcPr>
            <w:tcW w:w="1704" w:type="dxa"/>
          </w:tcPr>
          <w:p w14:paraId="0D8378A1"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Alanında / çalışan</w:t>
            </w:r>
          </w:p>
        </w:tc>
      </w:tr>
      <w:tr w:rsidR="00680C58" w:rsidRPr="008E2AAE" w14:paraId="1E533851"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255EF5C1" w14:textId="77777777" w:rsidR="00680C58" w:rsidRPr="008E2AAE" w:rsidRDefault="00000000" w:rsidP="008E2AAE">
            <w:pPr>
              <w:jc w:val="both"/>
              <w:rPr>
                <w:lang w:val="tr-TR"/>
              </w:rPr>
            </w:pPr>
            <w:r w:rsidRPr="008E2AAE">
              <w:rPr>
                <w:sz w:val="16"/>
                <w:lang w:val="tr-TR"/>
              </w:rPr>
              <w:t>Yeni mezun</w:t>
            </w:r>
          </w:p>
        </w:tc>
        <w:tc>
          <w:tcPr>
            <w:tcW w:w="1704" w:type="dxa"/>
          </w:tcPr>
          <w:p w14:paraId="4706B4E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7</w:t>
            </w:r>
          </w:p>
        </w:tc>
        <w:tc>
          <w:tcPr>
            <w:tcW w:w="1704" w:type="dxa"/>
          </w:tcPr>
          <w:p w14:paraId="67568F7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3,29</w:t>
            </w:r>
          </w:p>
        </w:tc>
        <w:tc>
          <w:tcPr>
            <w:tcW w:w="1704" w:type="dxa"/>
          </w:tcPr>
          <w:p w14:paraId="7ECB36C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(%42,9)</w:t>
            </w:r>
          </w:p>
        </w:tc>
        <w:tc>
          <w:tcPr>
            <w:tcW w:w="1704" w:type="dxa"/>
          </w:tcPr>
          <w:p w14:paraId="55023D8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(%28,6)</w:t>
            </w:r>
          </w:p>
        </w:tc>
        <w:tc>
          <w:tcPr>
            <w:tcW w:w="1704" w:type="dxa"/>
          </w:tcPr>
          <w:p w14:paraId="51FE280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2/2 (%100,0)</w:t>
            </w:r>
          </w:p>
        </w:tc>
      </w:tr>
      <w:tr w:rsidR="00680C58" w:rsidRPr="008E2AAE" w14:paraId="5BC8F0B5"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79A43ABD" w14:textId="77777777" w:rsidR="00680C58" w:rsidRPr="008E2AAE" w:rsidRDefault="00000000" w:rsidP="008E2AAE">
            <w:pPr>
              <w:jc w:val="both"/>
              <w:rPr>
                <w:lang w:val="tr-TR"/>
              </w:rPr>
            </w:pPr>
            <w:r w:rsidRPr="008E2AAE">
              <w:rPr>
                <w:sz w:val="16"/>
                <w:lang w:val="tr-TR"/>
              </w:rPr>
              <w:t>Geç mezun</w:t>
            </w:r>
          </w:p>
        </w:tc>
        <w:tc>
          <w:tcPr>
            <w:tcW w:w="1704" w:type="dxa"/>
          </w:tcPr>
          <w:p w14:paraId="2C6E512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w:t>
            </w:r>
          </w:p>
        </w:tc>
        <w:tc>
          <w:tcPr>
            <w:tcW w:w="1704" w:type="dxa"/>
          </w:tcPr>
          <w:p w14:paraId="1F2C45F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w:t>
            </w:r>
          </w:p>
        </w:tc>
        <w:tc>
          <w:tcPr>
            <w:tcW w:w="1704" w:type="dxa"/>
          </w:tcPr>
          <w:p w14:paraId="00851E2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w:t>
            </w:r>
          </w:p>
        </w:tc>
        <w:tc>
          <w:tcPr>
            <w:tcW w:w="1704" w:type="dxa"/>
          </w:tcPr>
          <w:p w14:paraId="0DE2769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w:t>
            </w:r>
          </w:p>
        </w:tc>
        <w:tc>
          <w:tcPr>
            <w:tcW w:w="1704" w:type="dxa"/>
          </w:tcPr>
          <w:p w14:paraId="43EC501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w:t>
            </w:r>
          </w:p>
        </w:tc>
      </w:tr>
      <w:tr w:rsidR="00680C58" w:rsidRPr="008E2AAE" w14:paraId="021C1CDC"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46C74564" w14:textId="77777777" w:rsidR="00680C58" w:rsidRPr="008E2AAE" w:rsidRDefault="00000000" w:rsidP="008E2AAE">
            <w:pPr>
              <w:jc w:val="both"/>
              <w:rPr>
                <w:lang w:val="tr-TR"/>
              </w:rPr>
            </w:pPr>
            <w:r w:rsidRPr="008E2AAE">
              <w:rPr>
                <w:sz w:val="16"/>
                <w:lang w:val="tr-TR"/>
              </w:rPr>
              <w:t>3 yıldan eski</w:t>
            </w:r>
          </w:p>
        </w:tc>
        <w:tc>
          <w:tcPr>
            <w:tcW w:w="1704" w:type="dxa"/>
          </w:tcPr>
          <w:p w14:paraId="65BDEDE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w:t>
            </w:r>
          </w:p>
        </w:tc>
        <w:tc>
          <w:tcPr>
            <w:tcW w:w="1704" w:type="dxa"/>
          </w:tcPr>
          <w:p w14:paraId="425CE2A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c>
          <w:tcPr>
            <w:tcW w:w="1704" w:type="dxa"/>
          </w:tcPr>
          <w:p w14:paraId="007006C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c>
          <w:tcPr>
            <w:tcW w:w="1704" w:type="dxa"/>
          </w:tcPr>
          <w:p w14:paraId="64C189B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c>
          <w:tcPr>
            <w:tcW w:w="1704" w:type="dxa"/>
          </w:tcPr>
          <w:p w14:paraId="6FCC0D0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r>
    </w:tbl>
    <w:p w14:paraId="0B8BE5A3" w14:textId="77777777" w:rsidR="00680C58" w:rsidRPr="008E2AAE" w:rsidRDefault="00000000" w:rsidP="008E2AAE">
      <w:pPr>
        <w:jc w:val="both"/>
        <w:rPr>
          <w:lang w:val="tr-TR"/>
        </w:rPr>
      </w:pPr>
      <w:r w:rsidRPr="008E2AAE">
        <w:rPr>
          <w:lang w:val="tr-TR"/>
        </w:rPr>
        <w:t>Bu fakülte için geç mezun yanıtı bulunmamaktadır. Birimin yeni–geç mezun farkı hesaplanamaz; sonuçlar mevcut yeni mezun yanıtlarına dayanır. Sonraki uygulamada 2–3 takvim yılı farkına sahip mezunlara erişimin artırılması önerilir.</w:t>
      </w:r>
    </w:p>
    <w:p w14:paraId="10F55D29" w14:textId="77777777" w:rsidR="00680C58" w:rsidRPr="008E2AAE" w:rsidRDefault="00000000" w:rsidP="008E2AAE">
      <w:pPr>
        <w:jc w:val="both"/>
        <w:rPr>
          <w:lang w:val="tr-TR"/>
        </w:rPr>
      </w:pPr>
      <w:r w:rsidRPr="008E2AAE">
        <w:rPr>
          <w:lang w:val="tr-TR"/>
        </w:rPr>
        <w:t>Eşleştirme duyarlılığı: Yalnızca açık/standartlaştırılmış birim yanıtları kullanıldığında n=5, genel memnuniyet 3,40/5 ve olumlu oran %40,0 olur. Bölüm/programdan eşleştirilen kayıtlar dahil ana sonuç n=7, 3,29/5 ve %42,9’dir. Bu fark, atama kararının etkisini görünür kılar; eşleştirme idari kayıtla doğrulanmalıdır.</w:t>
      </w:r>
    </w:p>
    <w:p w14:paraId="3003A82E" w14:textId="77777777" w:rsidR="00680C58" w:rsidRPr="008E2AAE" w:rsidRDefault="00000000" w:rsidP="008E2AAE">
      <w:pPr>
        <w:pStyle w:val="Balk1"/>
        <w:jc w:val="both"/>
        <w:rPr>
          <w:lang w:val="tr-TR"/>
        </w:rPr>
      </w:pPr>
      <w:r w:rsidRPr="008E2AAE">
        <w:rPr>
          <w:lang w:val="tr-TR"/>
        </w:rPr>
        <w:t>Fakülteye yönelik önerilen izleme ve iyileştirme</w:t>
      </w:r>
    </w:p>
    <w:p w14:paraId="1757C371" w14:textId="77777777" w:rsidR="00680C58" w:rsidRPr="008E2AAE" w:rsidRDefault="00000000" w:rsidP="008E2AAE">
      <w:pPr>
        <w:jc w:val="both"/>
        <w:rPr>
          <w:lang w:val="tr-TR"/>
        </w:rPr>
      </w:pPr>
      <w:r w:rsidRPr="008E2AAE">
        <w:rPr>
          <w:lang w:val="tr-TR"/>
        </w:rPr>
        <w:t>Mesleki dil, dijital uygulama ve klinik eğitim olanakları için odak görüşmesiyle ihtiyaç belirleme önerilir. Düşük puanlı üç madde öncelikli inceleme gündemi yapılmalı; hangi program, eğitim kaynağı veya hizmetin sorunla ilişkili olduğu görüşmelerle belirlenmelidir. Ankette ölçülmeyen bir hizmet yetersizliği gerçekleşmiş olay olarak kabul edilmemelidir.</w:t>
      </w:r>
    </w:p>
    <w:p w14:paraId="1CF19644" w14:textId="77777777" w:rsidR="00680C58" w:rsidRPr="008E2AAE" w:rsidRDefault="00000000" w:rsidP="008E2AAE">
      <w:pPr>
        <w:jc w:val="both"/>
        <w:rPr>
          <w:lang w:val="tr-TR"/>
        </w:rPr>
      </w:pPr>
      <w:r w:rsidRPr="008E2AAE">
        <w:rPr>
          <w:lang w:val="tr-TR"/>
        </w:rPr>
        <w:t>İşe geçiş boyutunda mezunların çalışma yolunu ve mesleğe giriş koşullarını ayrı izleme önerilir. Faaliyetler ilgili fakülte/program yönetimi ile Kariyer Merkezi ve gerektiğinde diğer destek birimlerince planlanabilir. Çalışma beyanı bir işsizlik göstergesi değildir; takipte iş arama, eğitimine devam etme ve işe başlayabilme durumu ayrı sorulmalıdır.</w:t>
      </w:r>
    </w:p>
    <w:p w14:paraId="7B1E601D" w14:textId="77777777" w:rsidR="00680C58" w:rsidRPr="008E2AAE" w:rsidRDefault="00000000" w:rsidP="008E2AAE">
      <w:pPr>
        <w:jc w:val="both"/>
        <w:rPr>
          <w:lang w:val="tr-TR"/>
        </w:rPr>
      </w:pPr>
      <w:r w:rsidRPr="008E2AAE">
        <w:rPr>
          <w:lang w:val="tr-TR"/>
        </w:rPr>
        <w:t>Önerilen PUKÖ kaydı: ilk üç ay içinde birim kurulunda bulguların görüşülmesi; üç–altı ay içinde ihtiyaç analizi ve seçilen uygulamanın yürütülmesi; altı–on iki ay içinde aynı maddelerle tekrar ölçüm. Kontrol göstergeleri katılım/tamamlama, genel memnuniyet dağılımı, düşük sonuç veren üç maddenin puanları ve çalışanlarda alan uyumudur. Bu birimde tek yanıt toplam olumlu oranı 14,3 yüzde puan değiştirdiğinden hedef ve izlem yorumları kayıt sayısıyla birlikte yapılmalıdır.</w:t>
      </w:r>
    </w:p>
    <w:p w14:paraId="575A43F0" w14:textId="77777777" w:rsidR="00680C58" w:rsidRPr="008E2AAE" w:rsidRDefault="00000000" w:rsidP="008E2AAE">
      <w:pPr>
        <w:jc w:val="both"/>
        <w:rPr>
          <w:lang w:val="tr-TR"/>
        </w:rPr>
      </w:pPr>
      <w:r w:rsidRPr="008E2AAE">
        <w:rPr>
          <w:lang w:val="tr-TR"/>
        </w:rPr>
        <w:t xml:space="preserve">Bölüm düzeyine ilişkin kapsam: Diş hekimliği (4); Diş Hekimliği (2); Diş </w:t>
      </w:r>
      <w:proofErr w:type="spellStart"/>
      <w:r w:rsidRPr="008E2AAE">
        <w:rPr>
          <w:lang w:val="tr-TR"/>
        </w:rPr>
        <w:t>gekimliiiy</w:t>
      </w:r>
      <w:proofErr w:type="spellEnd"/>
      <w:r w:rsidRPr="008E2AAE">
        <w:rPr>
          <w:lang w:val="tr-TR"/>
        </w:rPr>
        <w:t xml:space="preserve"> (1). Bunlar serbest metindeki en sık beyanlardır; benzer bölüm adları birleştirilmediği için resmî program dağılımı veya program başarı sıralaması değildir. Özgün kayıt ve atama gerekçeleri Excel dosyasında bulunmaktadır.</w:t>
      </w:r>
    </w:p>
    <w:p w14:paraId="3CED38F6" w14:textId="77777777" w:rsidR="00680C58" w:rsidRPr="008E2AAE" w:rsidRDefault="00000000" w:rsidP="008E2AAE">
      <w:pPr>
        <w:jc w:val="both"/>
        <w:rPr>
          <w:lang w:val="tr-TR"/>
        </w:rPr>
      </w:pPr>
      <w:r w:rsidRPr="008E2AAE">
        <w:rPr>
          <w:lang w:val="tr-TR"/>
        </w:rPr>
        <w:t>Küçük örneklem notu: Bu fakültede ondan az kayıt bulunmaktadır. Sonuçlar yalnızca yanıt verenlerin betimsel görüşüdür; fakülte düzeyinde genelleme veya diğer fakültelerle üstünlük/başarısızlık karşılaştırması yapılmamalıdır. Öncelikli adım katılımı artırmak ve farklı program/mezuniyet kuşaklarının temsilini sağlamaktır.</w:t>
      </w:r>
    </w:p>
    <w:p w14:paraId="73AF08FC" w14:textId="77777777" w:rsidR="00680C58" w:rsidRPr="008E2AAE" w:rsidRDefault="00000000" w:rsidP="008E2AAE">
      <w:pPr>
        <w:jc w:val="both"/>
        <w:rPr>
          <w:lang w:val="tr-TR"/>
        </w:rPr>
      </w:pPr>
      <w:r w:rsidRPr="008E2AAE">
        <w:rPr>
          <w:lang w:val="tr-TR"/>
        </w:rPr>
        <w:br w:type="page"/>
      </w:r>
    </w:p>
    <w:p w14:paraId="1CF8A0AA" w14:textId="77777777" w:rsidR="00680C58" w:rsidRPr="008E2AAE" w:rsidRDefault="00000000" w:rsidP="008E2AAE">
      <w:pPr>
        <w:pStyle w:val="Balk1"/>
        <w:jc w:val="both"/>
        <w:rPr>
          <w:lang w:val="tr-TR"/>
        </w:rPr>
      </w:pPr>
      <w:r w:rsidRPr="008E2AAE">
        <w:rPr>
          <w:lang w:val="tr-TR"/>
        </w:rPr>
        <w:lastRenderedPageBreak/>
        <w:t>14.8. Tıp Fakültesi</w:t>
      </w:r>
    </w:p>
    <w:p w14:paraId="093849A4" w14:textId="77777777" w:rsidR="00680C58" w:rsidRPr="008E2AAE" w:rsidRDefault="00000000" w:rsidP="008E2AAE">
      <w:pPr>
        <w:jc w:val="both"/>
        <w:rPr>
          <w:lang w:val="tr-TR"/>
        </w:rPr>
      </w:pPr>
      <w:r w:rsidRPr="008E2AAE">
        <w:rPr>
          <w:lang w:val="tr-TR"/>
        </w:rPr>
        <w:t>Kapsam: 11 geçerli kayıt; 10 yeni mezun, 1 geç mezun, 0 3 yıldan eski mezun. Bunların 8’i birim yanıtının standartlaştırılmasıyla, 3’i bölüm/program eşleştirmesiyle bu başlığa alınmıştır. Program türleri: Lisans 9, Yüksek Lisans 2.</w:t>
      </w:r>
    </w:p>
    <w:p w14:paraId="4F6DCEAD" w14:textId="77777777" w:rsidR="00680C58" w:rsidRPr="008E2AAE" w:rsidRDefault="00000000" w:rsidP="008E2AAE">
      <w:pPr>
        <w:jc w:val="both"/>
        <w:rPr>
          <w:lang w:val="tr-TR"/>
        </w:rPr>
      </w:pPr>
      <w:r w:rsidRPr="008E2AAE">
        <w:rPr>
          <w:lang w:val="tr-TR"/>
        </w:rPr>
        <w:t>Çalıştığını belirten 2 kayıt vardır (%18,2). Bunların 2’i alanıyla ilgili çalıştığını belirtmiştir; çalışanlar içindeki alan uyumu %100,0’dir. Çalışmadığını belirten kayıt sayısı 9’dir. Çalışmama ile alanında çalışma beyanı çelişen 6 kayıt alan uyumu payına alınmamıştır.</w:t>
      </w:r>
    </w:p>
    <w:p w14:paraId="429EA23B" w14:textId="77777777" w:rsidR="00680C58" w:rsidRPr="008E2AAE" w:rsidRDefault="00000000" w:rsidP="008E2AAE">
      <w:pPr>
        <w:jc w:val="both"/>
        <w:rPr>
          <w:lang w:val="tr-TR"/>
        </w:rPr>
      </w:pPr>
      <w:r w:rsidRPr="008E2AAE">
        <w:rPr>
          <w:lang w:val="tr-TR"/>
        </w:rPr>
        <w:t>Genel eğitim memnuniyeti ortalaması 3,55/5’tir. Yanıt dağılımı 6 olumlu (%54,5), 3 orta (%27,3) ve 2 olumsuz (%18,2) şeklindedir. Ortalamanın tüm geçerli kayıt referansından farkı -0,15 puandır; bu fark betimsel olup kontrol edilmiş bir etki veya istatistiksel anlamlılık sonucu değildir.</w:t>
      </w:r>
    </w:p>
    <w:tbl>
      <w:tblPr>
        <w:tblStyle w:val="AkGlgeleme-Vurgu1"/>
        <w:tblW w:w="0" w:type="auto"/>
        <w:tblLook w:val="04A0" w:firstRow="1" w:lastRow="0" w:firstColumn="1" w:lastColumn="0" w:noHBand="0" w:noVBand="1"/>
      </w:tblPr>
      <w:tblGrid>
        <w:gridCol w:w="1704"/>
        <w:gridCol w:w="1704"/>
        <w:gridCol w:w="1704"/>
        <w:gridCol w:w="1704"/>
        <w:gridCol w:w="1704"/>
        <w:gridCol w:w="1704"/>
      </w:tblGrid>
      <w:tr w:rsidR="00680C58" w:rsidRPr="008E2AAE" w14:paraId="7DD55426"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5AC2940A" w14:textId="77777777" w:rsidR="00680C58" w:rsidRPr="008E2AAE" w:rsidRDefault="00000000" w:rsidP="008E2AAE">
            <w:pPr>
              <w:jc w:val="both"/>
              <w:rPr>
                <w:lang w:val="tr-TR"/>
              </w:rPr>
            </w:pPr>
            <w:r w:rsidRPr="008E2AAE">
              <w:rPr>
                <w:sz w:val="16"/>
                <w:lang w:val="tr-TR"/>
              </w:rPr>
              <w:t>Kod</w:t>
            </w:r>
          </w:p>
        </w:tc>
        <w:tc>
          <w:tcPr>
            <w:tcW w:w="1704" w:type="dxa"/>
          </w:tcPr>
          <w:p w14:paraId="75B61EF8"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Değerlendirme maddesi</w:t>
            </w:r>
          </w:p>
        </w:tc>
        <w:tc>
          <w:tcPr>
            <w:tcW w:w="1704" w:type="dxa"/>
          </w:tcPr>
          <w:p w14:paraId="66CEFA0A"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Ort.</w:t>
            </w:r>
          </w:p>
        </w:tc>
        <w:tc>
          <w:tcPr>
            <w:tcW w:w="1704" w:type="dxa"/>
          </w:tcPr>
          <w:p w14:paraId="2D5B4BB1"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Olumlu</w:t>
            </w:r>
          </w:p>
        </w:tc>
        <w:tc>
          <w:tcPr>
            <w:tcW w:w="1704" w:type="dxa"/>
          </w:tcPr>
          <w:p w14:paraId="22739B05"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Orta</w:t>
            </w:r>
          </w:p>
        </w:tc>
        <w:tc>
          <w:tcPr>
            <w:tcW w:w="1704" w:type="dxa"/>
          </w:tcPr>
          <w:p w14:paraId="480EE0DD"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Olumsuz</w:t>
            </w:r>
          </w:p>
        </w:tc>
      </w:tr>
      <w:tr w:rsidR="00680C58" w:rsidRPr="008E2AAE" w14:paraId="776A9562"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7C0A3C26" w14:textId="77777777" w:rsidR="00680C58" w:rsidRPr="008E2AAE" w:rsidRDefault="00000000" w:rsidP="008E2AAE">
            <w:pPr>
              <w:jc w:val="both"/>
              <w:rPr>
                <w:lang w:val="tr-TR"/>
              </w:rPr>
            </w:pPr>
            <w:r w:rsidRPr="008E2AAE">
              <w:rPr>
                <w:sz w:val="16"/>
                <w:lang w:val="tr-TR"/>
              </w:rPr>
              <w:t>M01</w:t>
            </w:r>
          </w:p>
        </w:tc>
        <w:tc>
          <w:tcPr>
            <w:tcW w:w="1704" w:type="dxa"/>
          </w:tcPr>
          <w:p w14:paraId="2FB271D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Mezuniyet gururu</w:t>
            </w:r>
          </w:p>
        </w:tc>
        <w:tc>
          <w:tcPr>
            <w:tcW w:w="1704" w:type="dxa"/>
          </w:tcPr>
          <w:p w14:paraId="6BC7396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3,27</w:t>
            </w:r>
          </w:p>
        </w:tc>
        <w:tc>
          <w:tcPr>
            <w:tcW w:w="1704" w:type="dxa"/>
          </w:tcPr>
          <w:p w14:paraId="54F2D40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(%27,3)</w:t>
            </w:r>
          </w:p>
        </w:tc>
        <w:tc>
          <w:tcPr>
            <w:tcW w:w="1704" w:type="dxa"/>
          </w:tcPr>
          <w:p w14:paraId="02BCEAB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 (%54,5)</w:t>
            </w:r>
          </w:p>
        </w:tc>
        <w:tc>
          <w:tcPr>
            <w:tcW w:w="1704" w:type="dxa"/>
          </w:tcPr>
          <w:p w14:paraId="248402C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(%18,2)</w:t>
            </w:r>
          </w:p>
        </w:tc>
      </w:tr>
      <w:tr w:rsidR="00680C58" w:rsidRPr="008E2AAE" w14:paraId="4EF4DAC1"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4EF1B754" w14:textId="77777777" w:rsidR="00680C58" w:rsidRPr="008E2AAE" w:rsidRDefault="00000000" w:rsidP="008E2AAE">
            <w:pPr>
              <w:jc w:val="both"/>
              <w:rPr>
                <w:lang w:val="tr-TR"/>
              </w:rPr>
            </w:pPr>
            <w:r w:rsidRPr="008E2AAE">
              <w:rPr>
                <w:sz w:val="16"/>
                <w:lang w:val="tr-TR"/>
              </w:rPr>
              <w:t>M02</w:t>
            </w:r>
          </w:p>
        </w:tc>
        <w:tc>
          <w:tcPr>
            <w:tcW w:w="1704" w:type="dxa"/>
          </w:tcPr>
          <w:p w14:paraId="2A12EC8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Bilinçli üniversite tercihi</w:t>
            </w:r>
          </w:p>
        </w:tc>
        <w:tc>
          <w:tcPr>
            <w:tcW w:w="1704" w:type="dxa"/>
          </w:tcPr>
          <w:p w14:paraId="3309D1A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2,82</w:t>
            </w:r>
          </w:p>
        </w:tc>
        <w:tc>
          <w:tcPr>
            <w:tcW w:w="1704" w:type="dxa"/>
          </w:tcPr>
          <w:p w14:paraId="1ABD249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(%27,3)</w:t>
            </w:r>
          </w:p>
        </w:tc>
        <w:tc>
          <w:tcPr>
            <w:tcW w:w="1704" w:type="dxa"/>
          </w:tcPr>
          <w:p w14:paraId="6530EF9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(%27,3)</w:t>
            </w:r>
          </w:p>
        </w:tc>
        <w:tc>
          <w:tcPr>
            <w:tcW w:w="1704" w:type="dxa"/>
          </w:tcPr>
          <w:p w14:paraId="216586E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 (%45,5)</w:t>
            </w:r>
          </w:p>
        </w:tc>
      </w:tr>
      <w:tr w:rsidR="00680C58" w:rsidRPr="008E2AAE" w14:paraId="6D67FC4A"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2278F69B" w14:textId="77777777" w:rsidR="00680C58" w:rsidRPr="008E2AAE" w:rsidRDefault="00000000" w:rsidP="008E2AAE">
            <w:pPr>
              <w:jc w:val="both"/>
              <w:rPr>
                <w:lang w:val="tr-TR"/>
              </w:rPr>
            </w:pPr>
            <w:r w:rsidRPr="008E2AAE">
              <w:rPr>
                <w:sz w:val="16"/>
                <w:lang w:val="tr-TR"/>
              </w:rPr>
              <w:t>M03</w:t>
            </w:r>
          </w:p>
        </w:tc>
        <w:tc>
          <w:tcPr>
            <w:tcW w:w="1704" w:type="dxa"/>
          </w:tcPr>
          <w:p w14:paraId="15995FA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Tercih öncesi program bilgisi</w:t>
            </w:r>
          </w:p>
        </w:tc>
        <w:tc>
          <w:tcPr>
            <w:tcW w:w="1704" w:type="dxa"/>
          </w:tcPr>
          <w:p w14:paraId="37F6ED6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4,09</w:t>
            </w:r>
          </w:p>
        </w:tc>
        <w:tc>
          <w:tcPr>
            <w:tcW w:w="1704" w:type="dxa"/>
          </w:tcPr>
          <w:p w14:paraId="16FF0FB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8 (%72,7)</w:t>
            </w:r>
          </w:p>
        </w:tc>
        <w:tc>
          <w:tcPr>
            <w:tcW w:w="1704" w:type="dxa"/>
          </w:tcPr>
          <w:p w14:paraId="520AC44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(%18,2)</w:t>
            </w:r>
          </w:p>
        </w:tc>
        <w:tc>
          <w:tcPr>
            <w:tcW w:w="1704" w:type="dxa"/>
          </w:tcPr>
          <w:p w14:paraId="0217FD9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(%9,1)</w:t>
            </w:r>
          </w:p>
        </w:tc>
      </w:tr>
      <w:tr w:rsidR="00680C58" w:rsidRPr="008E2AAE" w14:paraId="4F001892"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4946A7CF" w14:textId="77777777" w:rsidR="00680C58" w:rsidRPr="008E2AAE" w:rsidRDefault="00000000" w:rsidP="008E2AAE">
            <w:pPr>
              <w:jc w:val="both"/>
              <w:rPr>
                <w:lang w:val="tr-TR"/>
              </w:rPr>
            </w:pPr>
            <w:r w:rsidRPr="008E2AAE">
              <w:rPr>
                <w:sz w:val="16"/>
                <w:lang w:val="tr-TR"/>
              </w:rPr>
              <w:t>M04</w:t>
            </w:r>
          </w:p>
        </w:tc>
        <w:tc>
          <w:tcPr>
            <w:tcW w:w="1704" w:type="dxa"/>
          </w:tcPr>
          <w:p w14:paraId="36A0837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Eğitim düzeyinin yeterliliği</w:t>
            </w:r>
          </w:p>
        </w:tc>
        <w:tc>
          <w:tcPr>
            <w:tcW w:w="1704" w:type="dxa"/>
          </w:tcPr>
          <w:p w14:paraId="46DF7EA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3,91</w:t>
            </w:r>
          </w:p>
        </w:tc>
        <w:tc>
          <w:tcPr>
            <w:tcW w:w="1704" w:type="dxa"/>
          </w:tcPr>
          <w:p w14:paraId="070BEA5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 (%63,6)</w:t>
            </w:r>
          </w:p>
        </w:tc>
        <w:tc>
          <w:tcPr>
            <w:tcW w:w="1704" w:type="dxa"/>
          </w:tcPr>
          <w:p w14:paraId="6F2A2BF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(%9,1)</w:t>
            </w:r>
          </w:p>
        </w:tc>
        <w:tc>
          <w:tcPr>
            <w:tcW w:w="1704" w:type="dxa"/>
          </w:tcPr>
          <w:p w14:paraId="3FE4FE6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(%27,3)</w:t>
            </w:r>
          </w:p>
        </w:tc>
      </w:tr>
      <w:tr w:rsidR="00680C58" w:rsidRPr="008E2AAE" w14:paraId="433355A0"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51BB7580" w14:textId="77777777" w:rsidR="00680C58" w:rsidRPr="008E2AAE" w:rsidRDefault="00000000" w:rsidP="008E2AAE">
            <w:pPr>
              <w:jc w:val="both"/>
              <w:rPr>
                <w:lang w:val="tr-TR"/>
              </w:rPr>
            </w:pPr>
            <w:r w:rsidRPr="008E2AAE">
              <w:rPr>
                <w:sz w:val="16"/>
                <w:lang w:val="tr-TR"/>
              </w:rPr>
              <w:t>M05</w:t>
            </w:r>
          </w:p>
        </w:tc>
        <w:tc>
          <w:tcPr>
            <w:tcW w:w="1704" w:type="dxa"/>
          </w:tcPr>
          <w:p w14:paraId="1F978EE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Sunulan olanakların yeterliliği</w:t>
            </w:r>
          </w:p>
        </w:tc>
        <w:tc>
          <w:tcPr>
            <w:tcW w:w="1704" w:type="dxa"/>
          </w:tcPr>
          <w:p w14:paraId="145156B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3,00</w:t>
            </w:r>
          </w:p>
        </w:tc>
        <w:tc>
          <w:tcPr>
            <w:tcW w:w="1704" w:type="dxa"/>
          </w:tcPr>
          <w:p w14:paraId="0F78391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(%36,4)</w:t>
            </w:r>
          </w:p>
        </w:tc>
        <w:tc>
          <w:tcPr>
            <w:tcW w:w="1704" w:type="dxa"/>
          </w:tcPr>
          <w:p w14:paraId="1233114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(%18,2)</w:t>
            </w:r>
          </w:p>
        </w:tc>
        <w:tc>
          <w:tcPr>
            <w:tcW w:w="1704" w:type="dxa"/>
          </w:tcPr>
          <w:p w14:paraId="4C2BB10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(%45,5)</w:t>
            </w:r>
          </w:p>
        </w:tc>
      </w:tr>
      <w:tr w:rsidR="00680C58" w:rsidRPr="008E2AAE" w14:paraId="5C24E6D8"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2368AD2C" w14:textId="77777777" w:rsidR="00680C58" w:rsidRPr="008E2AAE" w:rsidRDefault="00000000" w:rsidP="008E2AAE">
            <w:pPr>
              <w:jc w:val="both"/>
              <w:rPr>
                <w:lang w:val="tr-TR"/>
              </w:rPr>
            </w:pPr>
            <w:r w:rsidRPr="008E2AAE">
              <w:rPr>
                <w:sz w:val="16"/>
                <w:lang w:val="tr-TR"/>
              </w:rPr>
              <w:t>M06</w:t>
            </w:r>
          </w:p>
        </w:tc>
        <w:tc>
          <w:tcPr>
            <w:tcW w:w="1704" w:type="dxa"/>
          </w:tcPr>
          <w:p w14:paraId="01C846D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Alan bilgisini kullanma becerisi</w:t>
            </w:r>
          </w:p>
        </w:tc>
        <w:tc>
          <w:tcPr>
            <w:tcW w:w="1704" w:type="dxa"/>
          </w:tcPr>
          <w:p w14:paraId="7B52F92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4,00</w:t>
            </w:r>
          </w:p>
        </w:tc>
        <w:tc>
          <w:tcPr>
            <w:tcW w:w="1704" w:type="dxa"/>
          </w:tcPr>
          <w:p w14:paraId="392E275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 (%63,6)</w:t>
            </w:r>
          </w:p>
        </w:tc>
        <w:tc>
          <w:tcPr>
            <w:tcW w:w="1704" w:type="dxa"/>
          </w:tcPr>
          <w:p w14:paraId="3AA805E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 (%36,4)</w:t>
            </w:r>
          </w:p>
        </w:tc>
        <w:tc>
          <w:tcPr>
            <w:tcW w:w="1704" w:type="dxa"/>
          </w:tcPr>
          <w:p w14:paraId="5AF74BD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 (%0,0)</w:t>
            </w:r>
          </w:p>
        </w:tc>
      </w:tr>
      <w:tr w:rsidR="00680C58" w:rsidRPr="008E2AAE" w14:paraId="79460424"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0EB8DCB7" w14:textId="77777777" w:rsidR="00680C58" w:rsidRPr="008E2AAE" w:rsidRDefault="00000000" w:rsidP="008E2AAE">
            <w:pPr>
              <w:jc w:val="both"/>
              <w:rPr>
                <w:lang w:val="tr-TR"/>
              </w:rPr>
            </w:pPr>
            <w:r w:rsidRPr="008E2AAE">
              <w:rPr>
                <w:sz w:val="16"/>
                <w:lang w:val="tr-TR"/>
              </w:rPr>
              <w:t>M07</w:t>
            </w:r>
          </w:p>
        </w:tc>
        <w:tc>
          <w:tcPr>
            <w:tcW w:w="1704" w:type="dxa"/>
          </w:tcPr>
          <w:p w14:paraId="64F80FB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hayatına yönelik danışmanlık</w:t>
            </w:r>
          </w:p>
        </w:tc>
        <w:tc>
          <w:tcPr>
            <w:tcW w:w="1704" w:type="dxa"/>
          </w:tcPr>
          <w:p w14:paraId="1B7F413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3,55</w:t>
            </w:r>
          </w:p>
        </w:tc>
        <w:tc>
          <w:tcPr>
            <w:tcW w:w="1704" w:type="dxa"/>
          </w:tcPr>
          <w:p w14:paraId="7BF57FC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 (%54,5)</w:t>
            </w:r>
          </w:p>
        </w:tc>
        <w:tc>
          <w:tcPr>
            <w:tcW w:w="1704" w:type="dxa"/>
          </w:tcPr>
          <w:p w14:paraId="1433898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(%27,3)</w:t>
            </w:r>
          </w:p>
        </w:tc>
        <w:tc>
          <w:tcPr>
            <w:tcW w:w="1704" w:type="dxa"/>
          </w:tcPr>
          <w:p w14:paraId="182FB52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(%18,2)</w:t>
            </w:r>
          </w:p>
        </w:tc>
      </w:tr>
      <w:tr w:rsidR="00680C58" w:rsidRPr="008E2AAE" w14:paraId="4821E587"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0E19CAE6" w14:textId="77777777" w:rsidR="00680C58" w:rsidRPr="008E2AAE" w:rsidRDefault="00000000" w:rsidP="008E2AAE">
            <w:pPr>
              <w:jc w:val="both"/>
              <w:rPr>
                <w:lang w:val="tr-TR"/>
              </w:rPr>
            </w:pPr>
            <w:r w:rsidRPr="008E2AAE">
              <w:rPr>
                <w:sz w:val="16"/>
                <w:lang w:val="tr-TR"/>
              </w:rPr>
              <w:t>M08</w:t>
            </w:r>
          </w:p>
        </w:tc>
        <w:tc>
          <w:tcPr>
            <w:tcW w:w="1704" w:type="dxa"/>
          </w:tcPr>
          <w:p w14:paraId="0E8989B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Bilgiye ulaşma ve araştırma</w:t>
            </w:r>
          </w:p>
        </w:tc>
        <w:tc>
          <w:tcPr>
            <w:tcW w:w="1704" w:type="dxa"/>
          </w:tcPr>
          <w:p w14:paraId="4D75C34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4,09</w:t>
            </w:r>
          </w:p>
        </w:tc>
        <w:tc>
          <w:tcPr>
            <w:tcW w:w="1704" w:type="dxa"/>
          </w:tcPr>
          <w:p w14:paraId="39D0FCF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 (%63,6)</w:t>
            </w:r>
          </w:p>
        </w:tc>
        <w:tc>
          <w:tcPr>
            <w:tcW w:w="1704" w:type="dxa"/>
          </w:tcPr>
          <w:p w14:paraId="218573D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(%27,3)</w:t>
            </w:r>
          </w:p>
        </w:tc>
        <w:tc>
          <w:tcPr>
            <w:tcW w:w="1704" w:type="dxa"/>
          </w:tcPr>
          <w:p w14:paraId="17B9A5F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(%9,1)</w:t>
            </w:r>
          </w:p>
        </w:tc>
      </w:tr>
      <w:tr w:rsidR="00680C58" w:rsidRPr="008E2AAE" w14:paraId="2C57FE19"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576F473B" w14:textId="77777777" w:rsidR="00680C58" w:rsidRPr="008E2AAE" w:rsidRDefault="00000000" w:rsidP="008E2AAE">
            <w:pPr>
              <w:jc w:val="both"/>
              <w:rPr>
                <w:lang w:val="tr-TR"/>
              </w:rPr>
            </w:pPr>
            <w:r w:rsidRPr="008E2AAE">
              <w:rPr>
                <w:sz w:val="16"/>
                <w:lang w:val="tr-TR"/>
              </w:rPr>
              <w:t>M09</w:t>
            </w:r>
          </w:p>
        </w:tc>
        <w:tc>
          <w:tcPr>
            <w:tcW w:w="1704" w:type="dxa"/>
          </w:tcPr>
          <w:p w14:paraId="630C7E7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İletişim becerileri</w:t>
            </w:r>
          </w:p>
        </w:tc>
        <w:tc>
          <w:tcPr>
            <w:tcW w:w="1704" w:type="dxa"/>
          </w:tcPr>
          <w:p w14:paraId="715BB75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4,27</w:t>
            </w:r>
          </w:p>
        </w:tc>
        <w:tc>
          <w:tcPr>
            <w:tcW w:w="1704" w:type="dxa"/>
          </w:tcPr>
          <w:p w14:paraId="6695CCA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8 (%72,7)</w:t>
            </w:r>
          </w:p>
        </w:tc>
        <w:tc>
          <w:tcPr>
            <w:tcW w:w="1704" w:type="dxa"/>
          </w:tcPr>
          <w:p w14:paraId="1BD96ED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(%27,3)</w:t>
            </w:r>
          </w:p>
        </w:tc>
        <w:tc>
          <w:tcPr>
            <w:tcW w:w="1704" w:type="dxa"/>
          </w:tcPr>
          <w:p w14:paraId="7F7E538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 (%0,0)</w:t>
            </w:r>
          </w:p>
        </w:tc>
      </w:tr>
      <w:tr w:rsidR="00680C58" w:rsidRPr="008E2AAE" w14:paraId="055E6DC9"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46BBCFA3" w14:textId="77777777" w:rsidR="00680C58" w:rsidRPr="008E2AAE" w:rsidRDefault="00000000" w:rsidP="008E2AAE">
            <w:pPr>
              <w:jc w:val="both"/>
              <w:rPr>
                <w:lang w:val="tr-TR"/>
              </w:rPr>
            </w:pPr>
            <w:r w:rsidRPr="008E2AAE">
              <w:rPr>
                <w:sz w:val="16"/>
                <w:lang w:val="tr-TR"/>
              </w:rPr>
              <w:t>M10</w:t>
            </w:r>
          </w:p>
        </w:tc>
        <w:tc>
          <w:tcPr>
            <w:tcW w:w="1704" w:type="dxa"/>
          </w:tcPr>
          <w:p w14:paraId="2E196FC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Etik ve mesleki sorumluluk</w:t>
            </w:r>
          </w:p>
        </w:tc>
        <w:tc>
          <w:tcPr>
            <w:tcW w:w="1704" w:type="dxa"/>
          </w:tcPr>
          <w:p w14:paraId="20E26E7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4,18</w:t>
            </w:r>
          </w:p>
        </w:tc>
        <w:tc>
          <w:tcPr>
            <w:tcW w:w="1704" w:type="dxa"/>
          </w:tcPr>
          <w:p w14:paraId="29B50CD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8 (%72,7)</w:t>
            </w:r>
          </w:p>
        </w:tc>
        <w:tc>
          <w:tcPr>
            <w:tcW w:w="1704" w:type="dxa"/>
          </w:tcPr>
          <w:p w14:paraId="21BAA21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(%18,2)</w:t>
            </w:r>
          </w:p>
        </w:tc>
        <w:tc>
          <w:tcPr>
            <w:tcW w:w="1704" w:type="dxa"/>
          </w:tcPr>
          <w:p w14:paraId="0FE9549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(%9,1)</w:t>
            </w:r>
          </w:p>
        </w:tc>
      </w:tr>
      <w:tr w:rsidR="00680C58" w:rsidRPr="008E2AAE" w14:paraId="6959BB02"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12A67E75" w14:textId="77777777" w:rsidR="00680C58" w:rsidRPr="008E2AAE" w:rsidRDefault="00000000" w:rsidP="008E2AAE">
            <w:pPr>
              <w:jc w:val="both"/>
              <w:rPr>
                <w:lang w:val="tr-TR"/>
              </w:rPr>
            </w:pPr>
            <w:r w:rsidRPr="008E2AAE">
              <w:rPr>
                <w:sz w:val="16"/>
                <w:lang w:val="tr-TR"/>
              </w:rPr>
              <w:t>M11</w:t>
            </w:r>
          </w:p>
        </w:tc>
        <w:tc>
          <w:tcPr>
            <w:tcW w:w="1704" w:type="dxa"/>
          </w:tcPr>
          <w:p w14:paraId="184DF81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Mesleki yabancı dil</w:t>
            </w:r>
          </w:p>
        </w:tc>
        <w:tc>
          <w:tcPr>
            <w:tcW w:w="1704" w:type="dxa"/>
          </w:tcPr>
          <w:p w14:paraId="02335CE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2,27</w:t>
            </w:r>
          </w:p>
        </w:tc>
        <w:tc>
          <w:tcPr>
            <w:tcW w:w="1704" w:type="dxa"/>
          </w:tcPr>
          <w:p w14:paraId="0780D06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(%18,2)</w:t>
            </w:r>
          </w:p>
        </w:tc>
        <w:tc>
          <w:tcPr>
            <w:tcW w:w="1704" w:type="dxa"/>
          </w:tcPr>
          <w:p w14:paraId="73C702B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(%27,3)</w:t>
            </w:r>
          </w:p>
        </w:tc>
        <w:tc>
          <w:tcPr>
            <w:tcW w:w="1704" w:type="dxa"/>
          </w:tcPr>
          <w:p w14:paraId="34C0F3E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 (%54,5)</w:t>
            </w:r>
          </w:p>
        </w:tc>
      </w:tr>
      <w:tr w:rsidR="00680C58" w:rsidRPr="008E2AAE" w14:paraId="7A1AEB29"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3268309E" w14:textId="77777777" w:rsidR="00680C58" w:rsidRPr="008E2AAE" w:rsidRDefault="00000000" w:rsidP="008E2AAE">
            <w:pPr>
              <w:jc w:val="both"/>
              <w:rPr>
                <w:lang w:val="tr-TR"/>
              </w:rPr>
            </w:pPr>
            <w:r w:rsidRPr="008E2AAE">
              <w:rPr>
                <w:sz w:val="16"/>
                <w:lang w:val="tr-TR"/>
              </w:rPr>
              <w:t>M12</w:t>
            </w:r>
          </w:p>
        </w:tc>
        <w:tc>
          <w:tcPr>
            <w:tcW w:w="1704" w:type="dxa"/>
          </w:tcPr>
          <w:p w14:paraId="621DDEA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Bilgisayar kullanma yetkinliği</w:t>
            </w:r>
          </w:p>
        </w:tc>
        <w:tc>
          <w:tcPr>
            <w:tcW w:w="1704" w:type="dxa"/>
          </w:tcPr>
          <w:p w14:paraId="2EF3DB4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2,27</w:t>
            </w:r>
          </w:p>
        </w:tc>
        <w:tc>
          <w:tcPr>
            <w:tcW w:w="1704" w:type="dxa"/>
          </w:tcPr>
          <w:p w14:paraId="5C2F08A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(%9,1)</w:t>
            </w:r>
          </w:p>
        </w:tc>
        <w:tc>
          <w:tcPr>
            <w:tcW w:w="1704" w:type="dxa"/>
          </w:tcPr>
          <w:p w14:paraId="136AF54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 (%36,4)</w:t>
            </w:r>
          </w:p>
        </w:tc>
        <w:tc>
          <w:tcPr>
            <w:tcW w:w="1704" w:type="dxa"/>
          </w:tcPr>
          <w:p w14:paraId="0950C17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 (%54,5)</w:t>
            </w:r>
          </w:p>
        </w:tc>
      </w:tr>
      <w:tr w:rsidR="00680C58" w:rsidRPr="008E2AAE" w14:paraId="0B8CF1C0"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75BC8A8A" w14:textId="77777777" w:rsidR="00680C58" w:rsidRPr="008E2AAE" w:rsidRDefault="00000000" w:rsidP="008E2AAE">
            <w:pPr>
              <w:jc w:val="both"/>
              <w:rPr>
                <w:lang w:val="tr-TR"/>
              </w:rPr>
            </w:pPr>
            <w:r w:rsidRPr="008E2AAE">
              <w:rPr>
                <w:sz w:val="16"/>
                <w:lang w:val="tr-TR"/>
              </w:rPr>
              <w:t>M13</w:t>
            </w:r>
          </w:p>
        </w:tc>
        <w:tc>
          <w:tcPr>
            <w:tcW w:w="1704" w:type="dxa"/>
          </w:tcPr>
          <w:p w14:paraId="5D1BB9B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dünyasında mezunlara tutum</w:t>
            </w:r>
          </w:p>
        </w:tc>
        <w:tc>
          <w:tcPr>
            <w:tcW w:w="1704" w:type="dxa"/>
          </w:tcPr>
          <w:p w14:paraId="0BB02C0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2,82</w:t>
            </w:r>
          </w:p>
        </w:tc>
        <w:tc>
          <w:tcPr>
            <w:tcW w:w="1704" w:type="dxa"/>
          </w:tcPr>
          <w:p w14:paraId="0096934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(%27,3)</w:t>
            </w:r>
          </w:p>
        </w:tc>
        <w:tc>
          <w:tcPr>
            <w:tcW w:w="1704" w:type="dxa"/>
          </w:tcPr>
          <w:p w14:paraId="2B9D49F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(%36,4)</w:t>
            </w:r>
          </w:p>
        </w:tc>
        <w:tc>
          <w:tcPr>
            <w:tcW w:w="1704" w:type="dxa"/>
          </w:tcPr>
          <w:p w14:paraId="4C2A3DA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(%36,4)</w:t>
            </w:r>
          </w:p>
        </w:tc>
      </w:tr>
      <w:tr w:rsidR="00680C58" w:rsidRPr="008E2AAE" w14:paraId="60309A61"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39231117" w14:textId="77777777" w:rsidR="00680C58" w:rsidRPr="008E2AAE" w:rsidRDefault="00000000" w:rsidP="008E2AAE">
            <w:pPr>
              <w:jc w:val="both"/>
              <w:rPr>
                <w:lang w:val="tr-TR"/>
              </w:rPr>
            </w:pPr>
            <w:r w:rsidRPr="008E2AAE">
              <w:rPr>
                <w:sz w:val="16"/>
                <w:lang w:val="tr-TR"/>
              </w:rPr>
              <w:t>M14</w:t>
            </w:r>
          </w:p>
        </w:tc>
        <w:tc>
          <w:tcPr>
            <w:tcW w:w="1704" w:type="dxa"/>
          </w:tcPr>
          <w:p w14:paraId="11537DF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Genel eğitim memnuniyeti</w:t>
            </w:r>
          </w:p>
        </w:tc>
        <w:tc>
          <w:tcPr>
            <w:tcW w:w="1704" w:type="dxa"/>
          </w:tcPr>
          <w:p w14:paraId="4B153C8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3,55</w:t>
            </w:r>
          </w:p>
        </w:tc>
        <w:tc>
          <w:tcPr>
            <w:tcW w:w="1704" w:type="dxa"/>
          </w:tcPr>
          <w:p w14:paraId="08C1182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 (%54,5)</w:t>
            </w:r>
          </w:p>
        </w:tc>
        <w:tc>
          <w:tcPr>
            <w:tcW w:w="1704" w:type="dxa"/>
          </w:tcPr>
          <w:p w14:paraId="72C7B68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(%27,3)</w:t>
            </w:r>
          </w:p>
        </w:tc>
        <w:tc>
          <w:tcPr>
            <w:tcW w:w="1704" w:type="dxa"/>
          </w:tcPr>
          <w:p w14:paraId="72B3362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(%18,2)</w:t>
            </w:r>
          </w:p>
        </w:tc>
      </w:tr>
      <w:tr w:rsidR="00680C58" w:rsidRPr="008E2AAE" w14:paraId="07569DFF"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439F67F6" w14:textId="77777777" w:rsidR="00680C58" w:rsidRPr="008E2AAE" w:rsidRDefault="00000000" w:rsidP="008E2AAE">
            <w:pPr>
              <w:jc w:val="both"/>
              <w:rPr>
                <w:lang w:val="tr-TR"/>
              </w:rPr>
            </w:pPr>
            <w:r w:rsidRPr="008E2AAE">
              <w:rPr>
                <w:sz w:val="16"/>
                <w:lang w:val="tr-TR"/>
              </w:rPr>
              <w:t>M15</w:t>
            </w:r>
          </w:p>
        </w:tc>
        <w:tc>
          <w:tcPr>
            <w:tcW w:w="1704" w:type="dxa"/>
          </w:tcPr>
          <w:p w14:paraId="5564115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Üniversiteyi tekrar seçme</w:t>
            </w:r>
          </w:p>
        </w:tc>
        <w:tc>
          <w:tcPr>
            <w:tcW w:w="1704" w:type="dxa"/>
          </w:tcPr>
          <w:p w14:paraId="7AFA5A0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3,27</w:t>
            </w:r>
          </w:p>
        </w:tc>
        <w:tc>
          <w:tcPr>
            <w:tcW w:w="1704" w:type="dxa"/>
          </w:tcPr>
          <w:p w14:paraId="715C781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(%45,5)</w:t>
            </w:r>
          </w:p>
        </w:tc>
        <w:tc>
          <w:tcPr>
            <w:tcW w:w="1704" w:type="dxa"/>
          </w:tcPr>
          <w:p w14:paraId="0377D10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(%18,2)</w:t>
            </w:r>
          </w:p>
        </w:tc>
        <w:tc>
          <w:tcPr>
            <w:tcW w:w="1704" w:type="dxa"/>
          </w:tcPr>
          <w:p w14:paraId="269A450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(%36,4)</w:t>
            </w:r>
          </w:p>
        </w:tc>
      </w:tr>
      <w:tr w:rsidR="00680C58" w:rsidRPr="008E2AAE" w14:paraId="615CDD2E"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20F7F690" w14:textId="77777777" w:rsidR="00680C58" w:rsidRPr="008E2AAE" w:rsidRDefault="00000000" w:rsidP="008E2AAE">
            <w:pPr>
              <w:jc w:val="both"/>
              <w:rPr>
                <w:lang w:val="tr-TR"/>
              </w:rPr>
            </w:pPr>
            <w:r w:rsidRPr="008E2AAE">
              <w:rPr>
                <w:sz w:val="16"/>
                <w:lang w:val="tr-TR"/>
              </w:rPr>
              <w:t>M16</w:t>
            </w:r>
          </w:p>
        </w:tc>
        <w:tc>
          <w:tcPr>
            <w:tcW w:w="1704" w:type="dxa"/>
          </w:tcPr>
          <w:p w14:paraId="63BAAB4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Bölümü tekrar seçme</w:t>
            </w:r>
          </w:p>
        </w:tc>
        <w:tc>
          <w:tcPr>
            <w:tcW w:w="1704" w:type="dxa"/>
          </w:tcPr>
          <w:p w14:paraId="0B48DE9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3,82</w:t>
            </w:r>
          </w:p>
        </w:tc>
        <w:tc>
          <w:tcPr>
            <w:tcW w:w="1704" w:type="dxa"/>
          </w:tcPr>
          <w:p w14:paraId="05910C7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8 (%72,7)</w:t>
            </w:r>
          </w:p>
        </w:tc>
        <w:tc>
          <w:tcPr>
            <w:tcW w:w="1704" w:type="dxa"/>
          </w:tcPr>
          <w:p w14:paraId="2899275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 (%0,0)</w:t>
            </w:r>
          </w:p>
        </w:tc>
        <w:tc>
          <w:tcPr>
            <w:tcW w:w="1704" w:type="dxa"/>
          </w:tcPr>
          <w:p w14:paraId="1687588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(%27,3)</w:t>
            </w:r>
          </w:p>
        </w:tc>
      </w:tr>
      <w:tr w:rsidR="00680C58" w:rsidRPr="008E2AAE" w14:paraId="7FB0D03E"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429E243F" w14:textId="77777777" w:rsidR="00680C58" w:rsidRPr="008E2AAE" w:rsidRDefault="00000000" w:rsidP="008E2AAE">
            <w:pPr>
              <w:jc w:val="both"/>
              <w:rPr>
                <w:lang w:val="tr-TR"/>
              </w:rPr>
            </w:pPr>
            <w:r w:rsidRPr="008E2AAE">
              <w:rPr>
                <w:sz w:val="16"/>
                <w:lang w:val="tr-TR"/>
              </w:rPr>
              <w:t>M17</w:t>
            </w:r>
          </w:p>
        </w:tc>
        <w:tc>
          <w:tcPr>
            <w:tcW w:w="1704" w:type="dxa"/>
          </w:tcPr>
          <w:p w14:paraId="47E16C5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Üniversiteyi tavsiye etme</w:t>
            </w:r>
          </w:p>
        </w:tc>
        <w:tc>
          <w:tcPr>
            <w:tcW w:w="1704" w:type="dxa"/>
          </w:tcPr>
          <w:p w14:paraId="2E06FFB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3,18</w:t>
            </w:r>
          </w:p>
        </w:tc>
        <w:tc>
          <w:tcPr>
            <w:tcW w:w="1704" w:type="dxa"/>
          </w:tcPr>
          <w:p w14:paraId="5D8C870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(%27,3)</w:t>
            </w:r>
          </w:p>
        </w:tc>
        <w:tc>
          <w:tcPr>
            <w:tcW w:w="1704" w:type="dxa"/>
          </w:tcPr>
          <w:p w14:paraId="73246A2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 (%45,5)</w:t>
            </w:r>
          </w:p>
        </w:tc>
        <w:tc>
          <w:tcPr>
            <w:tcW w:w="1704" w:type="dxa"/>
          </w:tcPr>
          <w:p w14:paraId="570897B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(%27,3)</w:t>
            </w:r>
          </w:p>
        </w:tc>
      </w:tr>
    </w:tbl>
    <w:p w14:paraId="3D31E464" w14:textId="77777777" w:rsidR="00680C58" w:rsidRPr="008E2AAE" w:rsidRDefault="00000000" w:rsidP="008E2AAE">
      <w:pPr>
        <w:pStyle w:val="Balk1"/>
        <w:jc w:val="both"/>
        <w:rPr>
          <w:lang w:val="tr-TR"/>
        </w:rPr>
      </w:pPr>
      <w:r w:rsidRPr="008E2AAE">
        <w:rPr>
          <w:lang w:val="tr-TR"/>
        </w:rPr>
        <w:t>Güçlü alanlar ve geliştirme ihtiyaçları</w:t>
      </w:r>
    </w:p>
    <w:p w14:paraId="3E13B28F" w14:textId="77777777" w:rsidR="00680C58" w:rsidRPr="008E2AAE" w:rsidRDefault="00000000" w:rsidP="008E2AAE">
      <w:pPr>
        <w:jc w:val="both"/>
        <w:rPr>
          <w:lang w:val="tr-TR"/>
        </w:rPr>
      </w:pPr>
      <w:r w:rsidRPr="008E2AAE">
        <w:rPr>
          <w:lang w:val="tr-TR"/>
        </w:rPr>
        <w:t>Birim içinde en yüksek ortalamalı üç madde: İletişim becerileri (4,27/5; %72,7 olumlu); Etik ve mesleki sorumluluk (4,18/5; %72,7 olumlu); Tercih öncesi program bilgisi (4,09/5; %72,7 olumlu). Bu sıralama yalnızca bu birimin katılımcı yanıtları içindedir; eşit veya yakın puanlar arasında güçlü üstünlük çıkarımı yapılmamalıdır.</w:t>
      </w:r>
    </w:p>
    <w:p w14:paraId="14B5F6D0" w14:textId="77777777" w:rsidR="00680C58" w:rsidRPr="008E2AAE" w:rsidRDefault="00000000" w:rsidP="008E2AAE">
      <w:pPr>
        <w:jc w:val="both"/>
        <w:rPr>
          <w:lang w:val="tr-TR"/>
        </w:rPr>
      </w:pPr>
      <w:r w:rsidRPr="008E2AAE">
        <w:rPr>
          <w:lang w:val="tr-TR"/>
        </w:rPr>
        <w:lastRenderedPageBreak/>
        <w:t>En düşük ortalamalı üç madde: Mesleki yabancı dil (2,27/5; %18,2 olumlu); Bilgisayar kullanma yetkinliği (2,27/5; %9,1 olumlu); İş dünyasında mezunlara tutum (2,82/5; %27,3 olumlu). Bu sonuçların nedenleri ankette açık uçlu soru olmadığından doğrudan bilinmemektedir. İlgili maddeler odak görüşmesi veya kısa takip sorularıyla ayrıntılandırılmalıdır.</w:t>
      </w:r>
    </w:p>
    <w:p w14:paraId="23CA3B64" w14:textId="77777777" w:rsidR="00680C58" w:rsidRPr="008E2AAE" w:rsidRDefault="00000000" w:rsidP="008E2AAE">
      <w:pPr>
        <w:pStyle w:val="Balk1"/>
        <w:jc w:val="both"/>
        <w:rPr>
          <w:lang w:val="tr-TR"/>
        </w:rPr>
      </w:pPr>
      <w:r w:rsidRPr="008E2AAE">
        <w:rPr>
          <w:lang w:val="tr-TR"/>
        </w:rPr>
        <w:t>Yeni–geç mezun sonuçları</w:t>
      </w:r>
    </w:p>
    <w:tbl>
      <w:tblPr>
        <w:tblStyle w:val="AkGlgeleme-Vurgu1"/>
        <w:tblW w:w="0" w:type="auto"/>
        <w:tblLook w:val="04A0" w:firstRow="1" w:lastRow="0" w:firstColumn="1" w:lastColumn="0" w:noHBand="0" w:noVBand="1"/>
      </w:tblPr>
      <w:tblGrid>
        <w:gridCol w:w="1704"/>
        <w:gridCol w:w="1704"/>
        <w:gridCol w:w="1704"/>
        <w:gridCol w:w="1704"/>
        <w:gridCol w:w="1704"/>
        <w:gridCol w:w="1704"/>
      </w:tblGrid>
      <w:tr w:rsidR="00680C58" w:rsidRPr="008E2AAE" w14:paraId="7D3E5711"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20553D27" w14:textId="77777777" w:rsidR="00680C58" w:rsidRPr="008E2AAE" w:rsidRDefault="00000000" w:rsidP="008E2AAE">
            <w:pPr>
              <w:jc w:val="both"/>
              <w:rPr>
                <w:lang w:val="tr-TR"/>
              </w:rPr>
            </w:pPr>
            <w:r w:rsidRPr="008E2AAE">
              <w:rPr>
                <w:sz w:val="16"/>
                <w:lang w:val="tr-TR"/>
              </w:rPr>
              <w:t>Grup</w:t>
            </w:r>
          </w:p>
        </w:tc>
        <w:tc>
          <w:tcPr>
            <w:tcW w:w="1704" w:type="dxa"/>
          </w:tcPr>
          <w:p w14:paraId="0117C223"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proofErr w:type="gramStart"/>
            <w:r w:rsidRPr="008E2AAE">
              <w:rPr>
                <w:sz w:val="16"/>
                <w:lang w:val="tr-TR"/>
              </w:rPr>
              <w:t>n</w:t>
            </w:r>
            <w:proofErr w:type="gramEnd"/>
          </w:p>
        </w:tc>
        <w:tc>
          <w:tcPr>
            <w:tcW w:w="1704" w:type="dxa"/>
          </w:tcPr>
          <w:p w14:paraId="077F5857"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 xml:space="preserve">Genel </w:t>
            </w:r>
            <w:proofErr w:type="spellStart"/>
            <w:r w:rsidRPr="008E2AAE">
              <w:rPr>
                <w:sz w:val="16"/>
                <w:lang w:val="tr-TR"/>
              </w:rPr>
              <w:t>mem</w:t>
            </w:r>
            <w:proofErr w:type="spellEnd"/>
            <w:r w:rsidRPr="008E2AAE">
              <w:rPr>
                <w:sz w:val="16"/>
                <w:lang w:val="tr-TR"/>
              </w:rPr>
              <w:t xml:space="preserve">. </w:t>
            </w:r>
            <w:proofErr w:type="spellStart"/>
            <w:proofErr w:type="gramStart"/>
            <w:r w:rsidRPr="008E2AAE">
              <w:rPr>
                <w:sz w:val="16"/>
                <w:lang w:val="tr-TR"/>
              </w:rPr>
              <w:t>ort</w:t>
            </w:r>
            <w:proofErr w:type="gramEnd"/>
            <w:r w:rsidRPr="008E2AAE">
              <w:rPr>
                <w:sz w:val="16"/>
                <w:lang w:val="tr-TR"/>
              </w:rPr>
              <w:t>.</w:t>
            </w:r>
            <w:proofErr w:type="spellEnd"/>
          </w:p>
        </w:tc>
        <w:tc>
          <w:tcPr>
            <w:tcW w:w="1704" w:type="dxa"/>
          </w:tcPr>
          <w:p w14:paraId="3B6CA7BF"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 xml:space="preserve">Olumlu </w:t>
            </w:r>
            <w:proofErr w:type="spellStart"/>
            <w:r w:rsidRPr="008E2AAE">
              <w:rPr>
                <w:sz w:val="16"/>
                <w:lang w:val="tr-TR"/>
              </w:rPr>
              <w:t>mem</w:t>
            </w:r>
            <w:proofErr w:type="spellEnd"/>
            <w:r w:rsidRPr="008E2AAE">
              <w:rPr>
                <w:sz w:val="16"/>
                <w:lang w:val="tr-TR"/>
              </w:rPr>
              <w:t>.</w:t>
            </w:r>
          </w:p>
        </w:tc>
        <w:tc>
          <w:tcPr>
            <w:tcW w:w="1704" w:type="dxa"/>
          </w:tcPr>
          <w:p w14:paraId="526C1AD2"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Çalışma</w:t>
            </w:r>
          </w:p>
        </w:tc>
        <w:tc>
          <w:tcPr>
            <w:tcW w:w="1704" w:type="dxa"/>
          </w:tcPr>
          <w:p w14:paraId="184DD703"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Alanında / çalışan</w:t>
            </w:r>
          </w:p>
        </w:tc>
      </w:tr>
      <w:tr w:rsidR="00680C58" w:rsidRPr="008E2AAE" w14:paraId="05316993"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5B9F243B" w14:textId="77777777" w:rsidR="00680C58" w:rsidRPr="008E2AAE" w:rsidRDefault="00000000" w:rsidP="008E2AAE">
            <w:pPr>
              <w:jc w:val="both"/>
              <w:rPr>
                <w:lang w:val="tr-TR"/>
              </w:rPr>
            </w:pPr>
            <w:r w:rsidRPr="008E2AAE">
              <w:rPr>
                <w:sz w:val="16"/>
                <w:lang w:val="tr-TR"/>
              </w:rPr>
              <w:t>Yeni mezun</w:t>
            </w:r>
          </w:p>
        </w:tc>
        <w:tc>
          <w:tcPr>
            <w:tcW w:w="1704" w:type="dxa"/>
          </w:tcPr>
          <w:p w14:paraId="033DCB6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w:t>
            </w:r>
          </w:p>
        </w:tc>
        <w:tc>
          <w:tcPr>
            <w:tcW w:w="1704" w:type="dxa"/>
          </w:tcPr>
          <w:p w14:paraId="74B1957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3,60</w:t>
            </w:r>
          </w:p>
        </w:tc>
        <w:tc>
          <w:tcPr>
            <w:tcW w:w="1704" w:type="dxa"/>
          </w:tcPr>
          <w:p w14:paraId="5BC109D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 (%60,0)</w:t>
            </w:r>
          </w:p>
        </w:tc>
        <w:tc>
          <w:tcPr>
            <w:tcW w:w="1704" w:type="dxa"/>
          </w:tcPr>
          <w:p w14:paraId="17A48D9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(%10,0)</w:t>
            </w:r>
          </w:p>
        </w:tc>
        <w:tc>
          <w:tcPr>
            <w:tcW w:w="1704" w:type="dxa"/>
          </w:tcPr>
          <w:p w14:paraId="1ED8FB6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 (%100,0)</w:t>
            </w:r>
          </w:p>
        </w:tc>
      </w:tr>
      <w:tr w:rsidR="00680C58" w:rsidRPr="008E2AAE" w14:paraId="461B03E4"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53ABE6FF" w14:textId="77777777" w:rsidR="00680C58" w:rsidRPr="008E2AAE" w:rsidRDefault="00000000" w:rsidP="008E2AAE">
            <w:pPr>
              <w:jc w:val="both"/>
              <w:rPr>
                <w:lang w:val="tr-TR"/>
              </w:rPr>
            </w:pPr>
            <w:r w:rsidRPr="008E2AAE">
              <w:rPr>
                <w:sz w:val="16"/>
                <w:lang w:val="tr-TR"/>
              </w:rPr>
              <w:t>Geç mezun</w:t>
            </w:r>
          </w:p>
        </w:tc>
        <w:tc>
          <w:tcPr>
            <w:tcW w:w="1704" w:type="dxa"/>
          </w:tcPr>
          <w:p w14:paraId="04C9A02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w:t>
            </w:r>
          </w:p>
        </w:tc>
        <w:tc>
          <w:tcPr>
            <w:tcW w:w="1704" w:type="dxa"/>
          </w:tcPr>
          <w:p w14:paraId="4610BD2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3,00</w:t>
            </w:r>
          </w:p>
        </w:tc>
        <w:tc>
          <w:tcPr>
            <w:tcW w:w="1704" w:type="dxa"/>
          </w:tcPr>
          <w:p w14:paraId="0B35264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 (%0,0)</w:t>
            </w:r>
          </w:p>
        </w:tc>
        <w:tc>
          <w:tcPr>
            <w:tcW w:w="1704" w:type="dxa"/>
          </w:tcPr>
          <w:p w14:paraId="1109887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(%100,0)</w:t>
            </w:r>
          </w:p>
        </w:tc>
        <w:tc>
          <w:tcPr>
            <w:tcW w:w="1704" w:type="dxa"/>
          </w:tcPr>
          <w:p w14:paraId="35C4486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1/1 (%100,0)</w:t>
            </w:r>
          </w:p>
        </w:tc>
      </w:tr>
      <w:tr w:rsidR="00680C58" w:rsidRPr="008E2AAE" w14:paraId="44E3C055"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15712590" w14:textId="77777777" w:rsidR="00680C58" w:rsidRPr="008E2AAE" w:rsidRDefault="00000000" w:rsidP="008E2AAE">
            <w:pPr>
              <w:jc w:val="both"/>
              <w:rPr>
                <w:lang w:val="tr-TR"/>
              </w:rPr>
            </w:pPr>
            <w:r w:rsidRPr="008E2AAE">
              <w:rPr>
                <w:sz w:val="16"/>
                <w:lang w:val="tr-TR"/>
              </w:rPr>
              <w:t>3 yıldan eski</w:t>
            </w:r>
          </w:p>
        </w:tc>
        <w:tc>
          <w:tcPr>
            <w:tcW w:w="1704" w:type="dxa"/>
          </w:tcPr>
          <w:p w14:paraId="30BAAFB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w:t>
            </w:r>
          </w:p>
        </w:tc>
        <w:tc>
          <w:tcPr>
            <w:tcW w:w="1704" w:type="dxa"/>
          </w:tcPr>
          <w:p w14:paraId="04F41EB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c>
          <w:tcPr>
            <w:tcW w:w="1704" w:type="dxa"/>
          </w:tcPr>
          <w:p w14:paraId="244AB8B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c>
          <w:tcPr>
            <w:tcW w:w="1704" w:type="dxa"/>
          </w:tcPr>
          <w:p w14:paraId="619CBF0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c>
          <w:tcPr>
            <w:tcW w:w="1704" w:type="dxa"/>
          </w:tcPr>
          <w:p w14:paraId="5558A5F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r>
    </w:tbl>
    <w:p w14:paraId="70566148" w14:textId="77777777" w:rsidR="00680C58" w:rsidRPr="008E2AAE" w:rsidRDefault="00000000" w:rsidP="008E2AAE">
      <w:pPr>
        <w:jc w:val="both"/>
        <w:rPr>
          <w:lang w:val="tr-TR"/>
        </w:rPr>
      </w:pPr>
      <w:r w:rsidRPr="008E2AAE">
        <w:rPr>
          <w:lang w:val="tr-TR"/>
        </w:rPr>
        <w:t>Geç eksi yeni mezun genel eğitim memnuniyeti farkı -0,60 puan; olumlu yanıt oranı farkı -60,0 yüzde puandır. Geç mezun sayısı 1 olduğu için tek yanıt bu grupta 100,0 yüzde puanlık değişime karşılık gelir. Bu alt grup beşten az kayıt içerir; fark yalnızca katılımcı beyanı olarak gösterilmiştir ve fakülteye genellenmemelidir.</w:t>
      </w:r>
    </w:p>
    <w:p w14:paraId="3CDEF048" w14:textId="77777777" w:rsidR="00680C58" w:rsidRPr="008E2AAE" w:rsidRDefault="00000000" w:rsidP="008E2AAE">
      <w:pPr>
        <w:jc w:val="both"/>
        <w:rPr>
          <w:lang w:val="tr-TR"/>
        </w:rPr>
      </w:pPr>
      <w:r w:rsidRPr="008E2AAE">
        <w:rPr>
          <w:lang w:val="tr-TR"/>
        </w:rPr>
        <w:t xml:space="preserve">Eşleştirme duyarlılığı: Yalnızca açık/standartlaştırılmış birim yanıtları kullanıldığında n=8, genel memnuniyet 3,75/5 ve olumlu oran %62,5 olur. Bölüm/programdan eşleştirilen kayıtlar dahil ana sonuç n=11, 3,55/5 ve </w:t>
      </w:r>
      <w:proofErr w:type="gramStart"/>
      <w:r w:rsidRPr="008E2AAE">
        <w:rPr>
          <w:lang w:val="tr-TR"/>
        </w:rPr>
        <w:t>%54,5’dir</w:t>
      </w:r>
      <w:proofErr w:type="gramEnd"/>
      <w:r w:rsidRPr="008E2AAE">
        <w:rPr>
          <w:lang w:val="tr-TR"/>
        </w:rPr>
        <w:t>. Bu fark, atama kararının etkisini görünür kılar; eşleştirme idari kayıtla doğrulanmalıdır.</w:t>
      </w:r>
    </w:p>
    <w:p w14:paraId="4FB4CE00" w14:textId="77777777" w:rsidR="00680C58" w:rsidRPr="008E2AAE" w:rsidRDefault="00000000" w:rsidP="008E2AAE">
      <w:pPr>
        <w:jc w:val="both"/>
        <w:rPr>
          <w:lang w:val="tr-TR"/>
        </w:rPr>
      </w:pPr>
      <w:r w:rsidRPr="008E2AAE">
        <w:rPr>
          <w:lang w:val="tr-TR"/>
        </w:rPr>
        <w:t>Lisansüstü program türü ile fakülte beyanı birlikte bulunan 2 kayıt vardır. Bu kayıtlar hariç genel memnuniyet ortalaması 3,33/5 (n=9) olur. Ana sonuç katılımcının birim beyanını korur; diploma veren birim doğrulanınca sınıflandırma güncellenmelidir.</w:t>
      </w:r>
    </w:p>
    <w:p w14:paraId="664FB9A7" w14:textId="77777777" w:rsidR="00680C58" w:rsidRPr="008E2AAE" w:rsidRDefault="00000000" w:rsidP="008E2AAE">
      <w:pPr>
        <w:pStyle w:val="Balk1"/>
        <w:jc w:val="both"/>
        <w:rPr>
          <w:lang w:val="tr-TR"/>
        </w:rPr>
      </w:pPr>
      <w:r w:rsidRPr="008E2AAE">
        <w:rPr>
          <w:lang w:val="tr-TR"/>
        </w:rPr>
        <w:t>Fakülteye yönelik önerilen izleme ve iyileştirme</w:t>
      </w:r>
    </w:p>
    <w:p w14:paraId="1B922BD7" w14:textId="77777777" w:rsidR="00680C58" w:rsidRPr="008E2AAE" w:rsidRDefault="00000000" w:rsidP="008E2AAE">
      <w:pPr>
        <w:jc w:val="both"/>
        <w:rPr>
          <w:lang w:val="tr-TR"/>
        </w:rPr>
      </w:pPr>
      <w:r w:rsidRPr="008E2AAE">
        <w:rPr>
          <w:lang w:val="tr-TR"/>
        </w:rPr>
        <w:t>Tıp katılımcılarının düşük değerlendirdiği maddeler için program düzeyi ve mezuniyet durumunu doğrulayarak ihtiyaç analizi önerilir. Düşük puanlı üç madde öncelikli inceleme gündemi yapılmalı; hangi program, eğitim kaynağı veya hizmetin sorunla ilişkili olduğu görüşmelerle belirlenmelidir. Ankette ölçülmeyen bir hizmet yetersizliği gerçekleşmiş olay olarak kabul edilmemelidir.</w:t>
      </w:r>
    </w:p>
    <w:p w14:paraId="51A8875C" w14:textId="77777777" w:rsidR="00680C58" w:rsidRPr="008E2AAE" w:rsidRDefault="00000000" w:rsidP="008E2AAE">
      <w:pPr>
        <w:jc w:val="both"/>
        <w:rPr>
          <w:lang w:val="tr-TR"/>
        </w:rPr>
      </w:pPr>
      <w:r w:rsidRPr="008E2AAE">
        <w:rPr>
          <w:lang w:val="tr-TR"/>
        </w:rPr>
        <w:t>İşe geçiş boyutunda mesleğe giriş/çalışma durumunu ve eğitim sonrası geçişleri ayrı izleme önerilir. Faaliyetler ilgili fakülte/program yönetimi ile Kariyer Merkezi ve gerektiğinde diğer destek birimlerince planlanabilir. Çalışma beyanı bir işsizlik göstergesi değildir; takipte iş arama, eğitimine devam etme ve işe başlayabilme durumu ayrı sorulmalıdır.</w:t>
      </w:r>
    </w:p>
    <w:p w14:paraId="495DAD5D" w14:textId="77777777" w:rsidR="00680C58" w:rsidRPr="008E2AAE" w:rsidRDefault="00000000" w:rsidP="008E2AAE">
      <w:pPr>
        <w:jc w:val="both"/>
        <w:rPr>
          <w:lang w:val="tr-TR"/>
        </w:rPr>
      </w:pPr>
      <w:r w:rsidRPr="008E2AAE">
        <w:rPr>
          <w:lang w:val="tr-TR"/>
        </w:rPr>
        <w:t>Önerilen PUKÖ kaydı: ilk üç ay içinde birim kurulunda bulguların görüşülmesi; üç–altı ay içinde ihtiyaç analizi ve seçilen uygulamanın yürütülmesi; altı–on iki ay içinde aynı maddelerle tekrar ölçüm. Kontrol göstergeleri katılım/tamamlama, genel memnuniyet dağılımı, düşük sonuç veren üç maddenin puanları ve çalışanlarda alan uyumudur. Bu birimde tek yanıt toplam olumlu oranı 9,1 yüzde puan değiştirdiğinden hedef ve izlem yorumları kayıt sayısıyla birlikte yapılmalıdır.</w:t>
      </w:r>
    </w:p>
    <w:p w14:paraId="29D09391" w14:textId="77777777" w:rsidR="00680C58" w:rsidRPr="008E2AAE" w:rsidRDefault="00000000" w:rsidP="008E2AAE">
      <w:pPr>
        <w:jc w:val="both"/>
        <w:rPr>
          <w:lang w:val="tr-TR"/>
        </w:rPr>
      </w:pPr>
      <w:r w:rsidRPr="008E2AAE">
        <w:rPr>
          <w:lang w:val="tr-TR"/>
        </w:rPr>
        <w:t>Bölüm düzeyine ilişkin kapsam: Tıp (7); tıp (2); Tip (1); Tıp Fakültesi (1). Bunlar serbest metindeki en sık beyanlardır; benzer bölüm adları birleştirilmediği için resmî program dağılımı veya program başarı sıralaması değildir. Özgün kayıt ve atama gerekçeleri Excel dosyasında bulunmaktadır.</w:t>
      </w:r>
    </w:p>
    <w:p w14:paraId="41B9DFCB" w14:textId="77777777" w:rsidR="00680C58" w:rsidRPr="008E2AAE" w:rsidRDefault="00000000" w:rsidP="008E2AAE">
      <w:pPr>
        <w:jc w:val="both"/>
        <w:rPr>
          <w:lang w:val="tr-TR"/>
        </w:rPr>
      </w:pPr>
      <w:r w:rsidRPr="008E2AAE">
        <w:rPr>
          <w:lang w:val="tr-TR"/>
        </w:rPr>
        <w:br w:type="page"/>
      </w:r>
    </w:p>
    <w:p w14:paraId="12CB387B" w14:textId="77777777" w:rsidR="00680C58" w:rsidRPr="008E2AAE" w:rsidRDefault="00000000" w:rsidP="008E2AAE">
      <w:pPr>
        <w:pStyle w:val="Balk1"/>
        <w:jc w:val="both"/>
        <w:rPr>
          <w:lang w:val="tr-TR"/>
        </w:rPr>
      </w:pPr>
      <w:r w:rsidRPr="008E2AAE">
        <w:rPr>
          <w:lang w:val="tr-TR"/>
        </w:rPr>
        <w:lastRenderedPageBreak/>
        <w:t>14.9. Turizm Fakültesi</w:t>
      </w:r>
    </w:p>
    <w:p w14:paraId="19426FF9" w14:textId="77777777" w:rsidR="00680C58" w:rsidRPr="008E2AAE" w:rsidRDefault="00000000" w:rsidP="008E2AAE">
      <w:pPr>
        <w:jc w:val="both"/>
        <w:rPr>
          <w:lang w:val="tr-TR"/>
        </w:rPr>
      </w:pPr>
      <w:r w:rsidRPr="008E2AAE">
        <w:rPr>
          <w:lang w:val="tr-TR"/>
        </w:rPr>
        <w:t>Kapsam: 6 geçerli kayıt; 5 yeni mezun, 1 geç mezun, 0 3 yıldan eski mezun. Bunların 4’i birim yanıtının standartlaştırılmasıyla, 2’i bölüm/program eşleştirmesiyle bu başlığa alınmıştır. Program türleri: Lisans 6.</w:t>
      </w:r>
    </w:p>
    <w:p w14:paraId="24CE5A28" w14:textId="77777777" w:rsidR="00680C58" w:rsidRPr="008E2AAE" w:rsidRDefault="00000000" w:rsidP="008E2AAE">
      <w:pPr>
        <w:jc w:val="both"/>
        <w:rPr>
          <w:lang w:val="tr-TR"/>
        </w:rPr>
      </w:pPr>
      <w:r w:rsidRPr="008E2AAE">
        <w:rPr>
          <w:lang w:val="tr-TR"/>
        </w:rPr>
        <w:t xml:space="preserve">Çalıştığını belirten 2 kayıt vardır (%33,3). Bunların 2’i alanıyla ilgili çalıştığını belirtmiştir; çalışanlar içindeki alan uyumu %100,0’dir. Çalışmadığını belirten kayıt sayısı </w:t>
      </w:r>
      <w:proofErr w:type="gramStart"/>
      <w:r w:rsidRPr="008E2AAE">
        <w:rPr>
          <w:lang w:val="tr-TR"/>
        </w:rPr>
        <w:t>4’dir</w:t>
      </w:r>
      <w:proofErr w:type="gramEnd"/>
      <w:r w:rsidRPr="008E2AAE">
        <w:rPr>
          <w:lang w:val="tr-TR"/>
        </w:rPr>
        <w:t>. Çalışmama ile alanında çalışma beyanı çelişen 0 kayıt alan uyumu payına alınmamıştır.</w:t>
      </w:r>
    </w:p>
    <w:p w14:paraId="1B657AF0" w14:textId="77777777" w:rsidR="00680C58" w:rsidRPr="008E2AAE" w:rsidRDefault="00000000" w:rsidP="008E2AAE">
      <w:pPr>
        <w:jc w:val="both"/>
        <w:rPr>
          <w:lang w:val="tr-TR"/>
        </w:rPr>
      </w:pPr>
      <w:r w:rsidRPr="008E2AAE">
        <w:rPr>
          <w:lang w:val="tr-TR"/>
        </w:rPr>
        <w:t>Genel eğitim memnuniyeti ortalaması 2,83/5’tir. Yanıt dağılımı 1 olumlu (%16,7), 4 orta (%66,7) ve 1 olumsuz (%16,7) şeklindedir. Ortalamanın tüm geçerli kayıt referansından farkı -0,87 puandır; bu fark betimsel olup kontrol edilmiş bir etki veya istatistiksel anlamlılık sonucu değildir.</w:t>
      </w:r>
    </w:p>
    <w:tbl>
      <w:tblPr>
        <w:tblStyle w:val="AkGlgeleme-Vurgu1"/>
        <w:tblW w:w="0" w:type="auto"/>
        <w:tblLook w:val="04A0" w:firstRow="1" w:lastRow="0" w:firstColumn="1" w:lastColumn="0" w:noHBand="0" w:noVBand="1"/>
      </w:tblPr>
      <w:tblGrid>
        <w:gridCol w:w="1704"/>
        <w:gridCol w:w="1704"/>
        <w:gridCol w:w="1704"/>
        <w:gridCol w:w="1704"/>
        <w:gridCol w:w="1704"/>
        <w:gridCol w:w="1704"/>
      </w:tblGrid>
      <w:tr w:rsidR="00680C58" w:rsidRPr="008E2AAE" w14:paraId="6EDAB209"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1F2A0AD4" w14:textId="77777777" w:rsidR="00680C58" w:rsidRPr="008E2AAE" w:rsidRDefault="00000000" w:rsidP="008E2AAE">
            <w:pPr>
              <w:jc w:val="both"/>
              <w:rPr>
                <w:lang w:val="tr-TR"/>
              </w:rPr>
            </w:pPr>
            <w:r w:rsidRPr="008E2AAE">
              <w:rPr>
                <w:sz w:val="16"/>
                <w:lang w:val="tr-TR"/>
              </w:rPr>
              <w:t>Kod</w:t>
            </w:r>
          </w:p>
        </w:tc>
        <w:tc>
          <w:tcPr>
            <w:tcW w:w="1704" w:type="dxa"/>
          </w:tcPr>
          <w:p w14:paraId="2AEE1EFD"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Değerlendirme maddesi</w:t>
            </w:r>
          </w:p>
        </w:tc>
        <w:tc>
          <w:tcPr>
            <w:tcW w:w="1704" w:type="dxa"/>
          </w:tcPr>
          <w:p w14:paraId="0C279DB0"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Ort.</w:t>
            </w:r>
          </w:p>
        </w:tc>
        <w:tc>
          <w:tcPr>
            <w:tcW w:w="1704" w:type="dxa"/>
          </w:tcPr>
          <w:p w14:paraId="66D9313E"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Olumlu</w:t>
            </w:r>
          </w:p>
        </w:tc>
        <w:tc>
          <w:tcPr>
            <w:tcW w:w="1704" w:type="dxa"/>
          </w:tcPr>
          <w:p w14:paraId="3542FC3A"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Orta</w:t>
            </w:r>
          </w:p>
        </w:tc>
        <w:tc>
          <w:tcPr>
            <w:tcW w:w="1704" w:type="dxa"/>
          </w:tcPr>
          <w:p w14:paraId="65D31BB4"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Olumsuz</w:t>
            </w:r>
          </w:p>
        </w:tc>
      </w:tr>
      <w:tr w:rsidR="00680C58" w:rsidRPr="008E2AAE" w14:paraId="2433F33A"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56ED07D1" w14:textId="77777777" w:rsidR="00680C58" w:rsidRPr="008E2AAE" w:rsidRDefault="00000000" w:rsidP="008E2AAE">
            <w:pPr>
              <w:jc w:val="both"/>
              <w:rPr>
                <w:lang w:val="tr-TR"/>
              </w:rPr>
            </w:pPr>
            <w:r w:rsidRPr="008E2AAE">
              <w:rPr>
                <w:sz w:val="16"/>
                <w:lang w:val="tr-TR"/>
              </w:rPr>
              <w:t>M01</w:t>
            </w:r>
          </w:p>
        </w:tc>
        <w:tc>
          <w:tcPr>
            <w:tcW w:w="1704" w:type="dxa"/>
          </w:tcPr>
          <w:p w14:paraId="5E51C33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Mezuniyet gururu</w:t>
            </w:r>
          </w:p>
        </w:tc>
        <w:tc>
          <w:tcPr>
            <w:tcW w:w="1704" w:type="dxa"/>
          </w:tcPr>
          <w:p w14:paraId="01BA796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3,00</w:t>
            </w:r>
          </w:p>
        </w:tc>
        <w:tc>
          <w:tcPr>
            <w:tcW w:w="1704" w:type="dxa"/>
          </w:tcPr>
          <w:p w14:paraId="69D06A9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(%33,3)</w:t>
            </w:r>
          </w:p>
        </w:tc>
        <w:tc>
          <w:tcPr>
            <w:tcW w:w="1704" w:type="dxa"/>
          </w:tcPr>
          <w:p w14:paraId="7B96EF1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(%33,3)</w:t>
            </w:r>
          </w:p>
        </w:tc>
        <w:tc>
          <w:tcPr>
            <w:tcW w:w="1704" w:type="dxa"/>
          </w:tcPr>
          <w:p w14:paraId="685F1EF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(%33,3)</w:t>
            </w:r>
          </w:p>
        </w:tc>
      </w:tr>
      <w:tr w:rsidR="00680C58" w:rsidRPr="008E2AAE" w14:paraId="781BB8D8"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7806B775" w14:textId="77777777" w:rsidR="00680C58" w:rsidRPr="008E2AAE" w:rsidRDefault="00000000" w:rsidP="008E2AAE">
            <w:pPr>
              <w:jc w:val="both"/>
              <w:rPr>
                <w:lang w:val="tr-TR"/>
              </w:rPr>
            </w:pPr>
            <w:r w:rsidRPr="008E2AAE">
              <w:rPr>
                <w:sz w:val="16"/>
                <w:lang w:val="tr-TR"/>
              </w:rPr>
              <w:t>M02</w:t>
            </w:r>
          </w:p>
        </w:tc>
        <w:tc>
          <w:tcPr>
            <w:tcW w:w="1704" w:type="dxa"/>
          </w:tcPr>
          <w:p w14:paraId="34B8F6F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Bilinçli üniversite tercihi</w:t>
            </w:r>
          </w:p>
        </w:tc>
        <w:tc>
          <w:tcPr>
            <w:tcW w:w="1704" w:type="dxa"/>
          </w:tcPr>
          <w:p w14:paraId="36E75E7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3,33</w:t>
            </w:r>
          </w:p>
        </w:tc>
        <w:tc>
          <w:tcPr>
            <w:tcW w:w="1704" w:type="dxa"/>
          </w:tcPr>
          <w:p w14:paraId="6520A57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(%50,0)</w:t>
            </w:r>
          </w:p>
        </w:tc>
        <w:tc>
          <w:tcPr>
            <w:tcW w:w="1704" w:type="dxa"/>
          </w:tcPr>
          <w:p w14:paraId="3077DD8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(%33,3)</w:t>
            </w:r>
          </w:p>
        </w:tc>
        <w:tc>
          <w:tcPr>
            <w:tcW w:w="1704" w:type="dxa"/>
          </w:tcPr>
          <w:p w14:paraId="017B73F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(%16,7)</w:t>
            </w:r>
          </w:p>
        </w:tc>
      </w:tr>
      <w:tr w:rsidR="00680C58" w:rsidRPr="008E2AAE" w14:paraId="54F3EAE4"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5A8F1D92" w14:textId="77777777" w:rsidR="00680C58" w:rsidRPr="008E2AAE" w:rsidRDefault="00000000" w:rsidP="008E2AAE">
            <w:pPr>
              <w:jc w:val="both"/>
              <w:rPr>
                <w:lang w:val="tr-TR"/>
              </w:rPr>
            </w:pPr>
            <w:r w:rsidRPr="008E2AAE">
              <w:rPr>
                <w:sz w:val="16"/>
                <w:lang w:val="tr-TR"/>
              </w:rPr>
              <w:t>M03</w:t>
            </w:r>
          </w:p>
        </w:tc>
        <w:tc>
          <w:tcPr>
            <w:tcW w:w="1704" w:type="dxa"/>
          </w:tcPr>
          <w:p w14:paraId="3F6E4D0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Tercih öncesi program bilgisi</w:t>
            </w:r>
          </w:p>
        </w:tc>
        <w:tc>
          <w:tcPr>
            <w:tcW w:w="1704" w:type="dxa"/>
          </w:tcPr>
          <w:p w14:paraId="058D90A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2,83</w:t>
            </w:r>
          </w:p>
        </w:tc>
        <w:tc>
          <w:tcPr>
            <w:tcW w:w="1704" w:type="dxa"/>
          </w:tcPr>
          <w:p w14:paraId="22F26C3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(%16,7)</w:t>
            </w:r>
          </w:p>
        </w:tc>
        <w:tc>
          <w:tcPr>
            <w:tcW w:w="1704" w:type="dxa"/>
          </w:tcPr>
          <w:p w14:paraId="492D8FB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(%50,0)</w:t>
            </w:r>
          </w:p>
        </w:tc>
        <w:tc>
          <w:tcPr>
            <w:tcW w:w="1704" w:type="dxa"/>
          </w:tcPr>
          <w:p w14:paraId="73EFE36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(%33,3)</w:t>
            </w:r>
          </w:p>
        </w:tc>
      </w:tr>
      <w:tr w:rsidR="00680C58" w:rsidRPr="008E2AAE" w14:paraId="131AAA12"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2C870C10" w14:textId="77777777" w:rsidR="00680C58" w:rsidRPr="008E2AAE" w:rsidRDefault="00000000" w:rsidP="008E2AAE">
            <w:pPr>
              <w:jc w:val="both"/>
              <w:rPr>
                <w:lang w:val="tr-TR"/>
              </w:rPr>
            </w:pPr>
            <w:r w:rsidRPr="008E2AAE">
              <w:rPr>
                <w:sz w:val="16"/>
                <w:lang w:val="tr-TR"/>
              </w:rPr>
              <w:t>M04</w:t>
            </w:r>
          </w:p>
        </w:tc>
        <w:tc>
          <w:tcPr>
            <w:tcW w:w="1704" w:type="dxa"/>
          </w:tcPr>
          <w:p w14:paraId="53E6967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Eğitim düzeyinin yeterliliği</w:t>
            </w:r>
          </w:p>
        </w:tc>
        <w:tc>
          <w:tcPr>
            <w:tcW w:w="1704" w:type="dxa"/>
          </w:tcPr>
          <w:p w14:paraId="5027D04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3,33</w:t>
            </w:r>
          </w:p>
        </w:tc>
        <w:tc>
          <w:tcPr>
            <w:tcW w:w="1704" w:type="dxa"/>
          </w:tcPr>
          <w:p w14:paraId="226D838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 (%50,0)</w:t>
            </w:r>
          </w:p>
        </w:tc>
        <w:tc>
          <w:tcPr>
            <w:tcW w:w="1704" w:type="dxa"/>
          </w:tcPr>
          <w:p w14:paraId="5E5C1FD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(%33,3)</w:t>
            </w:r>
          </w:p>
        </w:tc>
        <w:tc>
          <w:tcPr>
            <w:tcW w:w="1704" w:type="dxa"/>
          </w:tcPr>
          <w:p w14:paraId="0F3F869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(%16,7)</w:t>
            </w:r>
          </w:p>
        </w:tc>
      </w:tr>
      <w:tr w:rsidR="00680C58" w:rsidRPr="008E2AAE" w14:paraId="1AD9D0FD"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00FB20E7" w14:textId="77777777" w:rsidR="00680C58" w:rsidRPr="008E2AAE" w:rsidRDefault="00000000" w:rsidP="008E2AAE">
            <w:pPr>
              <w:jc w:val="both"/>
              <w:rPr>
                <w:lang w:val="tr-TR"/>
              </w:rPr>
            </w:pPr>
            <w:r w:rsidRPr="008E2AAE">
              <w:rPr>
                <w:sz w:val="16"/>
                <w:lang w:val="tr-TR"/>
              </w:rPr>
              <w:t>M05</w:t>
            </w:r>
          </w:p>
        </w:tc>
        <w:tc>
          <w:tcPr>
            <w:tcW w:w="1704" w:type="dxa"/>
          </w:tcPr>
          <w:p w14:paraId="3D29DF6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Sunulan olanakların yeterliliği</w:t>
            </w:r>
          </w:p>
        </w:tc>
        <w:tc>
          <w:tcPr>
            <w:tcW w:w="1704" w:type="dxa"/>
          </w:tcPr>
          <w:p w14:paraId="0A6CA06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2,67</w:t>
            </w:r>
          </w:p>
        </w:tc>
        <w:tc>
          <w:tcPr>
            <w:tcW w:w="1704" w:type="dxa"/>
          </w:tcPr>
          <w:p w14:paraId="04526BE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(%33,3)</w:t>
            </w:r>
          </w:p>
        </w:tc>
        <w:tc>
          <w:tcPr>
            <w:tcW w:w="1704" w:type="dxa"/>
          </w:tcPr>
          <w:p w14:paraId="6901761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(%33,3)</w:t>
            </w:r>
          </w:p>
        </w:tc>
        <w:tc>
          <w:tcPr>
            <w:tcW w:w="1704" w:type="dxa"/>
          </w:tcPr>
          <w:p w14:paraId="781D65D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(%33,3)</w:t>
            </w:r>
          </w:p>
        </w:tc>
      </w:tr>
      <w:tr w:rsidR="00680C58" w:rsidRPr="008E2AAE" w14:paraId="60A40846"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31333D92" w14:textId="77777777" w:rsidR="00680C58" w:rsidRPr="008E2AAE" w:rsidRDefault="00000000" w:rsidP="008E2AAE">
            <w:pPr>
              <w:jc w:val="both"/>
              <w:rPr>
                <w:lang w:val="tr-TR"/>
              </w:rPr>
            </w:pPr>
            <w:r w:rsidRPr="008E2AAE">
              <w:rPr>
                <w:sz w:val="16"/>
                <w:lang w:val="tr-TR"/>
              </w:rPr>
              <w:t>M06</w:t>
            </w:r>
          </w:p>
        </w:tc>
        <w:tc>
          <w:tcPr>
            <w:tcW w:w="1704" w:type="dxa"/>
          </w:tcPr>
          <w:p w14:paraId="15CDE4B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Alan bilgisini kullanma becerisi</w:t>
            </w:r>
          </w:p>
        </w:tc>
        <w:tc>
          <w:tcPr>
            <w:tcW w:w="1704" w:type="dxa"/>
          </w:tcPr>
          <w:p w14:paraId="16CB9EF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3,00</w:t>
            </w:r>
          </w:p>
        </w:tc>
        <w:tc>
          <w:tcPr>
            <w:tcW w:w="1704" w:type="dxa"/>
          </w:tcPr>
          <w:p w14:paraId="1C9F225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(%33,3)</w:t>
            </w:r>
          </w:p>
        </w:tc>
        <w:tc>
          <w:tcPr>
            <w:tcW w:w="1704" w:type="dxa"/>
          </w:tcPr>
          <w:p w14:paraId="1FF4E93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(%33,3)</w:t>
            </w:r>
          </w:p>
        </w:tc>
        <w:tc>
          <w:tcPr>
            <w:tcW w:w="1704" w:type="dxa"/>
          </w:tcPr>
          <w:p w14:paraId="11A4217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(%33,3)</w:t>
            </w:r>
          </w:p>
        </w:tc>
      </w:tr>
      <w:tr w:rsidR="00680C58" w:rsidRPr="008E2AAE" w14:paraId="0FB13EFB"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0FDE5AEC" w14:textId="77777777" w:rsidR="00680C58" w:rsidRPr="008E2AAE" w:rsidRDefault="00000000" w:rsidP="008E2AAE">
            <w:pPr>
              <w:jc w:val="both"/>
              <w:rPr>
                <w:lang w:val="tr-TR"/>
              </w:rPr>
            </w:pPr>
            <w:r w:rsidRPr="008E2AAE">
              <w:rPr>
                <w:sz w:val="16"/>
                <w:lang w:val="tr-TR"/>
              </w:rPr>
              <w:t>M07</w:t>
            </w:r>
          </w:p>
        </w:tc>
        <w:tc>
          <w:tcPr>
            <w:tcW w:w="1704" w:type="dxa"/>
          </w:tcPr>
          <w:p w14:paraId="6052BC0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hayatına yönelik danışmanlık</w:t>
            </w:r>
          </w:p>
        </w:tc>
        <w:tc>
          <w:tcPr>
            <w:tcW w:w="1704" w:type="dxa"/>
          </w:tcPr>
          <w:p w14:paraId="6103CCB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3,17</w:t>
            </w:r>
          </w:p>
        </w:tc>
        <w:tc>
          <w:tcPr>
            <w:tcW w:w="1704" w:type="dxa"/>
          </w:tcPr>
          <w:p w14:paraId="69D0FAC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(%50,0)</w:t>
            </w:r>
          </w:p>
        </w:tc>
        <w:tc>
          <w:tcPr>
            <w:tcW w:w="1704" w:type="dxa"/>
          </w:tcPr>
          <w:p w14:paraId="1131283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(%16,7)</w:t>
            </w:r>
          </w:p>
        </w:tc>
        <w:tc>
          <w:tcPr>
            <w:tcW w:w="1704" w:type="dxa"/>
          </w:tcPr>
          <w:p w14:paraId="25DFA45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(%33,3)</w:t>
            </w:r>
          </w:p>
        </w:tc>
      </w:tr>
      <w:tr w:rsidR="00680C58" w:rsidRPr="008E2AAE" w14:paraId="6355F5FB"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1DC9E9B2" w14:textId="77777777" w:rsidR="00680C58" w:rsidRPr="008E2AAE" w:rsidRDefault="00000000" w:rsidP="008E2AAE">
            <w:pPr>
              <w:jc w:val="both"/>
              <w:rPr>
                <w:lang w:val="tr-TR"/>
              </w:rPr>
            </w:pPr>
            <w:r w:rsidRPr="008E2AAE">
              <w:rPr>
                <w:sz w:val="16"/>
                <w:lang w:val="tr-TR"/>
              </w:rPr>
              <w:t>M08</w:t>
            </w:r>
          </w:p>
        </w:tc>
        <w:tc>
          <w:tcPr>
            <w:tcW w:w="1704" w:type="dxa"/>
          </w:tcPr>
          <w:p w14:paraId="6617023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Bilgiye ulaşma ve araştırma</w:t>
            </w:r>
          </w:p>
        </w:tc>
        <w:tc>
          <w:tcPr>
            <w:tcW w:w="1704" w:type="dxa"/>
          </w:tcPr>
          <w:p w14:paraId="1BBCECC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3,50</w:t>
            </w:r>
          </w:p>
        </w:tc>
        <w:tc>
          <w:tcPr>
            <w:tcW w:w="1704" w:type="dxa"/>
          </w:tcPr>
          <w:p w14:paraId="39D5086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 (%66,7)</w:t>
            </w:r>
          </w:p>
        </w:tc>
        <w:tc>
          <w:tcPr>
            <w:tcW w:w="1704" w:type="dxa"/>
          </w:tcPr>
          <w:p w14:paraId="3CB03D65"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 (%0,0)</w:t>
            </w:r>
          </w:p>
        </w:tc>
        <w:tc>
          <w:tcPr>
            <w:tcW w:w="1704" w:type="dxa"/>
          </w:tcPr>
          <w:p w14:paraId="50302DB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(%33,3)</w:t>
            </w:r>
          </w:p>
        </w:tc>
      </w:tr>
      <w:tr w:rsidR="00680C58" w:rsidRPr="008E2AAE" w14:paraId="6673CE49"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73CA82BC" w14:textId="77777777" w:rsidR="00680C58" w:rsidRPr="008E2AAE" w:rsidRDefault="00000000" w:rsidP="008E2AAE">
            <w:pPr>
              <w:jc w:val="both"/>
              <w:rPr>
                <w:lang w:val="tr-TR"/>
              </w:rPr>
            </w:pPr>
            <w:r w:rsidRPr="008E2AAE">
              <w:rPr>
                <w:sz w:val="16"/>
                <w:lang w:val="tr-TR"/>
              </w:rPr>
              <w:t>M09</w:t>
            </w:r>
          </w:p>
        </w:tc>
        <w:tc>
          <w:tcPr>
            <w:tcW w:w="1704" w:type="dxa"/>
          </w:tcPr>
          <w:p w14:paraId="3B065D5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İletişim becerileri</w:t>
            </w:r>
          </w:p>
        </w:tc>
        <w:tc>
          <w:tcPr>
            <w:tcW w:w="1704" w:type="dxa"/>
          </w:tcPr>
          <w:p w14:paraId="7E385E0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3,50</w:t>
            </w:r>
          </w:p>
        </w:tc>
        <w:tc>
          <w:tcPr>
            <w:tcW w:w="1704" w:type="dxa"/>
          </w:tcPr>
          <w:p w14:paraId="537BF09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(%50,0)</w:t>
            </w:r>
          </w:p>
        </w:tc>
        <w:tc>
          <w:tcPr>
            <w:tcW w:w="1704" w:type="dxa"/>
          </w:tcPr>
          <w:p w14:paraId="54C96D4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(%33,3)</w:t>
            </w:r>
          </w:p>
        </w:tc>
        <w:tc>
          <w:tcPr>
            <w:tcW w:w="1704" w:type="dxa"/>
          </w:tcPr>
          <w:p w14:paraId="4E712A6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(%16,7)</w:t>
            </w:r>
          </w:p>
        </w:tc>
      </w:tr>
      <w:tr w:rsidR="00680C58" w:rsidRPr="008E2AAE" w14:paraId="730B67D3"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03BDBAD0" w14:textId="77777777" w:rsidR="00680C58" w:rsidRPr="008E2AAE" w:rsidRDefault="00000000" w:rsidP="008E2AAE">
            <w:pPr>
              <w:jc w:val="both"/>
              <w:rPr>
                <w:lang w:val="tr-TR"/>
              </w:rPr>
            </w:pPr>
            <w:r w:rsidRPr="008E2AAE">
              <w:rPr>
                <w:sz w:val="16"/>
                <w:lang w:val="tr-TR"/>
              </w:rPr>
              <w:t>M10</w:t>
            </w:r>
          </w:p>
        </w:tc>
        <w:tc>
          <w:tcPr>
            <w:tcW w:w="1704" w:type="dxa"/>
          </w:tcPr>
          <w:p w14:paraId="20B46D7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Etik ve mesleki sorumluluk</w:t>
            </w:r>
          </w:p>
        </w:tc>
        <w:tc>
          <w:tcPr>
            <w:tcW w:w="1704" w:type="dxa"/>
          </w:tcPr>
          <w:p w14:paraId="44D7648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3,50</w:t>
            </w:r>
          </w:p>
        </w:tc>
        <w:tc>
          <w:tcPr>
            <w:tcW w:w="1704" w:type="dxa"/>
          </w:tcPr>
          <w:p w14:paraId="1637D4F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 (%66,7)</w:t>
            </w:r>
          </w:p>
        </w:tc>
        <w:tc>
          <w:tcPr>
            <w:tcW w:w="1704" w:type="dxa"/>
          </w:tcPr>
          <w:p w14:paraId="76F2370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(%16,7)</w:t>
            </w:r>
          </w:p>
        </w:tc>
        <w:tc>
          <w:tcPr>
            <w:tcW w:w="1704" w:type="dxa"/>
          </w:tcPr>
          <w:p w14:paraId="45373C2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(%16,7)</w:t>
            </w:r>
          </w:p>
        </w:tc>
      </w:tr>
      <w:tr w:rsidR="00680C58" w:rsidRPr="008E2AAE" w14:paraId="5EA43054"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179B0AAF" w14:textId="77777777" w:rsidR="00680C58" w:rsidRPr="008E2AAE" w:rsidRDefault="00000000" w:rsidP="008E2AAE">
            <w:pPr>
              <w:jc w:val="both"/>
              <w:rPr>
                <w:lang w:val="tr-TR"/>
              </w:rPr>
            </w:pPr>
            <w:r w:rsidRPr="008E2AAE">
              <w:rPr>
                <w:sz w:val="16"/>
                <w:lang w:val="tr-TR"/>
              </w:rPr>
              <w:t>M11</w:t>
            </w:r>
          </w:p>
        </w:tc>
        <w:tc>
          <w:tcPr>
            <w:tcW w:w="1704" w:type="dxa"/>
          </w:tcPr>
          <w:p w14:paraId="31F586C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Mesleki yabancı dil</w:t>
            </w:r>
          </w:p>
        </w:tc>
        <w:tc>
          <w:tcPr>
            <w:tcW w:w="1704" w:type="dxa"/>
          </w:tcPr>
          <w:p w14:paraId="3341859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2,50</w:t>
            </w:r>
          </w:p>
        </w:tc>
        <w:tc>
          <w:tcPr>
            <w:tcW w:w="1704" w:type="dxa"/>
          </w:tcPr>
          <w:p w14:paraId="73AFF71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(%16,7)</w:t>
            </w:r>
          </w:p>
        </w:tc>
        <w:tc>
          <w:tcPr>
            <w:tcW w:w="1704" w:type="dxa"/>
          </w:tcPr>
          <w:p w14:paraId="40A7B88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(%33,3)</w:t>
            </w:r>
          </w:p>
        </w:tc>
        <w:tc>
          <w:tcPr>
            <w:tcW w:w="1704" w:type="dxa"/>
          </w:tcPr>
          <w:p w14:paraId="7D5FC8B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(%50,0)</w:t>
            </w:r>
          </w:p>
        </w:tc>
      </w:tr>
      <w:tr w:rsidR="00680C58" w:rsidRPr="008E2AAE" w14:paraId="4FE02163"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5BDEFF86" w14:textId="77777777" w:rsidR="00680C58" w:rsidRPr="008E2AAE" w:rsidRDefault="00000000" w:rsidP="008E2AAE">
            <w:pPr>
              <w:jc w:val="both"/>
              <w:rPr>
                <w:lang w:val="tr-TR"/>
              </w:rPr>
            </w:pPr>
            <w:r w:rsidRPr="008E2AAE">
              <w:rPr>
                <w:sz w:val="16"/>
                <w:lang w:val="tr-TR"/>
              </w:rPr>
              <w:t>M12</w:t>
            </w:r>
          </w:p>
        </w:tc>
        <w:tc>
          <w:tcPr>
            <w:tcW w:w="1704" w:type="dxa"/>
          </w:tcPr>
          <w:p w14:paraId="14FD9EE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Bilgisayar kullanma yetkinliği</w:t>
            </w:r>
          </w:p>
        </w:tc>
        <w:tc>
          <w:tcPr>
            <w:tcW w:w="1704" w:type="dxa"/>
          </w:tcPr>
          <w:p w14:paraId="60C6F5D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3,17</w:t>
            </w:r>
          </w:p>
        </w:tc>
        <w:tc>
          <w:tcPr>
            <w:tcW w:w="1704" w:type="dxa"/>
          </w:tcPr>
          <w:p w14:paraId="4BD209B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(%33,3)</w:t>
            </w:r>
          </w:p>
        </w:tc>
        <w:tc>
          <w:tcPr>
            <w:tcW w:w="1704" w:type="dxa"/>
          </w:tcPr>
          <w:p w14:paraId="53CC0F7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(%33,3)</w:t>
            </w:r>
          </w:p>
        </w:tc>
        <w:tc>
          <w:tcPr>
            <w:tcW w:w="1704" w:type="dxa"/>
          </w:tcPr>
          <w:p w14:paraId="567B365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(%33,3)</w:t>
            </w:r>
          </w:p>
        </w:tc>
      </w:tr>
      <w:tr w:rsidR="00680C58" w:rsidRPr="008E2AAE" w14:paraId="45CD0257"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646DA9E1" w14:textId="77777777" w:rsidR="00680C58" w:rsidRPr="008E2AAE" w:rsidRDefault="00000000" w:rsidP="008E2AAE">
            <w:pPr>
              <w:jc w:val="both"/>
              <w:rPr>
                <w:lang w:val="tr-TR"/>
              </w:rPr>
            </w:pPr>
            <w:r w:rsidRPr="008E2AAE">
              <w:rPr>
                <w:sz w:val="16"/>
                <w:lang w:val="tr-TR"/>
              </w:rPr>
              <w:t>M13</w:t>
            </w:r>
          </w:p>
        </w:tc>
        <w:tc>
          <w:tcPr>
            <w:tcW w:w="1704" w:type="dxa"/>
          </w:tcPr>
          <w:p w14:paraId="5E1B118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İş dünyasında mezunlara tutum</w:t>
            </w:r>
          </w:p>
        </w:tc>
        <w:tc>
          <w:tcPr>
            <w:tcW w:w="1704" w:type="dxa"/>
          </w:tcPr>
          <w:p w14:paraId="4F7D2EE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2,50</w:t>
            </w:r>
          </w:p>
        </w:tc>
        <w:tc>
          <w:tcPr>
            <w:tcW w:w="1704" w:type="dxa"/>
          </w:tcPr>
          <w:p w14:paraId="107C53B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 (%0,0)</w:t>
            </w:r>
          </w:p>
        </w:tc>
        <w:tc>
          <w:tcPr>
            <w:tcW w:w="1704" w:type="dxa"/>
          </w:tcPr>
          <w:p w14:paraId="0CA4757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 (%66,7)</w:t>
            </w:r>
          </w:p>
        </w:tc>
        <w:tc>
          <w:tcPr>
            <w:tcW w:w="1704" w:type="dxa"/>
          </w:tcPr>
          <w:p w14:paraId="1C3C065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(%33,3)</w:t>
            </w:r>
          </w:p>
        </w:tc>
      </w:tr>
      <w:tr w:rsidR="00680C58" w:rsidRPr="008E2AAE" w14:paraId="3538C5BD"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64DF944D" w14:textId="77777777" w:rsidR="00680C58" w:rsidRPr="008E2AAE" w:rsidRDefault="00000000" w:rsidP="008E2AAE">
            <w:pPr>
              <w:jc w:val="both"/>
              <w:rPr>
                <w:lang w:val="tr-TR"/>
              </w:rPr>
            </w:pPr>
            <w:r w:rsidRPr="008E2AAE">
              <w:rPr>
                <w:sz w:val="16"/>
                <w:lang w:val="tr-TR"/>
              </w:rPr>
              <w:t>M14</w:t>
            </w:r>
          </w:p>
        </w:tc>
        <w:tc>
          <w:tcPr>
            <w:tcW w:w="1704" w:type="dxa"/>
          </w:tcPr>
          <w:p w14:paraId="70493FD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Genel eğitim memnuniyeti</w:t>
            </w:r>
          </w:p>
        </w:tc>
        <w:tc>
          <w:tcPr>
            <w:tcW w:w="1704" w:type="dxa"/>
          </w:tcPr>
          <w:p w14:paraId="4523DEB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2,83</w:t>
            </w:r>
          </w:p>
        </w:tc>
        <w:tc>
          <w:tcPr>
            <w:tcW w:w="1704" w:type="dxa"/>
          </w:tcPr>
          <w:p w14:paraId="0C24262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(%16,7)</w:t>
            </w:r>
          </w:p>
        </w:tc>
        <w:tc>
          <w:tcPr>
            <w:tcW w:w="1704" w:type="dxa"/>
          </w:tcPr>
          <w:p w14:paraId="61D8F39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 (%66,7)</w:t>
            </w:r>
          </w:p>
        </w:tc>
        <w:tc>
          <w:tcPr>
            <w:tcW w:w="1704" w:type="dxa"/>
          </w:tcPr>
          <w:p w14:paraId="5B06F6D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(%16,7)</w:t>
            </w:r>
          </w:p>
        </w:tc>
      </w:tr>
      <w:tr w:rsidR="00680C58" w:rsidRPr="008E2AAE" w14:paraId="16397737"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5E06B482" w14:textId="77777777" w:rsidR="00680C58" w:rsidRPr="008E2AAE" w:rsidRDefault="00000000" w:rsidP="008E2AAE">
            <w:pPr>
              <w:jc w:val="both"/>
              <w:rPr>
                <w:lang w:val="tr-TR"/>
              </w:rPr>
            </w:pPr>
            <w:r w:rsidRPr="008E2AAE">
              <w:rPr>
                <w:sz w:val="16"/>
                <w:lang w:val="tr-TR"/>
              </w:rPr>
              <w:t>M15</w:t>
            </w:r>
          </w:p>
        </w:tc>
        <w:tc>
          <w:tcPr>
            <w:tcW w:w="1704" w:type="dxa"/>
          </w:tcPr>
          <w:p w14:paraId="4247B8B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Üniversiteyi tekrar seçme</w:t>
            </w:r>
          </w:p>
        </w:tc>
        <w:tc>
          <w:tcPr>
            <w:tcW w:w="1704" w:type="dxa"/>
          </w:tcPr>
          <w:p w14:paraId="5485337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3,00</w:t>
            </w:r>
          </w:p>
        </w:tc>
        <w:tc>
          <w:tcPr>
            <w:tcW w:w="1704" w:type="dxa"/>
          </w:tcPr>
          <w:p w14:paraId="151556C5"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(%33,3)</w:t>
            </w:r>
          </w:p>
        </w:tc>
        <w:tc>
          <w:tcPr>
            <w:tcW w:w="1704" w:type="dxa"/>
          </w:tcPr>
          <w:p w14:paraId="6EAE8FE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(%33,3)</w:t>
            </w:r>
          </w:p>
        </w:tc>
        <w:tc>
          <w:tcPr>
            <w:tcW w:w="1704" w:type="dxa"/>
          </w:tcPr>
          <w:p w14:paraId="39D407B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(%33,3)</w:t>
            </w:r>
          </w:p>
        </w:tc>
      </w:tr>
      <w:tr w:rsidR="00680C58" w:rsidRPr="008E2AAE" w14:paraId="29C32AE3"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359F2A22" w14:textId="77777777" w:rsidR="00680C58" w:rsidRPr="008E2AAE" w:rsidRDefault="00000000" w:rsidP="008E2AAE">
            <w:pPr>
              <w:jc w:val="both"/>
              <w:rPr>
                <w:lang w:val="tr-TR"/>
              </w:rPr>
            </w:pPr>
            <w:r w:rsidRPr="008E2AAE">
              <w:rPr>
                <w:sz w:val="16"/>
                <w:lang w:val="tr-TR"/>
              </w:rPr>
              <w:t>M16</w:t>
            </w:r>
          </w:p>
        </w:tc>
        <w:tc>
          <w:tcPr>
            <w:tcW w:w="1704" w:type="dxa"/>
          </w:tcPr>
          <w:p w14:paraId="36203A3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Bölümü tekrar seçme</w:t>
            </w:r>
          </w:p>
        </w:tc>
        <w:tc>
          <w:tcPr>
            <w:tcW w:w="1704" w:type="dxa"/>
          </w:tcPr>
          <w:p w14:paraId="0D65032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3,17</w:t>
            </w:r>
          </w:p>
        </w:tc>
        <w:tc>
          <w:tcPr>
            <w:tcW w:w="1704" w:type="dxa"/>
          </w:tcPr>
          <w:p w14:paraId="7735CB9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 (%66,7)</w:t>
            </w:r>
          </w:p>
        </w:tc>
        <w:tc>
          <w:tcPr>
            <w:tcW w:w="1704" w:type="dxa"/>
          </w:tcPr>
          <w:p w14:paraId="65D098C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 (%0,0)</w:t>
            </w:r>
          </w:p>
        </w:tc>
        <w:tc>
          <w:tcPr>
            <w:tcW w:w="1704" w:type="dxa"/>
          </w:tcPr>
          <w:p w14:paraId="0E81EF3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 (%33,3)</w:t>
            </w:r>
          </w:p>
        </w:tc>
      </w:tr>
      <w:tr w:rsidR="00680C58" w:rsidRPr="008E2AAE" w14:paraId="29BEC7E3"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3F50FD63" w14:textId="77777777" w:rsidR="00680C58" w:rsidRPr="008E2AAE" w:rsidRDefault="00000000" w:rsidP="008E2AAE">
            <w:pPr>
              <w:jc w:val="both"/>
              <w:rPr>
                <w:lang w:val="tr-TR"/>
              </w:rPr>
            </w:pPr>
            <w:r w:rsidRPr="008E2AAE">
              <w:rPr>
                <w:sz w:val="16"/>
                <w:lang w:val="tr-TR"/>
              </w:rPr>
              <w:t>M17</w:t>
            </w:r>
          </w:p>
        </w:tc>
        <w:tc>
          <w:tcPr>
            <w:tcW w:w="1704" w:type="dxa"/>
          </w:tcPr>
          <w:p w14:paraId="21159E4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Üniversiteyi tavsiye etme</w:t>
            </w:r>
          </w:p>
        </w:tc>
        <w:tc>
          <w:tcPr>
            <w:tcW w:w="1704" w:type="dxa"/>
          </w:tcPr>
          <w:p w14:paraId="5565BF1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3,00</w:t>
            </w:r>
          </w:p>
        </w:tc>
        <w:tc>
          <w:tcPr>
            <w:tcW w:w="1704" w:type="dxa"/>
          </w:tcPr>
          <w:p w14:paraId="3B5FCEA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(%33,3)</w:t>
            </w:r>
          </w:p>
        </w:tc>
        <w:tc>
          <w:tcPr>
            <w:tcW w:w="1704" w:type="dxa"/>
          </w:tcPr>
          <w:p w14:paraId="6587066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 (%50,0)</w:t>
            </w:r>
          </w:p>
        </w:tc>
        <w:tc>
          <w:tcPr>
            <w:tcW w:w="1704" w:type="dxa"/>
          </w:tcPr>
          <w:p w14:paraId="080E5AD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 (%16,7)</w:t>
            </w:r>
          </w:p>
        </w:tc>
      </w:tr>
    </w:tbl>
    <w:p w14:paraId="17071FA4" w14:textId="77777777" w:rsidR="00680C58" w:rsidRPr="008E2AAE" w:rsidRDefault="00000000" w:rsidP="008E2AAE">
      <w:pPr>
        <w:pStyle w:val="Balk1"/>
        <w:jc w:val="both"/>
        <w:rPr>
          <w:lang w:val="tr-TR"/>
        </w:rPr>
      </w:pPr>
      <w:r w:rsidRPr="008E2AAE">
        <w:rPr>
          <w:lang w:val="tr-TR"/>
        </w:rPr>
        <w:t>Güçlü alanlar ve geliştirme ihtiyaçları</w:t>
      </w:r>
    </w:p>
    <w:p w14:paraId="075597B2" w14:textId="77777777" w:rsidR="00680C58" w:rsidRPr="008E2AAE" w:rsidRDefault="00000000" w:rsidP="008E2AAE">
      <w:pPr>
        <w:jc w:val="both"/>
        <w:rPr>
          <w:lang w:val="tr-TR"/>
        </w:rPr>
      </w:pPr>
      <w:r w:rsidRPr="008E2AAE">
        <w:rPr>
          <w:lang w:val="tr-TR"/>
        </w:rPr>
        <w:t>Birim içinde en yüksek ortalamalı üç madde: Bilgiye ulaşma ve araştırma (3,50/5; %66,7 olumlu); Etik ve mesleki sorumluluk (3,50/5; %66,7 olumlu); İletişim becerileri (3,50/5; %50,0 olumlu). Bu sıralama yalnızca bu birimin katılımcı yanıtları içindedir; eşit veya yakın puanlar arasında güçlü üstünlük çıkarımı yapılmamalıdır.</w:t>
      </w:r>
    </w:p>
    <w:p w14:paraId="79A93538" w14:textId="77777777" w:rsidR="00680C58" w:rsidRPr="008E2AAE" w:rsidRDefault="00000000" w:rsidP="008E2AAE">
      <w:pPr>
        <w:jc w:val="both"/>
        <w:rPr>
          <w:lang w:val="tr-TR"/>
        </w:rPr>
      </w:pPr>
      <w:r w:rsidRPr="008E2AAE">
        <w:rPr>
          <w:lang w:val="tr-TR"/>
        </w:rPr>
        <w:lastRenderedPageBreak/>
        <w:t>En düşük ortalamalı üç madde: Mesleki yabancı dil (2,50/5; %16,7 olumlu); İş dünyasında mezunlara tutum (2,50/5; %0,0 olumlu); Sunulan olanakların yeterliliği (2,67/5; %33,3 olumlu). Bu sonuçların nedenleri ankette açık uçlu soru olmadığından doğrudan bilinmemektedir. İlgili maddeler odak görüşmesi veya kısa takip sorularıyla ayrıntılandırılmalıdır.</w:t>
      </w:r>
    </w:p>
    <w:p w14:paraId="6B6B8FF7" w14:textId="77777777" w:rsidR="00680C58" w:rsidRPr="008E2AAE" w:rsidRDefault="00000000" w:rsidP="008E2AAE">
      <w:pPr>
        <w:pStyle w:val="Balk1"/>
        <w:jc w:val="both"/>
        <w:rPr>
          <w:lang w:val="tr-TR"/>
        </w:rPr>
      </w:pPr>
      <w:r w:rsidRPr="008E2AAE">
        <w:rPr>
          <w:lang w:val="tr-TR"/>
        </w:rPr>
        <w:t>Yeni–geç mezun sonuçları</w:t>
      </w:r>
    </w:p>
    <w:tbl>
      <w:tblPr>
        <w:tblStyle w:val="AkGlgeleme-Vurgu1"/>
        <w:tblW w:w="0" w:type="auto"/>
        <w:tblLook w:val="04A0" w:firstRow="1" w:lastRow="0" w:firstColumn="1" w:lastColumn="0" w:noHBand="0" w:noVBand="1"/>
      </w:tblPr>
      <w:tblGrid>
        <w:gridCol w:w="1704"/>
        <w:gridCol w:w="1704"/>
        <w:gridCol w:w="1704"/>
        <w:gridCol w:w="1704"/>
        <w:gridCol w:w="1704"/>
        <w:gridCol w:w="1704"/>
      </w:tblGrid>
      <w:tr w:rsidR="00680C58" w:rsidRPr="008E2AAE" w14:paraId="65B36F18"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187EE2DB" w14:textId="77777777" w:rsidR="00680C58" w:rsidRPr="008E2AAE" w:rsidRDefault="00000000" w:rsidP="008E2AAE">
            <w:pPr>
              <w:jc w:val="both"/>
              <w:rPr>
                <w:lang w:val="tr-TR"/>
              </w:rPr>
            </w:pPr>
            <w:r w:rsidRPr="008E2AAE">
              <w:rPr>
                <w:sz w:val="16"/>
                <w:lang w:val="tr-TR"/>
              </w:rPr>
              <w:t>Grup</w:t>
            </w:r>
          </w:p>
        </w:tc>
        <w:tc>
          <w:tcPr>
            <w:tcW w:w="1704" w:type="dxa"/>
          </w:tcPr>
          <w:p w14:paraId="56D1A33B"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proofErr w:type="gramStart"/>
            <w:r w:rsidRPr="008E2AAE">
              <w:rPr>
                <w:sz w:val="16"/>
                <w:lang w:val="tr-TR"/>
              </w:rPr>
              <w:t>n</w:t>
            </w:r>
            <w:proofErr w:type="gramEnd"/>
          </w:p>
        </w:tc>
        <w:tc>
          <w:tcPr>
            <w:tcW w:w="1704" w:type="dxa"/>
          </w:tcPr>
          <w:p w14:paraId="436FE6B3"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 xml:space="preserve">Genel </w:t>
            </w:r>
            <w:proofErr w:type="spellStart"/>
            <w:r w:rsidRPr="008E2AAE">
              <w:rPr>
                <w:sz w:val="16"/>
                <w:lang w:val="tr-TR"/>
              </w:rPr>
              <w:t>mem</w:t>
            </w:r>
            <w:proofErr w:type="spellEnd"/>
            <w:r w:rsidRPr="008E2AAE">
              <w:rPr>
                <w:sz w:val="16"/>
                <w:lang w:val="tr-TR"/>
              </w:rPr>
              <w:t xml:space="preserve">. </w:t>
            </w:r>
            <w:proofErr w:type="spellStart"/>
            <w:proofErr w:type="gramStart"/>
            <w:r w:rsidRPr="008E2AAE">
              <w:rPr>
                <w:sz w:val="16"/>
                <w:lang w:val="tr-TR"/>
              </w:rPr>
              <w:t>ort</w:t>
            </w:r>
            <w:proofErr w:type="gramEnd"/>
            <w:r w:rsidRPr="008E2AAE">
              <w:rPr>
                <w:sz w:val="16"/>
                <w:lang w:val="tr-TR"/>
              </w:rPr>
              <w:t>.</w:t>
            </w:r>
            <w:proofErr w:type="spellEnd"/>
          </w:p>
        </w:tc>
        <w:tc>
          <w:tcPr>
            <w:tcW w:w="1704" w:type="dxa"/>
          </w:tcPr>
          <w:p w14:paraId="36F239D1"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 xml:space="preserve">Olumlu </w:t>
            </w:r>
            <w:proofErr w:type="spellStart"/>
            <w:r w:rsidRPr="008E2AAE">
              <w:rPr>
                <w:sz w:val="16"/>
                <w:lang w:val="tr-TR"/>
              </w:rPr>
              <w:t>mem</w:t>
            </w:r>
            <w:proofErr w:type="spellEnd"/>
            <w:r w:rsidRPr="008E2AAE">
              <w:rPr>
                <w:sz w:val="16"/>
                <w:lang w:val="tr-TR"/>
              </w:rPr>
              <w:t>.</w:t>
            </w:r>
          </w:p>
        </w:tc>
        <w:tc>
          <w:tcPr>
            <w:tcW w:w="1704" w:type="dxa"/>
          </w:tcPr>
          <w:p w14:paraId="05A0EA22"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Çalışma</w:t>
            </w:r>
          </w:p>
        </w:tc>
        <w:tc>
          <w:tcPr>
            <w:tcW w:w="1704" w:type="dxa"/>
          </w:tcPr>
          <w:p w14:paraId="0942E0B7"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Alanında / çalışan</w:t>
            </w:r>
          </w:p>
        </w:tc>
      </w:tr>
      <w:tr w:rsidR="00680C58" w:rsidRPr="008E2AAE" w14:paraId="54E22BAD"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2FB9E8C6" w14:textId="77777777" w:rsidR="00680C58" w:rsidRPr="008E2AAE" w:rsidRDefault="00000000" w:rsidP="008E2AAE">
            <w:pPr>
              <w:jc w:val="both"/>
              <w:rPr>
                <w:lang w:val="tr-TR"/>
              </w:rPr>
            </w:pPr>
            <w:r w:rsidRPr="008E2AAE">
              <w:rPr>
                <w:sz w:val="16"/>
                <w:lang w:val="tr-TR"/>
              </w:rPr>
              <w:t>Yeni mezun</w:t>
            </w:r>
          </w:p>
        </w:tc>
        <w:tc>
          <w:tcPr>
            <w:tcW w:w="1704" w:type="dxa"/>
          </w:tcPr>
          <w:p w14:paraId="0A23D3D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w:t>
            </w:r>
          </w:p>
        </w:tc>
        <w:tc>
          <w:tcPr>
            <w:tcW w:w="1704" w:type="dxa"/>
          </w:tcPr>
          <w:p w14:paraId="1B82A5C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2,60</w:t>
            </w:r>
          </w:p>
        </w:tc>
        <w:tc>
          <w:tcPr>
            <w:tcW w:w="1704" w:type="dxa"/>
          </w:tcPr>
          <w:p w14:paraId="7E1E0EB1"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 (%0,0)</w:t>
            </w:r>
          </w:p>
        </w:tc>
        <w:tc>
          <w:tcPr>
            <w:tcW w:w="1704" w:type="dxa"/>
          </w:tcPr>
          <w:p w14:paraId="622688D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 (%40,0)</w:t>
            </w:r>
          </w:p>
        </w:tc>
        <w:tc>
          <w:tcPr>
            <w:tcW w:w="1704" w:type="dxa"/>
          </w:tcPr>
          <w:p w14:paraId="7B5DB47D"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2/2 (%100,0)</w:t>
            </w:r>
          </w:p>
        </w:tc>
      </w:tr>
      <w:tr w:rsidR="00680C58" w:rsidRPr="008E2AAE" w14:paraId="43E6491B" w14:textId="77777777" w:rsidTr="00680C58">
        <w:tc>
          <w:tcPr>
            <w:cnfStyle w:val="001000000000" w:firstRow="0" w:lastRow="0" w:firstColumn="1" w:lastColumn="0" w:oddVBand="0" w:evenVBand="0" w:oddHBand="0" w:evenHBand="0" w:firstRowFirstColumn="0" w:firstRowLastColumn="0" w:lastRowFirstColumn="0" w:lastRowLastColumn="0"/>
            <w:tcW w:w="1704" w:type="dxa"/>
          </w:tcPr>
          <w:p w14:paraId="03B266E4" w14:textId="77777777" w:rsidR="00680C58" w:rsidRPr="008E2AAE" w:rsidRDefault="00000000" w:rsidP="008E2AAE">
            <w:pPr>
              <w:jc w:val="both"/>
              <w:rPr>
                <w:lang w:val="tr-TR"/>
              </w:rPr>
            </w:pPr>
            <w:r w:rsidRPr="008E2AAE">
              <w:rPr>
                <w:sz w:val="16"/>
                <w:lang w:val="tr-TR"/>
              </w:rPr>
              <w:t>Geç mezun</w:t>
            </w:r>
          </w:p>
        </w:tc>
        <w:tc>
          <w:tcPr>
            <w:tcW w:w="1704" w:type="dxa"/>
          </w:tcPr>
          <w:p w14:paraId="6E21E08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w:t>
            </w:r>
          </w:p>
        </w:tc>
        <w:tc>
          <w:tcPr>
            <w:tcW w:w="1704" w:type="dxa"/>
          </w:tcPr>
          <w:p w14:paraId="24AFF250"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4,00</w:t>
            </w:r>
          </w:p>
        </w:tc>
        <w:tc>
          <w:tcPr>
            <w:tcW w:w="1704" w:type="dxa"/>
          </w:tcPr>
          <w:p w14:paraId="0CEFBB5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 (%100,0)</w:t>
            </w:r>
          </w:p>
        </w:tc>
        <w:tc>
          <w:tcPr>
            <w:tcW w:w="1704" w:type="dxa"/>
          </w:tcPr>
          <w:p w14:paraId="63F3792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 (%0,0)</w:t>
            </w:r>
          </w:p>
        </w:tc>
        <w:tc>
          <w:tcPr>
            <w:tcW w:w="1704" w:type="dxa"/>
          </w:tcPr>
          <w:p w14:paraId="0E7BF15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0/0</w:t>
            </w:r>
          </w:p>
        </w:tc>
      </w:tr>
      <w:tr w:rsidR="00680C58" w:rsidRPr="008E2AAE" w14:paraId="1464F422"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748F7AFB" w14:textId="77777777" w:rsidR="00680C58" w:rsidRPr="008E2AAE" w:rsidRDefault="00000000" w:rsidP="008E2AAE">
            <w:pPr>
              <w:jc w:val="both"/>
              <w:rPr>
                <w:lang w:val="tr-TR"/>
              </w:rPr>
            </w:pPr>
            <w:r w:rsidRPr="008E2AAE">
              <w:rPr>
                <w:sz w:val="16"/>
                <w:lang w:val="tr-TR"/>
              </w:rPr>
              <w:t>3 yıldan eski</w:t>
            </w:r>
          </w:p>
        </w:tc>
        <w:tc>
          <w:tcPr>
            <w:tcW w:w="1704" w:type="dxa"/>
          </w:tcPr>
          <w:p w14:paraId="3F6DD7C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0</w:t>
            </w:r>
          </w:p>
        </w:tc>
        <w:tc>
          <w:tcPr>
            <w:tcW w:w="1704" w:type="dxa"/>
          </w:tcPr>
          <w:p w14:paraId="73FC035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c>
          <w:tcPr>
            <w:tcW w:w="1704" w:type="dxa"/>
          </w:tcPr>
          <w:p w14:paraId="261A4D0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c>
          <w:tcPr>
            <w:tcW w:w="1704" w:type="dxa"/>
          </w:tcPr>
          <w:p w14:paraId="5A0A90A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c>
          <w:tcPr>
            <w:tcW w:w="1704" w:type="dxa"/>
          </w:tcPr>
          <w:p w14:paraId="625C9249"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w:t>
            </w:r>
          </w:p>
        </w:tc>
      </w:tr>
    </w:tbl>
    <w:p w14:paraId="7FF66842" w14:textId="77777777" w:rsidR="00680C58" w:rsidRPr="008E2AAE" w:rsidRDefault="00000000" w:rsidP="008E2AAE">
      <w:pPr>
        <w:jc w:val="both"/>
        <w:rPr>
          <w:lang w:val="tr-TR"/>
        </w:rPr>
      </w:pPr>
      <w:r w:rsidRPr="008E2AAE">
        <w:rPr>
          <w:lang w:val="tr-TR"/>
        </w:rPr>
        <w:t>Geç eksi yeni mezun genel eğitim memnuniyeti farkı 1,40 puan; olumlu yanıt oranı farkı 100,0 yüzde puandır. Geç mezun sayısı 1 olduğu için tek yanıt bu grupta 100,0 yüzde puanlık değişime karşılık gelir. Bu alt grup beşten az kayıt içerir; fark yalnızca katılımcı beyanı olarak gösterilmiştir ve fakülteye genellenmemelidir.</w:t>
      </w:r>
    </w:p>
    <w:p w14:paraId="2B0A96C0" w14:textId="77777777" w:rsidR="00680C58" w:rsidRPr="008E2AAE" w:rsidRDefault="00000000" w:rsidP="008E2AAE">
      <w:pPr>
        <w:jc w:val="both"/>
        <w:rPr>
          <w:lang w:val="tr-TR"/>
        </w:rPr>
      </w:pPr>
      <w:r w:rsidRPr="008E2AAE">
        <w:rPr>
          <w:lang w:val="tr-TR"/>
        </w:rPr>
        <w:t>Eşleştirme duyarlılığı: Yalnızca açık/standartlaştırılmış birim yanıtları kullanıldığında n=4, genel memnuniyet 2,75/5 ve olumlu oran %25,0 olur. Bölüm/programdan eşleştirilen kayıtlar dahil ana sonuç n=6, 2,83/5 ve %16,7’dir. Bu fark, atama kararının etkisini görünür kılar; eşleştirme idari kayıtla doğrulanmalıdır.</w:t>
      </w:r>
    </w:p>
    <w:p w14:paraId="50461772" w14:textId="77777777" w:rsidR="00680C58" w:rsidRPr="008E2AAE" w:rsidRDefault="00000000" w:rsidP="008E2AAE">
      <w:pPr>
        <w:pStyle w:val="Balk1"/>
        <w:jc w:val="both"/>
        <w:rPr>
          <w:lang w:val="tr-TR"/>
        </w:rPr>
      </w:pPr>
      <w:r w:rsidRPr="008E2AAE">
        <w:rPr>
          <w:lang w:val="tr-TR"/>
        </w:rPr>
        <w:t>Fakülteye yönelik önerilen izleme ve iyileştirme</w:t>
      </w:r>
    </w:p>
    <w:p w14:paraId="2BFE4622" w14:textId="77777777" w:rsidR="00680C58" w:rsidRPr="008E2AAE" w:rsidRDefault="00000000" w:rsidP="008E2AAE">
      <w:pPr>
        <w:jc w:val="both"/>
        <w:rPr>
          <w:lang w:val="tr-TR"/>
        </w:rPr>
      </w:pPr>
      <w:r w:rsidRPr="008E2AAE">
        <w:rPr>
          <w:lang w:val="tr-TR"/>
        </w:rPr>
        <w:t>Az sayıda yanıtı genişletme; mesleki dil, uygulama olanakları ve danışmanlık konusunda program bazlı görüşme önerilir. Düşük puanlı üç madde öncelikli inceleme gündemi yapılmalı; hangi program, eğitim kaynağı veya hizmetin sorunla ilişkili olduğu görüşmelerle belirlenmelidir. Ankette ölçülmeyen bir hizmet yetersizliği gerçekleşmiş olay olarak kabul edilmemelidir.</w:t>
      </w:r>
    </w:p>
    <w:p w14:paraId="54D55866" w14:textId="77777777" w:rsidR="00680C58" w:rsidRPr="008E2AAE" w:rsidRDefault="00000000" w:rsidP="008E2AAE">
      <w:pPr>
        <w:jc w:val="both"/>
        <w:rPr>
          <w:lang w:val="tr-TR"/>
        </w:rPr>
      </w:pPr>
      <w:r w:rsidRPr="008E2AAE">
        <w:rPr>
          <w:lang w:val="tr-TR"/>
        </w:rPr>
        <w:t>İşe geçiş boyutunda turizm işletmeciliği ve gastronomi alanlarında ayrı işveren–mezun geri bildirimi önerilir. Faaliyetler ilgili fakülte/program yönetimi ile Kariyer Merkezi ve gerektiğinde diğer destek birimlerince planlanabilir. Çalışma beyanı bir işsizlik göstergesi değildir; takipte iş arama, eğitimine devam etme ve işe başlayabilme durumu ayrı sorulmalıdır.</w:t>
      </w:r>
    </w:p>
    <w:p w14:paraId="17AD16ED" w14:textId="77777777" w:rsidR="00680C58" w:rsidRPr="008E2AAE" w:rsidRDefault="00000000" w:rsidP="008E2AAE">
      <w:pPr>
        <w:jc w:val="both"/>
        <w:rPr>
          <w:lang w:val="tr-TR"/>
        </w:rPr>
      </w:pPr>
      <w:r w:rsidRPr="008E2AAE">
        <w:rPr>
          <w:lang w:val="tr-TR"/>
        </w:rPr>
        <w:t>Önerilen PUKÖ kaydı: ilk üç ay içinde birim kurulunda bulguların görüşülmesi; üç–altı ay içinde ihtiyaç analizi ve seçilen uygulamanın yürütülmesi; altı–on iki ay içinde aynı maddelerle tekrar ölçüm. Kontrol göstergeleri katılım/tamamlama, genel memnuniyet dağılımı, düşük sonuç veren üç maddenin puanları ve çalışanlarda alan uyumudur. Bu birimde tek yanıt toplam olumlu oranı 16,7 yüzde puan değiştirdiğinden hedef ve izlem yorumları kayıt sayısıyla birlikte yapılmalıdır.</w:t>
      </w:r>
    </w:p>
    <w:p w14:paraId="66553BB7" w14:textId="77777777" w:rsidR="00680C58" w:rsidRPr="008E2AAE" w:rsidRDefault="00000000" w:rsidP="008E2AAE">
      <w:pPr>
        <w:jc w:val="both"/>
        <w:rPr>
          <w:lang w:val="tr-TR"/>
        </w:rPr>
      </w:pPr>
      <w:r w:rsidRPr="008E2AAE">
        <w:rPr>
          <w:lang w:val="tr-TR"/>
        </w:rPr>
        <w:t xml:space="preserve">Bölüm düzeyine ilişkin kapsam: turizm işletmeciliği (2); Turizm İşletmeciliği (1); GASTRONOMİ VE MUTFAK SANATLARI (1); Turizm </w:t>
      </w:r>
      <w:proofErr w:type="spellStart"/>
      <w:r w:rsidRPr="008E2AAE">
        <w:rPr>
          <w:lang w:val="tr-TR"/>
        </w:rPr>
        <w:t>fakultesi</w:t>
      </w:r>
      <w:proofErr w:type="spellEnd"/>
      <w:r w:rsidRPr="008E2AAE">
        <w:rPr>
          <w:lang w:val="tr-TR"/>
        </w:rPr>
        <w:t xml:space="preserve"> (1); Gastronomi ve Mutfak Sanatları (1). Bunlar serbest metindeki en sık beyanlardır; benzer bölüm adları birleştirilmediği için resmî program dağılımı veya program başarı sıralaması değildir. Özgün kayıt ve atama gerekçeleri Excel dosyasında bulunmaktadır.</w:t>
      </w:r>
    </w:p>
    <w:p w14:paraId="6EE0CF78" w14:textId="77777777" w:rsidR="00680C58" w:rsidRPr="008E2AAE" w:rsidRDefault="00000000" w:rsidP="008E2AAE">
      <w:pPr>
        <w:jc w:val="both"/>
        <w:rPr>
          <w:lang w:val="tr-TR"/>
        </w:rPr>
      </w:pPr>
      <w:r w:rsidRPr="008E2AAE">
        <w:rPr>
          <w:lang w:val="tr-TR"/>
        </w:rPr>
        <w:t>Küçük örneklem notu: Bu fakültede ondan az kayıt bulunmaktadır. Sonuçlar yalnızca yanıt verenlerin betimsel görüşüdür; fakülte düzeyinde genelleme veya diğer fakültelerle üstünlük/başarısızlık karşılaştırması yapılmamalıdır. Öncelikli adım katılımı artırmak ve farklı program/mezuniyet kuşaklarının temsilini sağlamaktır.</w:t>
      </w:r>
    </w:p>
    <w:p w14:paraId="41840F54" w14:textId="77777777" w:rsidR="00680C58" w:rsidRPr="008E2AAE" w:rsidRDefault="00000000" w:rsidP="008E2AAE">
      <w:pPr>
        <w:jc w:val="both"/>
        <w:rPr>
          <w:lang w:val="tr-TR"/>
        </w:rPr>
      </w:pPr>
      <w:r w:rsidRPr="008E2AAE">
        <w:rPr>
          <w:lang w:val="tr-TR"/>
        </w:rPr>
        <w:br w:type="page"/>
      </w:r>
    </w:p>
    <w:p w14:paraId="024CD02D" w14:textId="77777777" w:rsidR="00680C58" w:rsidRPr="008E2AAE" w:rsidRDefault="00000000" w:rsidP="008E2AAE">
      <w:pPr>
        <w:pStyle w:val="Balk1"/>
        <w:jc w:val="both"/>
        <w:rPr>
          <w:lang w:val="tr-TR"/>
        </w:rPr>
      </w:pPr>
      <w:r w:rsidRPr="008E2AAE">
        <w:rPr>
          <w:lang w:val="tr-TR"/>
        </w:rPr>
        <w:lastRenderedPageBreak/>
        <w:t>15. MYO, enstitü ve belirsiz birimlerin tamamlayıcı sonuçları</w:t>
      </w:r>
    </w:p>
    <w:p w14:paraId="57DB0CD6" w14:textId="77777777" w:rsidR="00680C58" w:rsidRPr="008E2AAE" w:rsidRDefault="00000000" w:rsidP="008E2AAE">
      <w:pPr>
        <w:jc w:val="both"/>
        <w:rPr>
          <w:lang w:val="tr-TR"/>
        </w:rPr>
      </w:pPr>
      <w:r w:rsidRPr="008E2AAE">
        <w:rPr>
          <w:lang w:val="tr-TR"/>
        </w:rPr>
        <w:t xml:space="preserve">Fakülte sonuçlarına karışmaması için diğer birimler ayrı tutulmuştur. Aşağıdaki tablo birim adı açık olan </w:t>
      </w:r>
      <w:proofErr w:type="spellStart"/>
      <w:r w:rsidRPr="008E2AAE">
        <w:rPr>
          <w:lang w:val="tr-TR"/>
        </w:rPr>
        <w:t>MYO’ları</w:t>
      </w:r>
      <w:proofErr w:type="spellEnd"/>
      <w:r w:rsidRPr="008E2AAE">
        <w:rPr>
          <w:lang w:val="tr-TR"/>
        </w:rPr>
        <w:t>, ALTSO alt birimi belirtilmeyen kayıtları ve genel MYO beyanlarını birbirinden ayırır. İki farklı belirsiz enstitü/fakülte kategorisi birleştirilmemiştir. Birim belirsiz kategorisi iki kaydı içerir; 2029 mezuniyet yılı belirsizliği farklı bir sorundur ve İİSBF dışında yeni bir birim oluşturmaz.</w:t>
      </w:r>
    </w:p>
    <w:tbl>
      <w:tblPr>
        <w:tblStyle w:val="AkGlgeleme-Vurgu1"/>
        <w:tblW w:w="0" w:type="auto"/>
        <w:tblLook w:val="04A0" w:firstRow="1" w:lastRow="0" w:firstColumn="1" w:lastColumn="0" w:noHBand="0" w:noVBand="1"/>
      </w:tblPr>
      <w:tblGrid>
        <w:gridCol w:w="1461"/>
        <w:gridCol w:w="1461"/>
        <w:gridCol w:w="1461"/>
        <w:gridCol w:w="1461"/>
        <w:gridCol w:w="1461"/>
        <w:gridCol w:w="1461"/>
        <w:gridCol w:w="1461"/>
      </w:tblGrid>
      <w:tr w:rsidR="00680C58" w:rsidRPr="008E2AAE" w14:paraId="30790FEB" w14:textId="77777777" w:rsidTr="0068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09885A52" w14:textId="77777777" w:rsidR="00680C58" w:rsidRPr="008E2AAE" w:rsidRDefault="00000000" w:rsidP="008E2AAE">
            <w:pPr>
              <w:jc w:val="both"/>
              <w:rPr>
                <w:lang w:val="tr-TR"/>
              </w:rPr>
            </w:pPr>
            <w:r w:rsidRPr="008E2AAE">
              <w:rPr>
                <w:sz w:val="16"/>
                <w:lang w:val="tr-TR"/>
              </w:rPr>
              <w:t>Birim</w:t>
            </w:r>
          </w:p>
        </w:tc>
        <w:tc>
          <w:tcPr>
            <w:tcW w:w="1461" w:type="dxa"/>
          </w:tcPr>
          <w:p w14:paraId="4EFDA779"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proofErr w:type="gramStart"/>
            <w:r w:rsidRPr="008E2AAE">
              <w:rPr>
                <w:sz w:val="16"/>
                <w:lang w:val="tr-TR"/>
              </w:rPr>
              <w:t>n</w:t>
            </w:r>
            <w:proofErr w:type="gramEnd"/>
          </w:p>
        </w:tc>
        <w:tc>
          <w:tcPr>
            <w:tcW w:w="1461" w:type="dxa"/>
          </w:tcPr>
          <w:p w14:paraId="740EA2D2"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Yeni/geç/eski</w:t>
            </w:r>
          </w:p>
        </w:tc>
        <w:tc>
          <w:tcPr>
            <w:tcW w:w="1461" w:type="dxa"/>
          </w:tcPr>
          <w:p w14:paraId="708958A2"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 xml:space="preserve">Genel </w:t>
            </w:r>
            <w:proofErr w:type="spellStart"/>
            <w:r w:rsidRPr="008E2AAE">
              <w:rPr>
                <w:sz w:val="16"/>
                <w:lang w:val="tr-TR"/>
              </w:rPr>
              <w:t>mem</w:t>
            </w:r>
            <w:proofErr w:type="spellEnd"/>
            <w:r w:rsidRPr="008E2AAE">
              <w:rPr>
                <w:sz w:val="16"/>
                <w:lang w:val="tr-TR"/>
              </w:rPr>
              <w:t xml:space="preserve">. </w:t>
            </w:r>
            <w:proofErr w:type="spellStart"/>
            <w:proofErr w:type="gramStart"/>
            <w:r w:rsidRPr="008E2AAE">
              <w:rPr>
                <w:sz w:val="16"/>
                <w:lang w:val="tr-TR"/>
              </w:rPr>
              <w:t>ort</w:t>
            </w:r>
            <w:proofErr w:type="gramEnd"/>
            <w:r w:rsidRPr="008E2AAE">
              <w:rPr>
                <w:sz w:val="16"/>
                <w:lang w:val="tr-TR"/>
              </w:rPr>
              <w:t>.</w:t>
            </w:r>
            <w:proofErr w:type="spellEnd"/>
          </w:p>
        </w:tc>
        <w:tc>
          <w:tcPr>
            <w:tcW w:w="1461" w:type="dxa"/>
          </w:tcPr>
          <w:p w14:paraId="601A32EA"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Olumlu %</w:t>
            </w:r>
          </w:p>
        </w:tc>
        <w:tc>
          <w:tcPr>
            <w:tcW w:w="1461" w:type="dxa"/>
          </w:tcPr>
          <w:p w14:paraId="682022C8"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Çalışan / toplam</w:t>
            </w:r>
          </w:p>
        </w:tc>
        <w:tc>
          <w:tcPr>
            <w:tcW w:w="1461" w:type="dxa"/>
          </w:tcPr>
          <w:p w14:paraId="33E34273" w14:textId="77777777" w:rsidR="00680C58" w:rsidRPr="008E2AAE" w:rsidRDefault="00000000" w:rsidP="008E2AAE">
            <w:pPr>
              <w:jc w:val="both"/>
              <w:cnfStyle w:val="100000000000" w:firstRow="1" w:lastRow="0" w:firstColumn="0" w:lastColumn="0" w:oddVBand="0" w:evenVBand="0" w:oddHBand="0" w:evenHBand="0" w:firstRowFirstColumn="0" w:firstRowLastColumn="0" w:lastRowFirstColumn="0" w:lastRowLastColumn="0"/>
              <w:rPr>
                <w:lang w:val="tr-TR"/>
              </w:rPr>
            </w:pPr>
            <w:r w:rsidRPr="008E2AAE">
              <w:rPr>
                <w:sz w:val="16"/>
                <w:lang w:val="tr-TR"/>
              </w:rPr>
              <w:t>Alanında / çalışan</w:t>
            </w:r>
          </w:p>
        </w:tc>
      </w:tr>
      <w:tr w:rsidR="00680C58" w:rsidRPr="008E2AAE" w14:paraId="00BC94FD"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2F64718E" w14:textId="77777777" w:rsidR="00680C58" w:rsidRPr="008E2AAE" w:rsidRDefault="00000000" w:rsidP="008E2AAE">
            <w:pPr>
              <w:jc w:val="both"/>
              <w:rPr>
                <w:lang w:val="tr-TR"/>
              </w:rPr>
            </w:pPr>
            <w:r w:rsidRPr="008E2AAE">
              <w:rPr>
                <w:sz w:val="16"/>
                <w:lang w:val="tr-TR"/>
              </w:rPr>
              <w:t>ALTSO MYO — alt birim belirsiz</w:t>
            </w:r>
          </w:p>
        </w:tc>
        <w:tc>
          <w:tcPr>
            <w:tcW w:w="1461" w:type="dxa"/>
          </w:tcPr>
          <w:p w14:paraId="3B651D7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21</w:t>
            </w:r>
          </w:p>
        </w:tc>
        <w:tc>
          <w:tcPr>
            <w:tcW w:w="1461" w:type="dxa"/>
          </w:tcPr>
          <w:p w14:paraId="31293A8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21/0/0</w:t>
            </w:r>
          </w:p>
        </w:tc>
        <w:tc>
          <w:tcPr>
            <w:tcW w:w="1461" w:type="dxa"/>
          </w:tcPr>
          <w:p w14:paraId="15B5FE2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4,71</w:t>
            </w:r>
          </w:p>
        </w:tc>
        <w:tc>
          <w:tcPr>
            <w:tcW w:w="1461" w:type="dxa"/>
          </w:tcPr>
          <w:p w14:paraId="01E47DE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%90,5</w:t>
            </w:r>
          </w:p>
        </w:tc>
        <w:tc>
          <w:tcPr>
            <w:tcW w:w="1461" w:type="dxa"/>
          </w:tcPr>
          <w:p w14:paraId="35BEEF4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11/21</w:t>
            </w:r>
          </w:p>
        </w:tc>
        <w:tc>
          <w:tcPr>
            <w:tcW w:w="1461" w:type="dxa"/>
          </w:tcPr>
          <w:p w14:paraId="78EEEB0F"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2/11</w:t>
            </w:r>
          </w:p>
        </w:tc>
      </w:tr>
      <w:tr w:rsidR="00680C58" w:rsidRPr="008E2AAE" w14:paraId="69E4A437"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5DAC6F05" w14:textId="77777777" w:rsidR="00680C58" w:rsidRPr="008E2AAE" w:rsidRDefault="00000000" w:rsidP="008E2AAE">
            <w:pPr>
              <w:jc w:val="both"/>
              <w:rPr>
                <w:lang w:val="tr-TR"/>
              </w:rPr>
            </w:pPr>
            <w:r w:rsidRPr="008E2AAE">
              <w:rPr>
                <w:sz w:val="16"/>
                <w:lang w:val="tr-TR"/>
              </w:rPr>
              <w:t>ALTSO Ticaret MYO</w:t>
            </w:r>
          </w:p>
        </w:tc>
        <w:tc>
          <w:tcPr>
            <w:tcW w:w="1461" w:type="dxa"/>
          </w:tcPr>
          <w:p w14:paraId="3B2C0D1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w:t>
            </w:r>
          </w:p>
        </w:tc>
        <w:tc>
          <w:tcPr>
            <w:tcW w:w="1461" w:type="dxa"/>
          </w:tcPr>
          <w:p w14:paraId="23FF6E2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3/0/0</w:t>
            </w:r>
          </w:p>
        </w:tc>
        <w:tc>
          <w:tcPr>
            <w:tcW w:w="1461" w:type="dxa"/>
          </w:tcPr>
          <w:p w14:paraId="19324BA7"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5,00</w:t>
            </w:r>
          </w:p>
        </w:tc>
        <w:tc>
          <w:tcPr>
            <w:tcW w:w="1461" w:type="dxa"/>
          </w:tcPr>
          <w:p w14:paraId="398D0BF4"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%100,0</w:t>
            </w:r>
          </w:p>
        </w:tc>
        <w:tc>
          <w:tcPr>
            <w:tcW w:w="1461" w:type="dxa"/>
          </w:tcPr>
          <w:p w14:paraId="731051A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2/3</w:t>
            </w:r>
          </w:p>
        </w:tc>
        <w:tc>
          <w:tcPr>
            <w:tcW w:w="1461" w:type="dxa"/>
          </w:tcPr>
          <w:p w14:paraId="54194E7B"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0/2</w:t>
            </w:r>
          </w:p>
        </w:tc>
      </w:tr>
      <w:tr w:rsidR="00680C58" w:rsidRPr="008E2AAE" w14:paraId="020A0F9D"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037CC287" w14:textId="77777777" w:rsidR="00680C58" w:rsidRPr="008E2AAE" w:rsidRDefault="00000000" w:rsidP="008E2AAE">
            <w:pPr>
              <w:jc w:val="both"/>
              <w:rPr>
                <w:lang w:val="tr-TR"/>
              </w:rPr>
            </w:pPr>
            <w:r w:rsidRPr="008E2AAE">
              <w:rPr>
                <w:sz w:val="16"/>
                <w:lang w:val="tr-TR"/>
              </w:rPr>
              <w:t>ALTSO Turizm MYO</w:t>
            </w:r>
          </w:p>
        </w:tc>
        <w:tc>
          <w:tcPr>
            <w:tcW w:w="1461" w:type="dxa"/>
          </w:tcPr>
          <w:p w14:paraId="643F61C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w:t>
            </w:r>
          </w:p>
        </w:tc>
        <w:tc>
          <w:tcPr>
            <w:tcW w:w="1461" w:type="dxa"/>
          </w:tcPr>
          <w:p w14:paraId="6E96D3A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2/0/0</w:t>
            </w:r>
          </w:p>
        </w:tc>
        <w:tc>
          <w:tcPr>
            <w:tcW w:w="1461" w:type="dxa"/>
          </w:tcPr>
          <w:p w14:paraId="2B419424"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3,00</w:t>
            </w:r>
          </w:p>
        </w:tc>
        <w:tc>
          <w:tcPr>
            <w:tcW w:w="1461" w:type="dxa"/>
          </w:tcPr>
          <w:p w14:paraId="0DDCFC0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%50,0</w:t>
            </w:r>
          </w:p>
        </w:tc>
        <w:tc>
          <w:tcPr>
            <w:tcW w:w="1461" w:type="dxa"/>
          </w:tcPr>
          <w:p w14:paraId="71BD4EF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1/2</w:t>
            </w:r>
          </w:p>
        </w:tc>
        <w:tc>
          <w:tcPr>
            <w:tcW w:w="1461" w:type="dxa"/>
          </w:tcPr>
          <w:p w14:paraId="068A487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w:t>
            </w:r>
          </w:p>
        </w:tc>
      </w:tr>
      <w:tr w:rsidR="00680C58" w:rsidRPr="008E2AAE" w14:paraId="4C39E934"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5705B77A" w14:textId="77777777" w:rsidR="00680C58" w:rsidRPr="008E2AAE" w:rsidRDefault="00000000" w:rsidP="008E2AAE">
            <w:pPr>
              <w:jc w:val="both"/>
              <w:rPr>
                <w:lang w:val="tr-TR"/>
              </w:rPr>
            </w:pPr>
            <w:r w:rsidRPr="008E2AAE">
              <w:rPr>
                <w:sz w:val="16"/>
                <w:lang w:val="tr-TR"/>
              </w:rPr>
              <w:t>Akseki MYO</w:t>
            </w:r>
          </w:p>
        </w:tc>
        <w:tc>
          <w:tcPr>
            <w:tcW w:w="1461" w:type="dxa"/>
          </w:tcPr>
          <w:p w14:paraId="115C9B1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w:t>
            </w:r>
          </w:p>
        </w:tc>
        <w:tc>
          <w:tcPr>
            <w:tcW w:w="1461" w:type="dxa"/>
          </w:tcPr>
          <w:p w14:paraId="28B59A3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6/1/0</w:t>
            </w:r>
          </w:p>
        </w:tc>
        <w:tc>
          <w:tcPr>
            <w:tcW w:w="1461" w:type="dxa"/>
          </w:tcPr>
          <w:p w14:paraId="59E91A6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3,43</w:t>
            </w:r>
          </w:p>
        </w:tc>
        <w:tc>
          <w:tcPr>
            <w:tcW w:w="1461" w:type="dxa"/>
          </w:tcPr>
          <w:p w14:paraId="5EA78C28"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%57,1</w:t>
            </w:r>
          </w:p>
        </w:tc>
        <w:tc>
          <w:tcPr>
            <w:tcW w:w="1461" w:type="dxa"/>
          </w:tcPr>
          <w:p w14:paraId="5CB8BC16"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3/7</w:t>
            </w:r>
          </w:p>
        </w:tc>
        <w:tc>
          <w:tcPr>
            <w:tcW w:w="1461" w:type="dxa"/>
          </w:tcPr>
          <w:p w14:paraId="361484DD"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1/3</w:t>
            </w:r>
          </w:p>
        </w:tc>
      </w:tr>
      <w:tr w:rsidR="00680C58" w:rsidRPr="008E2AAE" w14:paraId="054D19CF"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64B43E57" w14:textId="77777777" w:rsidR="00680C58" w:rsidRPr="008E2AAE" w:rsidRDefault="00000000" w:rsidP="008E2AAE">
            <w:pPr>
              <w:jc w:val="both"/>
              <w:rPr>
                <w:lang w:val="tr-TR"/>
              </w:rPr>
            </w:pPr>
            <w:r w:rsidRPr="008E2AAE">
              <w:rPr>
                <w:sz w:val="16"/>
                <w:lang w:val="tr-TR"/>
              </w:rPr>
              <w:t>Birim belirsiz</w:t>
            </w:r>
          </w:p>
        </w:tc>
        <w:tc>
          <w:tcPr>
            <w:tcW w:w="1461" w:type="dxa"/>
          </w:tcPr>
          <w:p w14:paraId="71C8704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w:t>
            </w:r>
          </w:p>
        </w:tc>
        <w:tc>
          <w:tcPr>
            <w:tcW w:w="1461" w:type="dxa"/>
          </w:tcPr>
          <w:p w14:paraId="3187A05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1/1/0</w:t>
            </w:r>
          </w:p>
        </w:tc>
        <w:tc>
          <w:tcPr>
            <w:tcW w:w="1461" w:type="dxa"/>
          </w:tcPr>
          <w:p w14:paraId="3B1E258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3,00</w:t>
            </w:r>
          </w:p>
        </w:tc>
        <w:tc>
          <w:tcPr>
            <w:tcW w:w="1461" w:type="dxa"/>
          </w:tcPr>
          <w:p w14:paraId="0E91BD2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%50,0</w:t>
            </w:r>
          </w:p>
        </w:tc>
        <w:tc>
          <w:tcPr>
            <w:tcW w:w="1461" w:type="dxa"/>
          </w:tcPr>
          <w:p w14:paraId="08123B3E"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2/2</w:t>
            </w:r>
          </w:p>
        </w:tc>
        <w:tc>
          <w:tcPr>
            <w:tcW w:w="1461" w:type="dxa"/>
          </w:tcPr>
          <w:p w14:paraId="3E77643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2/2</w:t>
            </w:r>
          </w:p>
        </w:tc>
      </w:tr>
      <w:tr w:rsidR="00680C58" w:rsidRPr="008E2AAE" w14:paraId="6B185CF5"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79E3BCAA" w14:textId="77777777" w:rsidR="00680C58" w:rsidRPr="008E2AAE" w:rsidRDefault="00000000" w:rsidP="008E2AAE">
            <w:pPr>
              <w:jc w:val="both"/>
              <w:rPr>
                <w:lang w:val="tr-TR"/>
              </w:rPr>
            </w:pPr>
            <w:r w:rsidRPr="008E2AAE">
              <w:rPr>
                <w:sz w:val="16"/>
                <w:lang w:val="tr-TR"/>
              </w:rPr>
              <w:t>Gazipaşa MYO</w:t>
            </w:r>
          </w:p>
        </w:tc>
        <w:tc>
          <w:tcPr>
            <w:tcW w:w="1461" w:type="dxa"/>
          </w:tcPr>
          <w:p w14:paraId="30C9B4E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w:t>
            </w:r>
          </w:p>
        </w:tc>
        <w:tc>
          <w:tcPr>
            <w:tcW w:w="1461" w:type="dxa"/>
          </w:tcPr>
          <w:p w14:paraId="452CDD9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3/0/0</w:t>
            </w:r>
          </w:p>
        </w:tc>
        <w:tc>
          <w:tcPr>
            <w:tcW w:w="1461" w:type="dxa"/>
          </w:tcPr>
          <w:p w14:paraId="653E29D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3,67</w:t>
            </w:r>
          </w:p>
        </w:tc>
        <w:tc>
          <w:tcPr>
            <w:tcW w:w="1461" w:type="dxa"/>
          </w:tcPr>
          <w:p w14:paraId="1CD7451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%33,3</w:t>
            </w:r>
          </w:p>
        </w:tc>
        <w:tc>
          <w:tcPr>
            <w:tcW w:w="1461" w:type="dxa"/>
          </w:tcPr>
          <w:p w14:paraId="0981669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1/3</w:t>
            </w:r>
          </w:p>
        </w:tc>
        <w:tc>
          <w:tcPr>
            <w:tcW w:w="1461" w:type="dxa"/>
          </w:tcPr>
          <w:p w14:paraId="444A227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0/1</w:t>
            </w:r>
          </w:p>
        </w:tc>
      </w:tr>
      <w:tr w:rsidR="00680C58" w:rsidRPr="008E2AAE" w14:paraId="1F3D834A"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20B31246" w14:textId="77777777" w:rsidR="00680C58" w:rsidRPr="008E2AAE" w:rsidRDefault="00000000" w:rsidP="008E2AAE">
            <w:pPr>
              <w:jc w:val="both"/>
              <w:rPr>
                <w:lang w:val="tr-TR"/>
              </w:rPr>
            </w:pPr>
            <w:r w:rsidRPr="008E2AAE">
              <w:rPr>
                <w:sz w:val="16"/>
                <w:lang w:val="tr-TR"/>
              </w:rPr>
              <w:t>Lisansüstü Eğitim Enstitüsü</w:t>
            </w:r>
          </w:p>
        </w:tc>
        <w:tc>
          <w:tcPr>
            <w:tcW w:w="1461" w:type="dxa"/>
          </w:tcPr>
          <w:p w14:paraId="10D0D73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w:t>
            </w:r>
          </w:p>
        </w:tc>
        <w:tc>
          <w:tcPr>
            <w:tcW w:w="1461" w:type="dxa"/>
          </w:tcPr>
          <w:p w14:paraId="36DDB712"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3/0/0</w:t>
            </w:r>
          </w:p>
        </w:tc>
        <w:tc>
          <w:tcPr>
            <w:tcW w:w="1461" w:type="dxa"/>
          </w:tcPr>
          <w:p w14:paraId="72C4EFB3"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4,67</w:t>
            </w:r>
          </w:p>
        </w:tc>
        <w:tc>
          <w:tcPr>
            <w:tcW w:w="1461" w:type="dxa"/>
          </w:tcPr>
          <w:p w14:paraId="082C8EC8"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%100,0</w:t>
            </w:r>
          </w:p>
        </w:tc>
        <w:tc>
          <w:tcPr>
            <w:tcW w:w="1461" w:type="dxa"/>
          </w:tcPr>
          <w:p w14:paraId="306E3F96"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3/3</w:t>
            </w:r>
          </w:p>
        </w:tc>
        <w:tc>
          <w:tcPr>
            <w:tcW w:w="1461" w:type="dxa"/>
          </w:tcPr>
          <w:p w14:paraId="108A286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2/3</w:t>
            </w:r>
          </w:p>
        </w:tc>
      </w:tr>
      <w:tr w:rsidR="00680C58" w:rsidRPr="008E2AAE" w14:paraId="4000DE93"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15E26F5F" w14:textId="77777777" w:rsidR="00680C58" w:rsidRPr="008E2AAE" w:rsidRDefault="00000000" w:rsidP="008E2AAE">
            <w:pPr>
              <w:jc w:val="both"/>
              <w:rPr>
                <w:lang w:val="tr-TR"/>
              </w:rPr>
            </w:pPr>
            <w:r w:rsidRPr="008E2AAE">
              <w:rPr>
                <w:sz w:val="16"/>
                <w:lang w:val="tr-TR"/>
              </w:rPr>
              <w:t>Lisansüstü — birim belirsiz</w:t>
            </w:r>
          </w:p>
        </w:tc>
        <w:tc>
          <w:tcPr>
            <w:tcW w:w="1461" w:type="dxa"/>
          </w:tcPr>
          <w:p w14:paraId="2AD75FE9"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w:t>
            </w:r>
          </w:p>
        </w:tc>
        <w:tc>
          <w:tcPr>
            <w:tcW w:w="1461" w:type="dxa"/>
          </w:tcPr>
          <w:p w14:paraId="238743AA"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1/0/0</w:t>
            </w:r>
          </w:p>
        </w:tc>
        <w:tc>
          <w:tcPr>
            <w:tcW w:w="1461" w:type="dxa"/>
          </w:tcPr>
          <w:p w14:paraId="173B9851"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5,00</w:t>
            </w:r>
          </w:p>
        </w:tc>
        <w:tc>
          <w:tcPr>
            <w:tcW w:w="1461" w:type="dxa"/>
          </w:tcPr>
          <w:p w14:paraId="644F20CF"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%100,0</w:t>
            </w:r>
          </w:p>
        </w:tc>
        <w:tc>
          <w:tcPr>
            <w:tcW w:w="1461" w:type="dxa"/>
          </w:tcPr>
          <w:p w14:paraId="4AAA86A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1/1</w:t>
            </w:r>
          </w:p>
        </w:tc>
        <w:tc>
          <w:tcPr>
            <w:tcW w:w="1461" w:type="dxa"/>
          </w:tcPr>
          <w:p w14:paraId="0AFDA71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1/1</w:t>
            </w:r>
          </w:p>
        </w:tc>
      </w:tr>
      <w:tr w:rsidR="00680C58" w:rsidRPr="008E2AAE" w14:paraId="501B28A1" w14:textId="77777777" w:rsidTr="00680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Pr>
          <w:p w14:paraId="7C677B79" w14:textId="77777777" w:rsidR="00680C58" w:rsidRPr="008E2AAE" w:rsidRDefault="00000000" w:rsidP="008E2AAE">
            <w:pPr>
              <w:jc w:val="both"/>
              <w:rPr>
                <w:lang w:val="tr-TR"/>
              </w:rPr>
            </w:pPr>
            <w:r w:rsidRPr="008E2AAE">
              <w:rPr>
                <w:sz w:val="16"/>
                <w:lang w:val="tr-TR"/>
              </w:rPr>
              <w:t>MYO — adı belirsiz</w:t>
            </w:r>
          </w:p>
        </w:tc>
        <w:tc>
          <w:tcPr>
            <w:tcW w:w="1461" w:type="dxa"/>
          </w:tcPr>
          <w:p w14:paraId="28F8DB80"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30</w:t>
            </w:r>
          </w:p>
        </w:tc>
        <w:tc>
          <w:tcPr>
            <w:tcW w:w="1461" w:type="dxa"/>
          </w:tcPr>
          <w:p w14:paraId="6E0991CB"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30/0/0</w:t>
            </w:r>
          </w:p>
        </w:tc>
        <w:tc>
          <w:tcPr>
            <w:tcW w:w="1461" w:type="dxa"/>
          </w:tcPr>
          <w:p w14:paraId="002AFFDA"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4,13</w:t>
            </w:r>
          </w:p>
        </w:tc>
        <w:tc>
          <w:tcPr>
            <w:tcW w:w="1461" w:type="dxa"/>
          </w:tcPr>
          <w:p w14:paraId="0CA5FF47"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%83,3</w:t>
            </w:r>
          </w:p>
        </w:tc>
        <w:tc>
          <w:tcPr>
            <w:tcW w:w="1461" w:type="dxa"/>
          </w:tcPr>
          <w:p w14:paraId="573EF94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13/30</w:t>
            </w:r>
          </w:p>
        </w:tc>
        <w:tc>
          <w:tcPr>
            <w:tcW w:w="1461" w:type="dxa"/>
          </w:tcPr>
          <w:p w14:paraId="25EEAACC" w14:textId="77777777" w:rsidR="00680C58" w:rsidRPr="008E2AAE" w:rsidRDefault="00000000" w:rsidP="008E2AAE">
            <w:pPr>
              <w:jc w:val="both"/>
              <w:cnfStyle w:val="000000100000" w:firstRow="0" w:lastRow="0" w:firstColumn="0" w:lastColumn="0" w:oddVBand="0" w:evenVBand="0" w:oddHBand="1" w:evenHBand="0" w:firstRowFirstColumn="0" w:firstRowLastColumn="0" w:lastRowFirstColumn="0" w:lastRowLastColumn="0"/>
              <w:rPr>
                <w:lang w:val="tr-TR"/>
              </w:rPr>
            </w:pPr>
            <w:r w:rsidRPr="008E2AAE">
              <w:rPr>
                <w:sz w:val="16"/>
                <w:lang w:val="tr-TR"/>
              </w:rPr>
              <w:t>6/13</w:t>
            </w:r>
          </w:p>
        </w:tc>
      </w:tr>
      <w:tr w:rsidR="00680C58" w:rsidRPr="008E2AAE" w14:paraId="629EF6AD" w14:textId="77777777" w:rsidTr="00680C58">
        <w:tc>
          <w:tcPr>
            <w:cnfStyle w:val="001000000000" w:firstRow="0" w:lastRow="0" w:firstColumn="1" w:lastColumn="0" w:oddVBand="0" w:evenVBand="0" w:oddHBand="0" w:evenHBand="0" w:firstRowFirstColumn="0" w:firstRowLastColumn="0" w:lastRowFirstColumn="0" w:lastRowLastColumn="0"/>
            <w:tcW w:w="1461" w:type="dxa"/>
          </w:tcPr>
          <w:p w14:paraId="3CF27E22" w14:textId="77777777" w:rsidR="00680C58" w:rsidRPr="008E2AAE" w:rsidRDefault="00000000" w:rsidP="008E2AAE">
            <w:pPr>
              <w:jc w:val="both"/>
              <w:rPr>
                <w:lang w:val="tr-TR"/>
              </w:rPr>
            </w:pPr>
            <w:r w:rsidRPr="008E2AAE">
              <w:rPr>
                <w:sz w:val="16"/>
                <w:lang w:val="tr-TR"/>
              </w:rPr>
              <w:t>Sağlık Hizmetleri MYO</w:t>
            </w:r>
          </w:p>
        </w:tc>
        <w:tc>
          <w:tcPr>
            <w:tcW w:w="1461" w:type="dxa"/>
          </w:tcPr>
          <w:p w14:paraId="3DDDA96E"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16</w:t>
            </w:r>
          </w:p>
        </w:tc>
        <w:tc>
          <w:tcPr>
            <w:tcW w:w="1461" w:type="dxa"/>
          </w:tcPr>
          <w:p w14:paraId="7BB9BAF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11/4/1</w:t>
            </w:r>
          </w:p>
        </w:tc>
        <w:tc>
          <w:tcPr>
            <w:tcW w:w="1461" w:type="dxa"/>
          </w:tcPr>
          <w:p w14:paraId="1F45DBE3"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4,12</w:t>
            </w:r>
          </w:p>
        </w:tc>
        <w:tc>
          <w:tcPr>
            <w:tcW w:w="1461" w:type="dxa"/>
          </w:tcPr>
          <w:p w14:paraId="5611649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%75,0</w:t>
            </w:r>
          </w:p>
        </w:tc>
        <w:tc>
          <w:tcPr>
            <w:tcW w:w="1461" w:type="dxa"/>
          </w:tcPr>
          <w:p w14:paraId="744DAA02"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7/16</w:t>
            </w:r>
          </w:p>
        </w:tc>
        <w:tc>
          <w:tcPr>
            <w:tcW w:w="1461" w:type="dxa"/>
          </w:tcPr>
          <w:p w14:paraId="627FF9CC" w14:textId="77777777" w:rsidR="00680C58" w:rsidRPr="008E2AAE" w:rsidRDefault="00000000" w:rsidP="008E2AAE">
            <w:pPr>
              <w:jc w:val="both"/>
              <w:cnfStyle w:val="000000000000" w:firstRow="0" w:lastRow="0" w:firstColumn="0" w:lastColumn="0" w:oddVBand="0" w:evenVBand="0" w:oddHBand="0" w:evenHBand="0" w:firstRowFirstColumn="0" w:firstRowLastColumn="0" w:lastRowFirstColumn="0" w:lastRowLastColumn="0"/>
              <w:rPr>
                <w:lang w:val="tr-TR"/>
              </w:rPr>
            </w:pPr>
            <w:r w:rsidRPr="008E2AAE">
              <w:rPr>
                <w:sz w:val="16"/>
                <w:lang w:val="tr-TR"/>
              </w:rPr>
              <w:t>3/7</w:t>
            </w:r>
          </w:p>
        </w:tc>
      </w:tr>
    </w:tbl>
    <w:p w14:paraId="076A3673" w14:textId="77777777" w:rsidR="00680C58" w:rsidRPr="008E2AAE" w:rsidRDefault="00000000" w:rsidP="008E2AAE">
      <w:pPr>
        <w:jc w:val="both"/>
        <w:rPr>
          <w:lang w:val="tr-TR"/>
        </w:rPr>
      </w:pPr>
      <w:r w:rsidRPr="008E2AAE">
        <w:rPr>
          <w:lang w:val="tr-TR"/>
        </w:rPr>
        <w:t>ALTSO MYO — alt birim belirsiz ve MYO — adı belirsiz kategorilerinin sonuçları tek bir okulun performansı olarak değerlendirilmemelidir. Öncelik bu yanıtların öğrenci kayıtları üzerinden doğru MYO adlarıyla eşleştirilmesidir. Küçük enstitü/MYO kategorilerinde bireysel yanıtların etkisi büyüktür; tablolar tanımlayıcı amaçla verilmiştir. Tüm birimlerin 17 madde sonuçları destekleyici Excel dosyasında yer almaktadır.</w:t>
      </w:r>
    </w:p>
    <w:p w14:paraId="10B786F6" w14:textId="77777777" w:rsidR="00680C58" w:rsidRPr="008E2AAE" w:rsidRDefault="00000000" w:rsidP="008E2AAE">
      <w:pPr>
        <w:pStyle w:val="Balk1"/>
        <w:jc w:val="both"/>
        <w:rPr>
          <w:lang w:val="tr-TR"/>
        </w:rPr>
      </w:pPr>
      <w:r w:rsidRPr="008E2AAE">
        <w:rPr>
          <w:lang w:val="tr-TR"/>
        </w:rPr>
        <w:t>16. Fakülte sonuçlarını kullanırken uygulanacak karar çerçevesi</w:t>
      </w:r>
    </w:p>
    <w:p w14:paraId="6BC15325" w14:textId="77777777" w:rsidR="00680C58" w:rsidRPr="008E2AAE" w:rsidRDefault="00000000" w:rsidP="008E2AAE">
      <w:pPr>
        <w:jc w:val="both"/>
        <w:rPr>
          <w:lang w:val="tr-TR"/>
        </w:rPr>
      </w:pPr>
      <w:r w:rsidRPr="008E2AAE">
        <w:rPr>
          <w:lang w:val="tr-TR"/>
        </w:rPr>
        <w:t>Birinci adım sınıflandırmayı doğrulamaktır: özellikle genel fakülte beyanından programla eşleştirilen 17 kayıt, lisansüstü/fakülte birlikte belirtilen dört kayıt ve belirsiz MYO adları kontrol edilir. İkinci adım, her fakültenin düşük üç maddesini ilgili kurul gündemine taşımaktır. Üçüncü adım katılım sayısını artırmak ve geç mezun yanıtı olmayan birimlerde bu gruba yönelik veri toplamaktır.</w:t>
      </w:r>
    </w:p>
    <w:p w14:paraId="729FB317" w14:textId="77777777" w:rsidR="00680C58" w:rsidRPr="008E2AAE" w:rsidRDefault="00000000" w:rsidP="008E2AAE">
      <w:pPr>
        <w:jc w:val="both"/>
        <w:rPr>
          <w:lang w:val="tr-TR"/>
        </w:rPr>
      </w:pPr>
      <w:r w:rsidRPr="008E2AAE">
        <w:rPr>
          <w:lang w:val="tr-TR"/>
        </w:rPr>
        <w:t>Birimler arasında ortak bir hedef belirlenirken yalnızca ortalama kullanılmamalı; olumlu/orta/olumsuz dağılımı, çalışma durumu, program türü ve mezuniyet süresi birlikte değerlendirilmelidir. Yeni–geç mezun farkı bulunmayan fakülteler için sıfır fark yazılmamalıdır. Veri yokluğu “fark hesaplanamadı” olarak kaydedilmelidir. Bir kişinin olduğu alt gruplarda yüzde değerleri kurumsal oran olarak sunulmamalıdır.</w:t>
      </w:r>
    </w:p>
    <w:p w14:paraId="73A674E9" w14:textId="77777777" w:rsidR="00680C58" w:rsidRPr="008E2AAE" w:rsidRDefault="00000000" w:rsidP="008E2AAE">
      <w:pPr>
        <w:jc w:val="both"/>
        <w:rPr>
          <w:lang w:val="tr-TR"/>
        </w:rPr>
      </w:pPr>
      <w:r w:rsidRPr="008E2AAE">
        <w:rPr>
          <w:lang w:val="tr-TR"/>
        </w:rPr>
        <w:t>Bu rapora eklenen fakülte önerileri gerçekleşmiş faaliyet kanıtı değildir. Kurul kararları, sorumlu birim, takvim, uygulama kayıtları ve takip ölçümü oluşturulduğunda PUKÖ döngüsünün kanıtları tamamlanabilir. Fakülte düzeyinde izlenebilirlik için destekleyici Excel’e birim özeti, 17 madde istatistikleri, tüm yeni–geç madde farkları, eşleştirme denetimi ve duyarlılık tablosu eklenmiştir.</w:t>
      </w:r>
    </w:p>
    <w:sectPr w:rsidR="00680C58" w:rsidRPr="008E2AAE" w:rsidSect="00034616">
      <w:footerReference w:type="default" r:id="rId11"/>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34D67A" w14:textId="77777777" w:rsidR="00DB5A42" w:rsidRDefault="00DB5A42">
      <w:pPr>
        <w:spacing w:after="0" w:line="240" w:lineRule="auto"/>
      </w:pPr>
      <w:r>
        <w:separator/>
      </w:r>
    </w:p>
  </w:endnote>
  <w:endnote w:type="continuationSeparator" w:id="0">
    <w:p w14:paraId="06FC4A28" w14:textId="77777777" w:rsidR="00DB5A42" w:rsidRDefault="00DB5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FA6B28" w14:textId="77777777" w:rsidR="00680C58" w:rsidRDefault="00000000">
    <w:pPr>
      <w:pStyle w:val="ResimYazs"/>
    </w:pPr>
    <w:r>
      <w:t xml:space="preserve">ALKÜ | </w:t>
    </w:r>
    <w:proofErr w:type="spellStart"/>
    <w:r>
      <w:t>Mezun</w:t>
    </w:r>
    <w:proofErr w:type="spellEnd"/>
    <w:r>
      <w:t xml:space="preserve"> </w:t>
    </w:r>
    <w:proofErr w:type="spellStart"/>
    <w:r>
      <w:t>Memnuniyeti</w:t>
    </w:r>
    <w:proofErr w:type="spellEnd"/>
    <w:r>
      <w:t xml:space="preserve"> </w:t>
    </w:r>
    <w:proofErr w:type="spellStart"/>
    <w:r>
      <w:t>Anketi</w:t>
    </w:r>
    <w:proofErr w:type="spellEnd"/>
    <w:r>
      <w:t xml:space="preserve"> | 6 Ekim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534626" w14:textId="77777777" w:rsidR="00DB5A42" w:rsidRDefault="00DB5A42">
      <w:pPr>
        <w:spacing w:after="0" w:line="240" w:lineRule="auto"/>
      </w:pPr>
      <w:r>
        <w:separator/>
      </w:r>
    </w:p>
  </w:footnote>
  <w:footnote w:type="continuationSeparator" w:id="0">
    <w:p w14:paraId="409C74B7" w14:textId="77777777" w:rsidR="00DB5A42" w:rsidRDefault="00DB5A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949777058">
    <w:abstractNumId w:val="8"/>
  </w:num>
  <w:num w:numId="2" w16cid:durableId="1096287140">
    <w:abstractNumId w:val="6"/>
  </w:num>
  <w:num w:numId="3" w16cid:durableId="1040788251">
    <w:abstractNumId w:val="5"/>
  </w:num>
  <w:num w:numId="4" w16cid:durableId="2064212794">
    <w:abstractNumId w:val="4"/>
  </w:num>
  <w:num w:numId="5" w16cid:durableId="381445571">
    <w:abstractNumId w:val="7"/>
  </w:num>
  <w:num w:numId="6" w16cid:durableId="1056584582">
    <w:abstractNumId w:val="3"/>
  </w:num>
  <w:num w:numId="7" w16cid:durableId="884440453">
    <w:abstractNumId w:val="2"/>
  </w:num>
  <w:num w:numId="8" w16cid:durableId="742724454">
    <w:abstractNumId w:val="1"/>
  </w:num>
  <w:num w:numId="9" w16cid:durableId="3262498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80C58"/>
    <w:rsid w:val="008E2AAE"/>
    <w:rsid w:val="00AA1D8D"/>
    <w:rsid w:val="00B47730"/>
    <w:rsid w:val="00CB0664"/>
    <w:rsid w:val="00DB5A42"/>
    <w:rsid w:val="00E1775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0579CE"/>
  <w14:defaultImageDpi w14:val="300"/>
  <w15:docId w15:val="{8B661D21-22D6-A841-BAE7-6FBAF6CFB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Calibri" w:hAnsi="Calibri"/>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14586C"/>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14586C"/>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34</Pages>
  <Words>12352</Words>
  <Characters>70407</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82594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SERGEN GÜRSOY</cp:lastModifiedBy>
  <cp:revision>2</cp:revision>
  <dcterms:created xsi:type="dcterms:W3CDTF">2013-12-23T23:15:00Z</dcterms:created>
  <dcterms:modified xsi:type="dcterms:W3CDTF">2026-10-06T11:56:00Z</dcterms:modified>
  <cp:category/>
</cp:coreProperties>
</file>